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93F43" w14:paraId="17C0A9D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225FA85" w14:textId="77777777" w:rsidR="00A93F43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608ADA3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5FA2093" w14:textId="77777777" w:rsidR="00A93F43" w:rsidRDefault="00A93F43">
            <w:pPr>
              <w:keepNext/>
            </w:pPr>
            <w:r>
              <w:t xml:space="preserve">Suceava</w:t>
            </w:r>
          </w:p>
        </w:tc>
      </w:tr>
      <w:tr w:rsidR="00A93F43" w14:paraId="1B120E84" w14:textId="77777777">
        <w:trPr>
          <w:cantSplit/>
          <w:trHeight w:val="510"/>
        </w:trPr>
        <w:tc>
          <w:tcPr>
            <w:tcW w:w="1606" w:type="dxa"/>
            <w:vMerge/>
          </w:tcPr>
          <w:p w14:paraId="5540F32D" w14:textId="77777777" w:rsidR="00A93F43" w:rsidRDefault="00A93F43"/>
        </w:tc>
        <w:tc>
          <w:tcPr>
            <w:tcW w:w="8030" w:type="dxa"/>
            <w:gridSpan w:val="3"/>
          </w:tcPr>
          <w:p w14:paraId="37BDDD2A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9DA699B" w14:textId="77777777" w:rsidR="00A93F43" w:rsidRDefault="00A93F43">
            <w:pPr>
              <w:keepNext/>
            </w:pPr>
            <w:r>
              <w:t xml:space="preserve">Comuna Poieni - Solca</w:t>
            </w:r>
          </w:p>
        </w:tc>
      </w:tr>
      <w:tr w:rsidR="00A93F43" w14:paraId="053A3E48" w14:textId="77777777">
        <w:trPr>
          <w:cantSplit/>
          <w:trHeight w:val="510"/>
        </w:trPr>
        <w:tc>
          <w:tcPr>
            <w:tcW w:w="1606" w:type="dxa"/>
            <w:vMerge/>
          </w:tcPr>
          <w:p w14:paraId="1EC3A211" w14:textId="77777777" w:rsidR="00A93F43" w:rsidRDefault="00A93F43"/>
        </w:tc>
        <w:tc>
          <w:tcPr>
            <w:tcW w:w="2409" w:type="dxa"/>
          </w:tcPr>
          <w:p w14:paraId="522D1DEC" w14:textId="77777777" w:rsidR="00A93F43" w:rsidRPr="00F66EA5" w:rsidRDefault="00000000">
            <w:pPr>
              <w:keepNext/>
              <w:rPr>
                <w:lang w:val="fr-FR"/>
              </w:rPr>
            </w:pPr>
            <w:r w:rsidRPr="00F66EA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(CIF)</w:t>
            </w:r>
          </w:p>
          <w:p w14:paraId="27E1C5F8" w14:textId="77777777" w:rsidR="00A93F43" w:rsidRPr="00F66EA5" w:rsidRDefault="00A93F43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1B748FC4" w14:textId="77777777" w:rsidR="00A93F4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6A86513" w14:textId="77777777" w:rsidR="00A93F43" w:rsidRDefault="00A93F43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A93F43" w14:paraId="74BFD892" w14:textId="77777777">
        <w:trPr>
          <w:cantSplit/>
          <w:trHeight w:val="510"/>
        </w:trPr>
        <w:tc>
          <w:tcPr>
            <w:tcW w:w="1606" w:type="dxa"/>
            <w:vMerge/>
          </w:tcPr>
          <w:p w14:paraId="2674025C" w14:textId="77777777" w:rsidR="00A93F43" w:rsidRDefault="00A93F43"/>
        </w:tc>
        <w:tc>
          <w:tcPr>
            <w:tcW w:w="4818" w:type="dxa"/>
            <w:gridSpan w:val="2"/>
          </w:tcPr>
          <w:p w14:paraId="4B8B51B9" w14:textId="77777777" w:rsidR="00A93F43" w:rsidRDefault="00000000">
            <w:r>
              <w:rPr>
                <w:b/>
                <w:color w:val="0D5F78"/>
              </w:rPr>
              <w:t>Nr. înregistrare</w:t>
            </w:r>
          </w:p>
          <w:p w14:paraId="3ACAF8EE" w14:textId="77777777" w:rsidR="00A93F43" w:rsidRDefault="00A93F43"/>
        </w:tc>
        <w:tc>
          <w:tcPr>
            <w:tcW w:w="3212" w:type="dxa"/>
          </w:tcPr>
          <w:p w14:paraId="17BC8A52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371326AF" w14:textId="77777777" w:rsidR="00A93F43" w:rsidRDefault="00A93F43"/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000000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000000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000000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000000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4F4E7" w14:textId="77777777" w:rsidR="00D16FF9" w:rsidRDefault="00D16FF9">
      <w:r>
        <w:separator/>
      </w:r>
    </w:p>
  </w:endnote>
  <w:endnote w:type="continuationSeparator" w:id="0">
    <w:p w14:paraId="46A57D59" w14:textId="77777777" w:rsidR="00D16FF9" w:rsidRDefault="00D1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4270B" w14:textId="77777777" w:rsidR="00D16FF9" w:rsidRDefault="00D16FF9">
      <w:r>
        <w:separator/>
      </w:r>
    </w:p>
  </w:footnote>
  <w:footnote w:type="continuationSeparator" w:id="0">
    <w:p w14:paraId="34A30B1C" w14:textId="77777777" w:rsidR="00D16FF9" w:rsidRDefault="00D16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008"/>
    <w:rsid w:val="0015074B"/>
    <w:rsid w:val="0029639D"/>
    <w:rsid w:val="00326F90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2026-08-24T15:37:00Z</dcterms:modified>
  <cp:category/>
</cp:coreProperties>
</file>