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46492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77777777" w:rsidR="00846492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7E439CB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7777777" w:rsidR="00846492" w:rsidRDefault="00846492">
            <w:pPr>
              <w:keepNext/>
            </w:pPr>
            <w:r>
              <w:t xml:space="preserve">Suceava</w:t>
            </w:r>
          </w:p>
        </w:tc>
      </w:tr>
      <w:tr w:rsidR="00846492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846492" w:rsidRDefault="00846492"/>
        </w:tc>
        <w:tc>
          <w:tcPr>
            <w:tcW w:w="8030" w:type="dxa"/>
            <w:gridSpan w:val="3"/>
            <w:shd w:val="clear" w:color="auto" w:fill="F0F0F0"/>
          </w:tcPr>
          <w:p w14:paraId="34549EC3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D5B7E26" w14:textId="77777777" w:rsidR="00846492" w:rsidRDefault="00846492">
            <w:pPr>
              <w:keepNext/>
            </w:pPr>
            <w:r>
              <w:t xml:space="preserve">Comuna Poieni - Solca</w:t>
            </w:r>
          </w:p>
        </w:tc>
      </w:tr>
      <w:tr w:rsidR="00846492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846492" w:rsidRDefault="00846492"/>
        </w:tc>
        <w:tc>
          <w:tcPr>
            <w:tcW w:w="2409" w:type="dxa"/>
            <w:shd w:val="clear" w:color="auto" w:fill="F0F0F0"/>
          </w:tcPr>
          <w:p w14:paraId="3F6B65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7777777" w:rsidR="00846492" w:rsidRPr="00AD1D4A" w:rsidRDefault="00846492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1178A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69271510" w14:textId="77777777" w:rsidR="00846492" w:rsidRDefault="00846492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00000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00000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7BA26637" w14:textId="77777777" w:rsidR="00846492" w:rsidRPr="00AD1D4A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20383914" w14:textId="77777777" w:rsidR="00846492" w:rsidRPr="00AD1D4A" w:rsidRDefault="00846492">
            <w:pPr>
              <w:keepNext/>
              <w:rPr>
                <w:lang w:val="fr-FR"/>
              </w:rPr>
            </w:pP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 xml:space="preserve">: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proofErr w:type="spellStart"/>
      <w:r w:rsidRPr="00AD1D4A">
        <w:rPr>
          <w:sz w:val="18"/>
        </w:rPr>
        <w:t>Leg</w:t>
      </w:r>
      <w:r>
        <w:rPr>
          <w:sz w:val="18"/>
        </w:rPr>
        <w:t>ea</w:t>
      </w:r>
      <w:proofErr w:type="spellEnd"/>
      <w:r>
        <w:rPr>
          <w:sz w:val="18"/>
        </w:rPr>
        <w:t xml:space="preserve">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00000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00000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 xml:space="preserve">(2) lit. b) 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8"/>
          <w:footerReference w:type="first" r:id="rId10"/>
          <w:pgSz w:w="11906" w:h="16838"/>
          <w:pgMar w:top="450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baie;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450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000000">
            <w:pPr>
              <w:keepNext/>
            </w:pPr>
            <w:r>
              <w:rPr>
                <w:sz w:val="16"/>
              </w:rPr>
              <w:t xml:space="preserve">☐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450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 xml:space="preserve">din </w:t>
            </w:r>
            <w:proofErr w:type="spellStart"/>
            <w:r w:rsidR="007C5D68">
              <w:rPr>
                <w:sz w:val="16"/>
              </w:rPr>
              <w:t>Legea</w:t>
            </w:r>
            <w:proofErr w:type="spellEnd"/>
            <w:r w:rsidR="007C5D68">
              <w:rPr>
                <w:sz w:val="16"/>
              </w:rPr>
              <w:t xml:space="preserve">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00000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00000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000000">
            <w:pPr>
              <w:keepNext/>
            </w:pPr>
            <w:r>
              <w:rPr>
                <w:b/>
                <w:color w:val="0D5F78"/>
              </w:rPr>
              <w:t>Nr. / data</w:t>
            </w:r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00000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 xml:space="preserve">) 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unifamiliale</w:t>
            </w:r>
            <w:r w:rsidRPr="003869B3">
              <w:rPr>
                <w:sz w:val="16"/>
                <w:lang w:val="fr-FR"/>
              </w:rPr>
              <w:t>)</w:t>
            </w:r>
            <w:r w:rsidR="00000000" w:rsidRPr="003869B3">
              <w:rPr>
                <w:sz w:val="16"/>
                <w:lang w:val="fr-FR"/>
              </w:rPr>
              <w:t xml:space="preserve">   </w:t>
            </w:r>
            <w:r w:rsidR="00000000">
              <w:rPr>
                <w:sz w:val="16"/>
              </w:rPr>
              <w:t xml:space="preserve">☐ </w:t>
            </w:r>
            <w:proofErr w:type="spellStart"/>
            <w:r w:rsidR="00000000">
              <w:rPr>
                <w:sz w:val="16"/>
              </w:rPr>
              <w:t>dovada</w:t>
            </w:r>
            <w:proofErr w:type="spellEnd"/>
            <w:r w:rsidR="00000000">
              <w:rPr>
                <w:sz w:val="16"/>
              </w:rPr>
              <w:t xml:space="preserve"> </w:t>
            </w:r>
            <w:proofErr w:type="spellStart"/>
            <w:r w:rsidR="00000000">
              <w:rPr>
                <w:sz w:val="16"/>
              </w:rPr>
              <w:t>plății</w:t>
            </w:r>
            <w:proofErr w:type="spellEnd"/>
            <w:r w:rsidR="00000000">
              <w:rPr>
                <w:sz w:val="16"/>
              </w:rPr>
              <w:t xml:space="preserve"> </w:t>
            </w:r>
            <w:proofErr w:type="spellStart"/>
            <w:r w:rsidR="00000000"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00000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</w:t>
            </w:r>
            <w:proofErr w:type="spellStart"/>
            <w:r>
              <w:rPr>
                <w:i/>
                <w:sz w:val="17"/>
              </w:rPr>
              <w:t>Lege</w:t>
            </w:r>
            <w:r w:rsidR="003F4418">
              <w:rPr>
                <w:i/>
                <w:sz w:val="17"/>
              </w:rPr>
              <w:t>a</w:t>
            </w:r>
            <w:proofErr w:type="spellEnd"/>
            <w:r w:rsidR="003F4418">
              <w:rPr>
                <w:i/>
                <w:sz w:val="17"/>
              </w:rPr>
              <w:t xml:space="preserve">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Legea</w:t>
            </w:r>
            <w:proofErr w:type="spellEnd"/>
            <w:r>
              <w:rPr>
                <w:i/>
                <w:sz w:val="17"/>
                <w:lang w:val="fr-FR"/>
              </w:rPr>
              <w:t xml:space="preserve">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 art. 298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din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>
              <w:rPr>
                <w:i/>
                <w:iCs/>
                <w:sz w:val="17"/>
                <w:szCs w:val="17"/>
                <w:lang w:val="fr-FR"/>
              </w:rPr>
              <w:t>Legea</w:t>
            </w:r>
            <w:proofErr w:type="spellEnd"/>
            <w:r>
              <w:rPr>
                <w:i/>
                <w:iCs/>
                <w:sz w:val="17"/>
                <w:szCs w:val="17"/>
                <w:lang w:val="fr-FR"/>
              </w:rPr>
              <w:t xml:space="preserve">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00000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00000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prin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de e-mail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00000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00000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02783" w14:textId="77777777" w:rsidR="001A55CA" w:rsidRDefault="001A55CA">
      <w:r>
        <w:separator/>
      </w:r>
    </w:p>
  </w:endnote>
  <w:endnote w:type="continuationSeparator" w:id="0">
    <w:p w14:paraId="109C2EC7" w14:textId="77777777" w:rsidR="001A55CA" w:rsidRDefault="001A5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00000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09DC" w14:textId="77777777" w:rsidR="001A55CA" w:rsidRDefault="001A55CA">
      <w:r>
        <w:separator/>
      </w:r>
    </w:p>
  </w:footnote>
  <w:footnote w:type="continuationSeparator" w:id="0">
    <w:p w14:paraId="11DA1E5B" w14:textId="77777777" w:rsidR="001A55CA" w:rsidRDefault="001A5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55C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855</Words>
  <Characters>4879</Characters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2026-08-24T16:42:00Z</dcterms:modified>
  <cp:category/>
</cp:coreProperties>
</file>