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 xml:space="preserve">Suceava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378C482" w14:textId="77777777" w:rsidR="00A11ECC" w:rsidRDefault="00A11ECC">
            <w:pPr>
              <w:keepNext/>
            </w:pPr>
            <w:r>
              <w:t xml:space="preserve">Comuna Poieni - Solca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7684A54" w14:textId="77777777" w:rsidR="00A11ECC" w:rsidRDefault="00A11ECC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