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 xml:space="preserve">Suceava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DBE34DE" w14:textId="77777777" w:rsidR="001A0C53" w:rsidRDefault="001A0C53">
            <w:pPr>
              <w:keepNext/>
            </w:pPr>
            <w:r>
              <w:t xml:space="preserve">Comuna Poieni - Solca</w:t>
            </w: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B13C937" w14:textId="77777777" w:rsidR="001A0C53" w:rsidRDefault="001A0C53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</w:t>
            </w:r>
            <w:proofErr w:type="spellStart"/>
            <w:r>
              <w:t>Lege</w:t>
            </w:r>
            <w:r w:rsidR="00290F63">
              <w:t>a</w:t>
            </w:r>
            <w:proofErr w:type="spellEnd"/>
            <w:r w:rsidR="00290F63">
              <w:t xml:space="preserve">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7F43" w14:textId="77777777" w:rsidR="00FE7DAA" w:rsidRDefault="00FE7DAA">
      <w:r>
        <w:separator/>
      </w:r>
    </w:p>
  </w:endnote>
  <w:endnote w:type="continuationSeparator" w:id="0">
    <w:p w14:paraId="236782AE" w14:textId="77777777" w:rsidR="00FE7DAA" w:rsidRDefault="00FE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47DD0" w14:textId="77777777" w:rsidR="00FE7DAA" w:rsidRDefault="00FE7DAA">
      <w:r>
        <w:separator/>
      </w:r>
    </w:p>
  </w:footnote>
  <w:footnote w:type="continuationSeparator" w:id="0">
    <w:p w14:paraId="38FAF4C3" w14:textId="77777777" w:rsidR="00FE7DAA" w:rsidRDefault="00FE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6C103E"/>
    <w:rsid w:val="00AA1D8D"/>
    <w:rsid w:val="00AB207E"/>
    <w:rsid w:val="00B47730"/>
    <w:rsid w:val="00CB0664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2026-08-24T15:38:00Z</dcterms:modified>
  <cp:category/>
</cp:coreProperties>
</file>