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366A3" w14:paraId="4EE3F04E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2430467" w14:textId="77777777" w:rsidR="009366A3" w:rsidRDefault="00000000">
            <w:pPr>
              <w:keepNext/>
              <w:jc w:val="center"/>
            </w:pPr>
            <w:proofErr w:type="spellStart"/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proofErr w:type="spellEnd"/>
          </w:p>
        </w:tc>
        <w:tc>
          <w:tcPr>
            <w:tcW w:w="8030" w:type="dxa"/>
            <w:gridSpan w:val="3"/>
          </w:tcPr>
          <w:p w14:paraId="100CE5DF" w14:textId="77777777" w:rsidR="009366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9DB58A1" w14:textId="77777777" w:rsidR="009366A3" w:rsidRDefault="009366A3">
            <w:pPr>
              <w:keepNext/>
            </w:pPr>
            <w:r>
              <w:t xml:space="preserve">Suceava</w:t>
            </w:r>
          </w:p>
        </w:tc>
      </w:tr>
      <w:tr w:rsidR="009366A3" w14:paraId="60763A50" w14:textId="77777777">
        <w:trPr>
          <w:cantSplit/>
          <w:trHeight w:val="510"/>
        </w:trPr>
        <w:tc>
          <w:tcPr>
            <w:tcW w:w="1606" w:type="dxa"/>
            <w:vMerge/>
          </w:tcPr>
          <w:p w14:paraId="1986B5AF" w14:textId="77777777" w:rsidR="009366A3" w:rsidRDefault="009366A3"/>
        </w:tc>
        <w:tc>
          <w:tcPr>
            <w:tcW w:w="8030" w:type="dxa"/>
            <w:gridSpan w:val="3"/>
          </w:tcPr>
          <w:p w14:paraId="5FF4A9C7" w14:textId="77777777" w:rsidR="009366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482221C4" w14:textId="77777777" w:rsidR="009366A3" w:rsidRDefault="009366A3">
            <w:pPr>
              <w:keepNext/>
            </w:pPr>
            <w:r>
              <w:t xml:space="preserve">Comuna Poieni - Solca</w:t>
            </w:r>
          </w:p>
        </w:tc>
      </w:tr>
      <w:tr w:rsidR="009366A3" w14:paraId="4099D221" w14:textId="77777777">
        <w:trPr>
          <w:cantSplit/>
          <w:trHeight w:val="510"/>
        </w:trPr>
        <w:tc>
          <w:tcPr>
            <w:tcW w:w="1606" w:type="dxa"/>
            <w:vMerge/>
          </w:tcPr>
          <w:p w14:paraId="32A7EE4C" w14:textId="77777777" w:rsidR="009366A3" w:rsidRDefault="009366A3"/>
        </w:tc>
        <w:tc>
          <w:tcPr>
            <w:tcW w:w="2409" w:type="dxa"/>
          </w:tcPr>
          <w:p w14:paraId="6F6DAE47" w14:textId="77777777" w:rsidR="009366A3" w:rsidRPr="00C61280" w:rsidRDefault="00000000">
            <w:pPr>
              <w:keepNext/>
              <w:rPr>
                <w:lang w:val="fr-FR"/>
              </w:rPr>
            </w:pPr>
            <w:r w:rsidRPr="00C61280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(CIF)</w:t>
            </w:r>
          </w:p>
          <w:p w14:paraId="5DC3BD5F" w14:textId="77777777" w:rsidR="009366A3" w:rsidRPr="00C61280" w:rsidRDefault="009366A3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</w:tcPr>
          <w:p w14:paraId="3944CEC9" w14:textId="77777777" w:rsidR="009366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50E37204" w14:textId="77777777" w:rsidR="009366A3" w:rsidRDefault="009366A3">
            <w:pPr>
              <w:keepNext/>
            </w:pPr>
            <w:r>
              <w:t xml:space="preserve">Județul Suceava, Comuna Poieni-Solca, Strada Principala, Nr. 33 · contact@comunapoienisolca.ro</w:t>
            </w:r>
          </w:p>
          <w:p>
            <w:pPr>
              <w:keepNext/>
            </w:pPr>
          </w:p>
        </w:tc>
      </w:tr>
      <w:tr w:rsidR="009366A3" w14:paraId="1789BD8F" w14:textId="77777777">
        <w:trPr>
          <w:cantSplit/>
          <w:trHeight w:val="510"/>
        </w:trPr>
        <w:tc>
          <w:tcPr>
            <w:tcW w:w="1606" w:type="dxa"/>
            <w:vMerge/>
          </w:tcPr>
          <w:p w14:paraId="681F0B2F" w14:textId="77777777" w:rsidR="009366A3" w:rsidRDefault="009366A3"/>
        </w:tc>
        <w:tc>
          <w:tcPr>
            <w:tcW w:w="4818" w:type="dxa"/>
            <w:gridSpan w:val="2"/>
          </w:tcPr>
          <w:p w14:paraId="09FD0A0E" w14:textId="77777777" w:rsidR="009366A3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B7777DA" w14:textId="77777777" w:rsidR="009366A3" w:rsidRDefault="009366A3"/>
        </w:tc>
        <w:tc>
          <w:tcPr>
            <w:tcW w:w="3212" w:type="dxa"/>
          </w:tcPr>
          <w:p w14:paraId="413DCBF3" w14:textId="77777777" w:rsidR="009366A3" w:rsidRDefault="00000000">
            <w:r>
              <w:rPr>
                <w:b/>
                <w:color w:val="0D5F78"/>
              </w:rPr>
              <w:t>Data</w:t>
            </w:r>
          </w:p>
          <w:p w14:paraId="7AC5F660" w14:textId="77777777" w:rsidR="009366A3" w:rsidRDefault="009366A3"/>
        </w:tc>
      </w:tr>
    </w:tbl>
    <w:p w14:paraId="1A39D405" w14:textId="77777777" w:rsidR="009366A3" w:rsidRDefault="009366A3">
      <w:pPr>
        <w:spacing w:line="168" w:lineRule="auto"/>
      </w:pPr>
    </w:p>
    <w:p w14:paraId="378778B7" w14:textId="77777777" w:rsidR="009366A3" w:rsidRPr="00F13EE2" w:rsidRDefault="00000000">
      <w:pPr>
        <w:spacing w:before="140" w:after="40"/>
        <w:jc w:val="center"/>
        <w:rPr>
          <w:sz w:val="28"/>
          <w:szCs w:val="28"/>
        </w:rPr>
      </w:pPr>
      <w:r w:rsidRPr="00F13EE2">
        <w:rPr>
          <w:b/>
          <w:sz w:val="28"/>
          <w:szCs w:val="28"/>
        </w:rPr>
        <w:t>CONFIRMARE</w:t>
      </w:r>
    </w:p>
    <w:p w14:paraId="632EE775" w14:textId="77777777" w:rsidR="009366A3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recepționarea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înregistrarea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notificării</w:t>
      </w:r>
      <w:proofErr w:type="spellEnd"/>
    </w:p>
    <w:p w14:paraId="197271B0" w14:textId="77777777" w:rsidR="009366A3" w:rsidRDefault="009366A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366A3" w14:paraId="0BBBDBF1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6801BEB" w14:textId="77777777" w:rsidR="009366A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9366A3" w14:paraId="31998F00" w14:textId="77777777">
        <w:trPr>
          <w:cantSplit/>
          <w:trHeight w:val="510"/>
        </w:trPr>
        <w:tc>
          <w:tcPr>
            <w:tcW w:w="2409" w:type="dxa"/>
          </w:tcPr>
          <w:p w14:paraId="40F170A9" w14:textId="77777777" w:rsidR="009366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97BE182" w14:textId="77777777" w:rsidR="009366A3" w:rsidRDefault="009366A3">
            <w:pPr>
              <w:keepNext/>
            </w:pPr>
          </w:p>
        </w:tc>
        <w:tc>
          <w:tcPr>
            <w:tcW w:w="2409" w:type="dxa"/>
            <w:gridSpan w:val="2"/>
          </w:tcPr>
          <w:p w14:paraId="7086F118" w14:textId="77777777" w:rsidR="009366A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3DC20C1" w14:textId="77777777" w:rsidR="009366A3" w:rsidRDefault="009366A3">
            <w:pPr>
              <w:keepNext/>
            </w:pPr>
          </w:p>
        </w:tc>
        <w:tc>
          <w:tcPr>
            <w:tcW w:w="4818" w:type="dxa"/>
          </w:tcPr>
          <w:p w14:paraId="2EE1497B" w14:textId="77777777" w:rsidR="009366A3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13CCC476" w14:textId="77777777" w:rsidR="009366A3" w:rsidRDefault="009366A3">
            <w:pPr>
              <w:keepNext/>
            </w:pPr>
          </w:p>
        </w:tc>
      </w:tr>
      <w:tr w:rsidR="009366A3" w14:paraId="51E5918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B0FCC50" w14:textId="77777777" w:rsidR="009366A3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581E06AE" w14:textId="77777777" w:rsidR="009366A3" w:rsidRDefault="009366A3"/>
        </w:tc>
        <w:tc>
          <w:tcPr>
            <w:tcW w:w="6424" w:type="dxa"/>
            <w:gridSpan w:val="2"/>
          </w:tcPr>
          <w:p w14:paraId="12F33787" w14:textId="77777777" w:rsidR="009366A3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17A5E241" w14:textId="77777777" w:rsidR="009366A3" w:rsidRDefault="009366A3"/>
        </w:tc>
      </w:tr>
    </w:tbl>
    <w:p w14:paraId="6F0CF7E7" w14:textId="77777777" w:rsidR="009366A3" w:rsidRDefault="009366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9366A3" w14:paraId="17EADC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F8F4F87" w14:textId="77777777" w:rsidR="009366A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CONFIRMAREA</w:t>
            </w:r>
          </w:p>
        </w:tc>
      </w:tr>
      <w:tr w:rsidR="009366A3" w:rsidRPr="00F13EE2" w14:paraId="6245812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1C5715" w14:textId="77777777" w:rsidR="009366A3" w:rsidRPr="00C61280" w:rsidRDefault="00000000">
            <w:pPr>
              <w:keepNext/>
              <w:spacing w:line="228" w:lineRule="auto"/>
              <w:rPr>
                <w:lang w:val="fr-FR"/>
              </w:rPr>
            </w:pPr>
            <w:r>
              <w:t xml:space="preserve">Se </w:t>
            </w:r>
            <w:proofErr w:type="spellStart"/>
            <w:r>
              <w:t>confirmă</w:t>
            </w:r>
            <w:proofErr w:type="spellEnd"/>
            <w:r>
              <w:t xml:space="preserve"> </w:t>
            </w:r>
            <w:proofErr w:type="spellStart"/>
            <w:r>
              <w:t>recepționarea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înregistrarea</w:t>
            </w:r>
            <w:proofErr w:type="spellEnd"/>
            <w:r>
              <w:t xml:space="preserve"> </w:t>
            </w:r>
            <w:proofErr w:type="spellStart"/>
            <w:r>
              <w:t>notificării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executarea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procedurii</w:t>
            </w:r>
            <w:proofErr w:type="spellEnd"/>
            <w:r>
              <w:t xml:space="preserve"> </w:t>
            </w:r>
            <w:proofErr w:type="spellStart"/>
            <w:r>
              <w:t>simplificate</w:t>
            </w:r>
            <w:proofErr w:type="spellEnd"/>
            <w:r>
              <w:t xml:space="preserve">. </w:t>
            </w:r>
            <w:proofErr w:type="spellStart"/>
            <w:r w:rsidRPr="00C61280">
              <w:rPr>
                <w:lang w:val="fr-FR"/>
              </w:rPr>
              <w:t>Pentru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depunerea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digitală</w:t>
            </w:r>
            <w:proofErr w:type="spellEnd"/>
            <w:r w:rsidRPr="00C61280">
              <w:rPr>
                <w:lang w:val="fr-FR"/>
              </w:rPr>
              <w:t xml:space="preserve">, </w:t>
            </w:r>
            <w:proofErr w:type="spellStart"/>
            <w:r w:rsidRPr="00C61280">
              <w:rPr>
                <w:lang w:val="fr-FR"/>
              </w:rPr>
              <w:t>confirmarea</w:t>
            </w:r>
            <w:proofErr w:type="spellEnd"/>
            <w:r w:rsidRPr="00C61280">
              <w:rPr>
                <w:lang w:val="fr-FR"/>
              </w:rPr>
              <w:t xml:space="preserve"> se </w:t>
            </w:r>
            <w:proofErr w:type="spellStart"/>
            <w:r w:rsidRPr="00C61280">
              <w:rPr>
                <w:lang w:val="fr-FR"/>
              </w:rPr>
              <w:t>generează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proofErr w:type="gramStart"/>
            <w:r w:rsidRPr="00C61280">
              <w:rPr>
                <w:lang w:val="fr-FR"/>
              </w:rPr>
              <w:t>automat</w:t>
            </w:r>
            <w:proofErr w:type="spellEnd"/>
            <w:r w:rsidRPr="00C61280">
              <w:rPr>
                <w:lang w:val="fr-FR"/>
              </w:rPr>
              <w:t>;</w:t>
            </w:r>
            <w:proofErr w:type="gram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pentru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depunerea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în</w:t>
            </w:r>
            <w:proofErr w:type="spellEnd"/>
            <w:r w:rsidRPr="00C61280">
              <w:rPr>
                <w:lang w:val="fr-FR"/>
              </w:rPr>
              <w:t xml:space="preserve"> format </w:t>
            </w:r>
            <w:proofErr w:type="spellStart"/>
            <w:r w:rsidRPr="00C61280">
              <w:rPr>
                <w:lang w:val="fr-FR"/>
              </w:rPr>
              <w:t>scris</w:t>
            </w:r>
            <w:proofErr w:type="spellEnd"/>
            <w:r w:rsidRPr="00C61280">
              <w:rPr>
                <w:lang w:val="fr-FR"/>
              </w:rPr>
              <w:t xml:space="preserve"> se </w:t>
            </w:r>
            <w:proofErr w:type="spellStart"/>
            <w:r w:rsidRPr="00C61280">
              <w:rPr>
                <w:lang w:val="fr-FR"/>
              </w:rPr>
              <w:t>eliberează</w:t>
            </w:r>
            <w:proofErr w:type="spellEnd"/>
            <w:r w:rsidRPr="00C61280">
              <w:rPr>
                <w:lang w:val="fr-FR"/>
              </w:rPr>
              <w:t xml:space="preserve"> la data </w:t>
            </w:r>
            <w:proofErr w:type="spellStart"/>
            <w:r w:rsidRPr="00C61280">
              <w:rPr>
                <w:lang w:val="fr-FR"/>
              </w:rPr>
              <w:t>depunerii</w:t>
            </w:r>
            <w:proofErr w:type="spellEnd"/>
            <w:r w:rsidRPr="00C61280">
              <w:rPr>
                <w:lang w:val="fr-FR"/>
              </w:rPr>
              <w:t>.</w:t>
            </w:r>
          </w:p>
        </w:tc>
      </w:tr>
      <w:tr w:rsidR="009366A3" w:rsidRPr="00F13EE2" w14:paraId="0736C23B" w14:textId="77777777">
        <w:trPr>
          <w:cantSplit/>
          <w:trHeight w:val="510"/>
        </w:trPr>
        <w:tc>
          <w:tcPr>
            <w:tcW w:w="2409" w:type="dxa"/>
          </w:tcPr>
          <w:p w14:paraId="1F782AFB" w14:textId="77777777" w:rsidR="009366A3" w:rsidRDefault="00000000">
            <w:r>
              <w:rPr>
                <w:b/>
                <w:color w:val="0D5F78"/>
              </w:rPr>
              <w:t xml:space="preserve">Nr.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0159E0C" w14:textId="77777777" w:rsidR="009366A3" w:rsidRDefault="009366A3"/>
        </w:tc>
        <w:tc>
          <w:tcPr>
            <w:tcW w:w="2409" w:type="dxa"/>
          </w:tcPr>
          <w:p w14:paraId="385D1B69" w14:textId="77777777" w:rsidR="009366A3" w:rsidRDefault="00000000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6F157F2" w14:textId="77777777" w:rsidR="009366A3" w:rsidRDefault="009366A3"/>
        </w:tc>
        <w:tc>
          <w:tcPr>
            <w:tcW w:w="4818" w:type="dxa"/>
          </w:tcPr>
          <w:p w14:paraId="53C7BFB8" w14:textId="77777777" w:rsidR="009366A3" w:rsidRPr="00C61280" w:rsidRDefault="00000000">
            <w:pPr>
              <w:rPr>
                <w:lang w:val="fr-FR"/>
              </w:rPr>
            </w:pPr>
            <w:proofErr w:type="spellStart"/>
            <w:r w:rsidRPr="00C61280">
              <w:rPr>
                <w:b/>
                <w:color w:val="0D5F78"/>
                <w:lang w:val="fr-FR"/>
              </w:rPr>
              <w:t>Termenul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de la care pot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începe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lucrările</w:t>
            </w:r>
            <w:proofErr w:type="spellEnd"/>
          </w:p>
          <w:p w14:paraId="3112E9C2" w14:textId="77777777" w:rsidR="009366A3" w:rsidRPr="00C61280" w:rsidRDefault="00000000">
            <w:pPr>
              <w:rPr>
                <w:lang w:val="fr-FR"/>
              </w:rPr>
            </w:pPr>
            <w:r w:rsidRPr="00C61280">
              <w:rPr>
                <w:i/>
                <w:color w:val="7A7A7A"/>
                <w:lang w:val="fr-FR"/>
              </w:rPr>
              <w:t xml:space="preserve">15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zile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de la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înregistrare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,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în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lipsa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clarificărilor</w:t>
            </w:r>
            <w:proofErr w:type="spellEnd"/>
          </w:p>
          <w:p w14:paraId="3D9E913E" w14:textId="77777777" w:rsidR="009366A3" w:rsidRPr="00C61280" w:rsidRDefault="009366A3">
            <w:pPr>
              <w:rPr>
                <w:lang w:val="fr-FR"/>
              </w:rPr>
            </w:pPr>
          </w:p>
        </w:tc>
      </w:tr>
    </w:tbl>
    <w:p w14:paraId="5AC60894" w14:textId="77777777" w:rsidR="009366A3" w:rsidRPr="00C61280" w:rsidRDefault="009366A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366A3" w14:paraId="1F3FB17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A4409FA" w14:textId="77777777" w:rsidR="009366A3" w:rsidRDefault="00000000">
            <w:pPr>
              <w:keepNext/>
            </w:pPr>
            <w:r w:rsidRPr="00C612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9366A3" w14:paraId="2CB7B60D" w14:textId="77777777">
        <w:trPr>
          <w:cantSplit/>
          <w:trHeight w:val="510"/>
        </w:trPr>
        <w:tc>
          <w:tcPr>
            <w:tcW w:w="5621" w:type="dxa"/>
          </w:tcPr>
          <w:p w14:paraId="6987B63C" w14:textId="50B4CA65" w:rsidR="009366A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166708BF" w14:textId="77777777" w:rsidR="009366A3" w:rsidRDefault="009366A3"/>
        </w:tc>
        <w:tc>
          <w:tcPr>
            <w:tcW w:w="2409" w:type="dxa"/>
          </w:tcPr>
          <w:p w14:paraId="09C73EEA" w14:textId="77777777" w:rsidR="009366A3" w:rsidRDefault="00000000">
            <w:r>
              <w:rPr>
                <w:b/>
                <w:color w:val="0D5F78"/>
              </w:rPr>
              <w:t>Data</w:t>
            </w:r>
          </w:p>
          <w:p w14:paraId="3BC53AF9" w14:textId="77777777" w:rsidR="009366A3" w:rsidRDefault="009366A3"/>
        </w:tc>
        <w:tc>
          <w:tcPr>
            <w:tcW w:w="1606" w:type="dxa"/>
          </w:tcPr>
          <w:p w14:paraId="1874437E" w14:textId="40101083" w:rsidR="009366A3" w:rsidRDefault="00E079E1">
            <w:proofErr w:type="spellStart"/>
            <w:r>
              <w:rPr>
                <w:b/>
                <w:color w:val="0D5F78"/>
              </w:rPr>
              <w:t>S</w:t>
            </w:r>
            <w:r w:rsidR="00C61280">
              <w:rPr>
                <w:b/>
                <w:color w:val="0D5F78"/>
              </w:rPr>
              <w:t>emnătura</w:t>
            </w:r>
            <w:proofErr w:type="spellEnd"/>
          </w:p>
          <w:p w14:paraId="3F4DF4DE" w14:textId="77777777" w:rsidR="009366A3" w:rsidRDefault="009366A3"/>
        </w:tc>
      </w:tr>
    </w:tbl>
    <w:p w14:paraId="1ECFDC8D" w14:textId="77777777" w:rsidR="009366A3" w:rsidRDefault="009366A3">
      <w:pPr>
        <w:spacing w:line="168" w:lineRule="auto"/>
      </w:pPr>
    </w:p>
    <w:sectPr w:rsidR="009366A3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19AAB" w14:textId="77777777" w:rsidR="00D51610" w:rsidRDefault="00D51610">
      <w:r>
        <w:separator/>
      </w:r>
    </w:p>
  </w:endnote>
  <w:endnote w:type="continuationSeparator" w:id="0">
    <w:p w14:paraId="418185A6" w14:textId="77777777" w:rsidR="00D51610" w:rsidRDefault="00D51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F2BD3" w14:textId="77777777" w:rsidR="009366A3" w:rsidRDefault="00000000">
    <w:pPr>
      <w:pStyle w:val="Subsol"/>
      <w:tabs>
        <w:tab w:val="right" w:pos="9639"/>
      </w:tabs>
    </w:pPr>
    <w:r>
      <w:rPr>
        <w:color w:val="595959"/>
      </w:rPr>
      <w:t xml:space="preserve">F_NOT_02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0EC1F" w14:textId="77777777" w:rsidR="00D51610" w:rsidRDefault="00D51610">
      <w:r>
        <w:separator/>
      </w:r>
    </w:p>
  </w:footnote>
  <w:footnote w:type="continuationSeparator" w:id="0">
    <w:p w14:paraId="26EFB2F0" w14:textId="77777777" w:rsidR="00D51610" w:rsidRDefault="00D516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9680823">
    <w:abstractNumId w:val="8"/>
  </w:num>
  <w:num w:numId="2" w16cid:durableId="418599538">
    <w:abstractNumId w:val="6"/>
  </w:num>
  <w:num w:numId="3" w16cid:durableId="412242484">
    <w:abstractNumId w:val="5"/>
  </w:num>
  <w:num w:numId="4" w16cid:durableId="603732864">
    <w:abstractNumId w:val="4"/>
  </w:num>
  <w:num w:numId="5" w16cid:durableId="255941620">
    <w:abstractNumId w:val="7"/>
  </w:num>
  <w:num w:numId="6" w16cid:durableId="1013268781">
    <w:abstractNumId w:val="3"/>
  </w:num>
  <w:num w:numId="7" w16cid:durableId="1753118078">
    <w:abstractNumId w:val="2"/>
  </w:num>
  <w:num w:numId="8" w16cid:durableId="1975402551">
    <w:abstractNumId w:val="1"/>
  </w:num>
  <w:num w:numId="9" w16cid:durableId="677075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5A8"/>
    <w:rsid w:val="0015074B"/>
    <w:rsid w:val="0029639D"/>
    <w:rsid w:val="00326F90"/>
    <w:rsid w:val="006149AC"/>
    <w:rsid w:val="006C103E"/>
    <w:rsid w:val="009366A3"/>
    <w:rsid w:val="00AA1D8D"/>
    <w:rsid w:val="00B47730"/>
    <w:rsid w:val="00C61280"/>
    <w:rsid w:val="00CB0664"/>
    <w:rsid w:val="00D51610"/>
    <w:rsid w:val="00E079E1"/>
    <w:rsid w:val="00E61A6B"/>
    <w:rsid w:val="00F13E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5B05E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671</Characters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2026-08-24T15:37:00Z</dcterms:modified>
  <cp:category/>
</cp:coreProperties>
</file>