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DD3A82" w14:paraId="06AF41CF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21892120" w14:textId="77777777" w:rsidR="00DD3A82" w:rsidRDefault="00000000">
            <w:pPr>
              <w:keepNext/>
              <w:jc w:val="center"/>
            </w:pPr>
            <w:r>
              <w:drawing>
                <wp:inline distT="0" distB="0" distL="0" distR="0">
                  <wp:extent cx="786848" cy="904875"/>
                  <wp:effectExtent l="0" t="0" r="0" b="0"/>
                  <wp:docPr id="9001" name="Stema" descr="Ste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01" name="Stema" descr="Stem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Stema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6848" cy="9048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</w:tcPr>
          <w:p w14:paraId="24C89B46" w14:textId="77777777" w:rsidR="00DD3A82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3EF98D51" w14:textId="77777777" w:rsidR="00DD3A82" w:rsidRDefault="00DD3A82">
            <w:pPr>
              <w:keepNext/>
            </w:pPr>
            <w:r>
              <w:t xml:space="preserve">Suceava</w:t>
            </w:r>
          </w:p>
        </w:tc>
      </w:tr>
      <w:tr w:rsidR="00DD3A82" w14:paraId="5B76870A" w14:textId="77777777">
        <w:trPr>
          <w:cantSplit/>
          <w:trHeight w:val="510"/>
        </w:trPr>
        <w:tc>
          <w:tcPr>
            <w:tcW w:w="1606" w:type="dxa"/>
            <w:vMerge/>
          </w:tcPr>
          <w:p w14:paraId="0C7C4C76" w14:textId="77777777" w:rsidR="00DD3A82" w:rsidRDefault="00DD3A82"/>
        </w:tc>
        <w:tc>
          <w:tcPr>
            <w:tcW w:w="8030" w:type="dxa"/>
            <w:gridSpan w:val="3"/>
          </w:tcPr>
          <w:p w14:paraId="178E0F6E" w14:textId="77777777" w:rsidR="00DD3A82" w:rsidRDefault="00000000">
            <w:pPr>
              <w:keepNext/>
            </w:pPr>
            <w:r>
              <w:rPr>
                <w:b/>
                <w:color w:val="0D5F78"/>
              </w:rPr>
              <w:t>Autoritatea administrației publice</w:t>
            </w:r>
          </w:p>
          <w:p w14:paraId="3FF2AA28" w14:textId="77777777" w:rsidR="00DD3A82" w:rsidRDefault="00DD3A82">
            <w:pPr>
              <w:keepNext/>
            </w:pPr>
            <w:r>
              <w:t xml:space="preserve">Comuna Poieni - Solca</w:t>
            </w:r>
          </w:p>
        </w:tc>
      </w:tr>
      <w:tr w:rsidR="00DD3A82" w14:paraId="3BA2B968" w14:textId="77777777">
        <w:trPr>
          <w:cantSplit/>
          <w:trHeight w:val="510"/>
        </w:trPr>
        <w:tc>
          <w:tcPr>
            <w:tcW w:w="1606" w:type="dxa"/>
            <w:vMerge/>
          </w:tcPr>
          <w:p w14:paraId="6D27618C" w14:textId="77777777" w:rsidR="00DD3A82" w:rsidRDefault="00DD3A82"/>
        </w:tc>
        <w:tc>
          <w:tcPr>
            <w:tcW w:w="2409" w:type="dxa"/>
          </w:tcPr>
          <w:p w14:paraId="1AD62CAD" w14:textId="77777777" w:rsidR="00DD3A82" w:rsidRPr="00243741" w:rsidRDefault="00000000">
            <w:pPr>
              <w:keepNext/>
              <w:rPr>
                <w:lang w:val="fr-FR"/>
              </w:rPr>
            </w:pPr>
            <w:r w:rsidRPr="00243741">
              <w:rPr>
                <w:b/>
                <w:color w:val="0D5F78"/>
                <w:lang w:val="fr-FR"/>
              </w:rPr>
              <w:t>Cod de identificare fiscală (CIF)</w:t>
            </w:r>
          </w:p>
          <w:p w14:paraId="257CA338" w14:textId="77777777" w:rsidR="00DD3A82" w:rsidRPr="00243741" w:rsidRDefault="00DD3A82">
            <w:pPr>
              <w:keepNext/>
              <w:rPr>
                <w:lang w:val="fr-FR"/>
              </w:rPr>
            </w:pPr>
            <w:r>
              <w:t xml:space="preserve">21769911</w:t>
            </w:r>
          </w:p>
        </w:tc>
        <w:tc>
          <w:tcPr>
            <w:tcW w:w="5621" w:type="dxa"/>
            <w:gridSpan w:val="2"/>
          </w:tcPr>
          <w:p w14:paraId="398E61ED" w14:textId="77777777" w:rsidR="00DD3A82" w:rsidRDefault="00000000">
            <w:pPr>
              <w:keepNext/>
            </w:pPr>
            <w:r>
              <w:rPr>
                <w:b/>
                <w:color w:val="0D5F78"/>
              </w:rPr>
              <w:t>Adresa oficială</w:t>
            </w:r>
          </w:p>
          <w:p w14:paraId="5792F3E0" w14:textId="77777777" w:rsidR="00DD3A82" w:rsidRDefault="00DD3A82">
            <w:pPr>
              <w:keepNext/>
            </w:pPr>
            <w:r>
              <w:t xml:space="preserve">Județul Suceava, Comuna Poieni-Solca, Strada Principala, Nr. 33 · contact@comunapoienisolca.ro</w:t>
            </w:r>
          </w:p>
        </w:tc>
      </w:tr>
      <w:tr w:rsidR="00DD3A82" w14:paraId="452A7EA6" w14:textId="77777777">
        <w:trPr>
          <w:cantSplit/>
          <w:trHeight w:val="510"/>
        </w:trPr>
        <w:tc>
          <w:tcPr>
            <w:tcW w:w="1606" w:type="dxa"/>
            <w:vMerge/>
          </w:tcPr>
          <w:p w14:paraId="6CAFAD3C" w14:textId="77777777" w:rsidR="00DD3A82" w:rsidRDefault="00DD3A82"/>
        </w:tc>
        <w:tc>
          <w:tcPr>
            <w:tcW w:w="4818" w:type="dxa"/>
            <w:gridSpan w:val="2"/>
          </w:tcPr>
          <w:p w14:paraId="2A95CA90" w14:textId="77777777" w:rsidR="00DD3A82" w:rsidRDefault="00000000">
            <w:r>
              <w:rPr>
                <w:b/>
                <w:color w:val="0D5F78"/>
              </w:rPr>
              <w:t>Nr. înregistrare</w:t>
            </w:r>
          </w:p>
          <w:p w14:paraId="4F88C237" w14:textId="77777777" w:rsidR="00DD3A82" w:rsidRDefault="00DD3A82"/>
        </w:tc>
        <w:tc>
          <w:tcPr>
            <w:tcW w:w="3212" w:type="dxa"/>
          </w:tcPr>
          <w:p w14:paraId="4C8F91E5" w14:textId="77777777" w:rsidR="00DD3A82" w:rsidRDefault="00000000">
            <w:r>
              <w:rPr>
                <w:b/>
                <w:color w:val="0D5F78"/>
              </w:rPr>
              <w:t>Data</w:t>
            </w:r>
          </w:p>
          <w:p w14:paraId="3ADCD6D5" w14:textId="77777777" w:rsidR="00DD3A82" w:rsidRDefault="00DD3A82"/>
        </w:tc>
      </w:tr>
    </w:tbl>
    <w:p w14:paraId="0A4974E8" w14:textId="77777777" w:rsidR="00DD3A82" w:rsidRDefault="00DD3A82">
      <w:pPr>
        <w:spacing w:line="168" w:lineRule="auto"/>
      </w:pPr>
    </w:p>
    <w:p w14:paraId="3F16B083" w14:textId="77777777" w:rsidR="00DD3A82" w:rsidRDefault="00000000">
      <w:pPr>
        <w:spacing w:before="140" w:after="40"/>
        <w:jc w:val="center"/>
      </w:pPr>
      <w:r>
        <w:rPr>
          <w:b/>
          <w:sz w:val="34"/>
        </w:rPr>
        <w:t>CERTIFICAT DE URBANISM DE INFORMARE</w:t>
      </w:r>
    </w:p>
    <w:p w14:paraId="647E6F53" w14:textId="77777777" w:rsidR="00DD3A82" w:rsidRDefault="00DD3A82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2409"/>
        <w:gridCol w:w="803"/>
        <w:gridCol w:w="4015"/>
      </w:tblGrid>
      <w:tr w:rsidR="00DD3A82" w14:paraId="45C69E8E" w14:textId="77777777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6181A5E8" w14:textId="77777777" w:rsidR="00DD3A82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REFERINȚE ȘI TEMEI</w:t>
            </w:r>
          </w:p>
        </w:tc>
      </w:tr>
      <w:tr w:rsidR="00DD3A82" w14:paraId="4D22797A" w14:textId="77777777">
        <w:trPr>
          <w:cantSplit/>
          <w:trHeight w:val="510"/>
        </w:trPr>
        <w:tc>
          <w:tcPr>
            <w:tcW w:w="2409" w:type="dxa"/>
          </w:tcPr>
          <w:p w14:paraId="6FBD8F4A" w14:textId="77777777" w:rsidR="00DD3A82" w:rsidRDefault="00000000">
            <w:pPr>
              <w:keepNext/>
            </w:pPr>
            <w:r>
              <w:rPr>
                <w:b/>
                <w:color w:val="0D5F78"/>
              </w:rPr>
              <w:t>Ca urmare a cererii nr.</w:t>
            </w:r>
          </w:p>
          <w:p w14:paraId="562F04B0" w14:textId="77777777" w:rsidR="00DD3A82" w:rsidRDefault="00DD3A82">
            <w:pPr>
              <w:keepNext/>
            </w:pPr>
          </w:p>
        </w:tc>
        <w:tc>
          <w:tcPr>
            <w:tcW w:w="2409" w:type="dxa"/>
          </w:tcPr>
          <w:p w14:paraId="64D3C90C" w14:textId="77777777" w:rsidR="00DD3A82" w:rsidRDefault="00000000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2BD4CDE4" w14:textId="77777777" w:rsidR="00DD3A82" w:rsidRDefault="00DD3A82">
            <w:pPr>
              <w:keepNext/>
            </w:pPr>
          </w:p>
        </w:tc>
        <w:tc>
          <w:tcPr>
            <w:tcW w:w="4818" w:type="dxa"/>
            <w:gridSpan w:val="2"/>
          </w:tcPr>
          <w:p w14:paraId="1DEB7953" w14:textId="77777777" w:rsidR="00DD3A82" w:rsidRDefault="00000000">
            <w:pPr>
              <w:keepNext/>
            </w:pPr>
            <w:r>
              <w:rPr>
                <w:b/>
                <w:color w:val="0D5F78"/>
              </w:rPr>
              <w:t>a solicitantului</w:t>
            </w:r>
          </w:p>
          <w:p w14:paraId="6D9A224B" w14:textId="77777777" w:rsidR="00DD3A82" w:rsidRDefault="00DD3A82">
            <w:pPr>
              <w:keepNext/>
            </w:pPr>
          </w:p>
        </w:tc>
      </w:tr>
      <w:tr w:rsidR="00DD3A82" w14:paraId="19FA479A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3E9B1C41" w14:textId="77777777" w:rsidR="00DD3A82" w:rsidRPr="00243741" w:rsidRDefault="00000000">
            <w:pPr>
              <w:rPr>
                <w:lang w:val="fr-FR"/>
              </w:rPr>
            </w:pPr>
            <w:r w:rsidRPr="00243741">
              <w:rPr>
                <w:b/>
                <w:color w:val="0D5F78"/>
                <w:lang w:val="fr-FR"/>
              </w:rPr>
              <w:t>Documentația de urbanism aplicabilă</w:t>
            </w:r>
          </w:p>
          <w:p w14:paraId="5F97C8C5" w14:textId="77777777" w:rsidR="00DD3A82" w:rsidRPr="00243741" w:rsidRDefault="00000000">
            <w:pPr>
              <w:rPr>
                <w:lang w:val="fr-FR"/>
              </w:rPr>
            </w:pPr>
            <w:r w:rsidRPr="00243741">
              <w:rPr>
                <w:i/>
                <w:color w:val="7A7A7A"/>
                <w:lang w:val="fr-FR"/>
              </w:rPr>
              <w:t>nr. / faza PUG · PUZ · PUD</w:t>
            </w:r>
          </w:p>
          <w:p w14:paraId="5CFE21A1" w14:textId="77777777" w:rsidR="00DD3A82" w:rsidRPr="00243741" w:rsidRDefault="00DD3A82">
            <w:pPr>
              <w:rPr>
                <w:lang w:val="fr-FR"/>
              </w:rPr>
            </w:pPr>
          </w:p>
        </w:tc>
        <w:tc>
          <w:tcPr>
            <w:tcW w:w="4015" w:type="dxa"/>
          </w:tcPr>
          <w:p w14:paraId="1C5D0531" w14:textId="77777777" w:rsidR="00DD3A82" w:rsidRDefault="00000000">
            <w:r>
              <w:rPr>
                <w:b/>
                <w:color w:val="0D5F78"/>
              </w:rPr>
              <w:t>Aprobată prin hotărârea CJ / CL nr. / data</w:t>
            </w:r>
          </w:p>
          <w:p w14:paraId="379CEB43" w14:textId="77777777" w:rsidR="00DD3A82" w:rsidRDefault="00DD3A82"/>
        </w:tc>
      </w:tr>
    </w:tbl>
    <w:p w14:paraId="3199A5C1" w14:textId="77777777" w:rsidR="00DD3A82" w:rsidRDefault="00DD3A82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DD3A82" w14:paraId="260CF777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6E78A98A" w14:textId="77777777" w:rsidR="00DD3A82" w:rsidRDefault="00000000">
            <w:pPr>
              <w:keepNext/>
            </w:pPr>
            <w:r>
              <w:rPr>
                <w:b/>
                <w:sz w:val="16"/>
              </w:rPr>
              <w:t xml:space="preserve"> 2.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DD3A82" w14:paraId="3A3A39F1" w14:textId="77777777">
        <w:trPr>
          <w:cantSplit/>
        </w:trPr>
        <w:tc>
          <w:tcPr>
            <w:tcW w:w="9636" w:type="dxa"/>
            <w:gridSpan w:val="6"/>
          </w:tcPr>
          <w:p w14:paraId="5A7E4C19" w14:textId="77777777" w:rsidR="00DD3A82" w:rsidRDefault="00000000">
            <w:pPr>
              <w:keepNext/>
            </w:pPr>
            <w:r>
              <w:rPr>
                <w:sz w:val="16"/>
              </w:rPr>
              <w:t xml:space="preserve"> ☐ teren     ☐ construcții</w:t>
            </w:r>
          </w:p>
        </w:tc>
      </w:tr>
      <w:tr w:rsidR="00DD3A82" w14:paraId="6FB854B4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66CDAABD" w14:textId="77777777" w:rsidR="00DD3A82" w:rsidRDefault="00000000">
            <w:pPr>
              <w:keepNext/>
            </w:pPr>
            <w:r>
              <w:rPr>
                <w:b/>
                <w:color w:val="0D5F78"/>
              </w:rPr>
              <w:t>Județ</w:t>
            </w:r>
          </w:p>
          <w:p w14:paraId="7B1C0CD8" w14:textId="77777777" w:rsidR="00DD3A82" w:rsidRDefault="00DD3A82">
            <w:pPr>
              <w:keepNext/>
            </w:pPr>
          </w:p>
        </w:tc>
        <w:tc>
          <w:tcPr>
            <w:tcW w:w="3212" w:type="dxa"/>
            <w:gridSpan w:val="2"/>
          </w:tcPr>
          <w:p w14:paraId="7E25A1CB" w14:textId="77777777" w:rsidR="00DD3A82" w:rsidRDefault="00000000">
            <w:pPr>
              <w:keepNext/>
            </w:pPr>
            <w:r>
              <w:rPr>
                <w:b/>
                <w:color w:val="0D5F78"/>
              </w:rPr>
              <w:t>Municipiu / oraș / comună</w:t>
            </w:r>
          </w:p>
          <w:p w14:paraId="04BCD52C" w14:textId="77777777" w:rsidR="00DD3A82" w:rsidRDefault="00DD3A82">
            <w:pPr>
              <w:keepNext/>
            </w:pPr>
          </w:p>
        </w:tc>
        <w:tc>
          <w:tcPr>
            <w:tcW w:w="3212" w:type="dxa"/>
            <w:gridSpan w:val="2"/>
          </w:tcPr>
          <w:p w14:paraId="5B4AA62A" w14:textId="77777777" w:rsidR="00DD3A82" w:rsidRDefault="00000000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59D58767" w14:textId="77777777" w:rsidR="00DD3A82" w:rsidRDefault="00DD3A82">
            <w:pPr>
              <w:keepNext/>
            </w:pPr>
          </w:p>
        </w:tc>
      </w:tr>
      <w:tr w:rsidR="00DD3A82" w14:paraId="6EB8BD06" w14:textId="77777777">
        <w:trPr>
          <w:cantSplit/>
          <w:trHeight w:val="510"/>
        </w:trPr>
        <w:tc>
          <w:tcPr>
            <w:tcW w:w="1606" w:type="dxa"/>
          </w:tcPr>
          <w:p w14:paraId="0D9678E0" w14:textId="77777777" w:rsidR="00DD3A82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60A7EA09" w14:textId="77777777" w:rsidR="00DD3A82" w:rsidRDefault="00DD3A82">
            <w:pPr>
              <w:keepNext/>
            </w:pPr>
          </w:p>
        </w:tc>
        <w:tc>
          <w:tcPr>
            <w:tcW w:w="4818" w:type="dxa"/>
            <w:gridSpan w:val="3"/>
          </w:tcPr>
          <w:p w14:paraId="24CA521C" w14:textId="77777777" w:rsidR="00DD3A82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00BCB2CC" w14:textId="77777777" w:rsidR="00DD3A82" w:rsidRDefault="00DD3A82">
            <w:pPr>
              <w:keepNext/>
            </w:pPr>
          </w:p>
        </w:tc>
        <w:tc>
          <w:tcPr>
            <w:tcW w:w="803" w:type="dxa"/>
          </w:tcPr>
          <w:p w14:paraId="6223FF8B" w14:textId="77777777" w:rsidR="00DD3A82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1A0F639F" w14:textId="77777777" w:rsidR="00DD3A82" w:rsidRDefault="00DD3A82">
            <w:pPr>
              <w:keepNext/>
            </w:pPr>
          </w:p>
        </w:tc>
        <w:tc>
          <w:tcPr>
            <w:tcW w:w="2409" w:type="dxa"/>
          </w:tcPr>
          <w:p w14:paraId="5B6D8DD2" w14:textId="77777777" w:rsidR="00DD3A82" w:rsidRDefault="00000000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14E6A0EF" w14:textId="77777777" w:rsidR="00DD3A82" w:rsidRDefault="00DD3A82">
            <w:pPr>
              <w:keepNext/>
            </w:pPr>
          </w:p>
        </w:tc>
      </w:tr>
      <w:tr w:rsidR="00DD3A82" w14:paraId="621A56BC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403884F8" w14:textId="77777777" w:rsidR="00DD3A82" w:rsidRPr="00243741" w:rsidRDefault="00000000">
            <w:pPr>
              <w:keepNext/>
              <w:rPr>
                <w:lang w:val="fr-FR"/>
              </w:rPr>
            </w:pPr>
            <w:r w:rsidRPr="00243741">
              <w:rPr>
                <w:b/>
                <w:color w:val="0D5F78"/>
                <w:lang w:val="fr-FR"/>
              </w:rPr>
              <w:t>Număr cadastral</w:t>
            </w:r>
          </w:p>
          <w:p w14:paraId="5351E640" w14:textId="77777777" w:rsidR="00DD3A82" w:rsidRPr="00243741" w:rsidRDefault="00000000">
            <w:pPr>
              <w:keepNext/>
              <w:rPr>
                <w:lang w:val="fr-FR"/>
              </w:rPr>
            </w:pPr>
            <w:r w:rsidRPr="00243741">
              <w:rPr>
                <w:i/>
                <w:color w:val="7A7A7A"/>
                <w:lang w:val="fr-FR"/>
              </w:rPr>
              <w:t>dacă imobilul e înscris în e-Terra</w:t>
            </w:r>
          </w:p>
          <w:p w14:paraId="07FAFC05" w14:textId="77777777" w:rsidR="00DD3A82" w:rsidRPr="00243741" w:rsidRDefault="00DD3A82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42A30C54" w14:textId="77777777" w:rsidR="00DD3A82" w:rsidRDefault="00000000">
            <w:pPr>
              <w:keepNext/>
            </w:pPr>
            <w:r>
              <w:rPr>
                <w:b/>
                <w:color w:val="0D5F78"/>
              </w:rPr>
              <w:t>Carte funciară nr.</w:t>
            </w:r>
          </w:p>
          <w:p w14:paraId="041CDB6B" w14:textId="77777777" w:rsidR="00DD3A82" w:rsidRDefault="00DD3A82">
            <w:pPr>
              <w:keepNext/>
            </w:pPr>
          </w:p>
        </w:tc>
      </w:tr>
    </w:tbl>
    <w:p w14:paraId="0738DB2A" w14:textId="77777777" w:rsidR="00DD3A82" w:rsidRDefault="00DD3A82">
      <w:pPr>
        <w:spacing w:line="168" w:lineRule="auto"/>
      </w:pPr>
    </w:p>
    <w:p w14:paraId="4B3ECC2E" w14:textId="77777777" w:rsidR="00DD3A82" w:rsidRDefault="00000000">
      <w:pPr>
        <w:spacing w:before="140" w:after="40"/>
        <w:jc w:val="center"/>
      </w:pPr>
      <w:r>
        <w:rPr>
          <w:b/>
          <w:sz w:val="34"/>
        </w:rPr>
        <w:t>SE CERTIFICĂ:</w:t>
      </w:r>
    </w:p>
    <w:p w14:paraId="432BCB6A" w14:textId="77777777" w:rsidR="00DD3A82" w:rsidRDefault="00DD3A82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DD3A82" w14:paraId="4040B0AB" w14:textId="77777777">
        <w:trPr>
          <w:cantSplit/>
        </w:trPr>
        <w:tc>
          <w:tcPr>
            <w:tcW w:w="9636" w:type="dxa"/>
            <w:shd w:val="clear" w:color="auto" w:fill="F4F4F4"/>
          </w:tcPr>
          <w:p w14:paraId="02277F06" w14:textId="77777777" w:rsidR="00DD3A82" w:rsidRDefault="00000000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REGIMUL JURIDIC</w:t>
            </w:r>
          </w:p>
        </w:tc>
      </w:tr>
      <w:tr w:rsidR="00DD3A82" w14:paraId="64004D3F" w14:textId="77777777">
        <w:trPr>
          <w:cantSplit/>
        </w:trPr>
        <w:tc>
          <w:tcPr>
            <w:tcW w:w="9636" w:type="dxa"/>
          </w:tcPr>
          <w:p w14:paraId="0CC65F67" w14:textId="77777777" w:rsidR="00DD3A82" w:rsidRDefault="00DD3A82">
            <w:pPr>
              <w:spacing w:after="80"/>
            </w:pPr>
          </w:p>
          <w:p w14:paraId="31469D47" w14:textId="77777777" w:rsidR="00DD3A82" w:rsidRDefault="00DD3A82">
            <w:pPr>
              <w:spacing w:after="80"/>
            </w:pPr>
          </w:p>
          <w:p w14:paraId="7D0C82BB" w14:textId="77777777" w:rsidR="00DD3A82" w:rsidRDefault="00DD3A82">
            <w:pPr>
              <w:spacing w:after="80"/>
            </w:pPr>
          </w:p>
        </w:tc>
      </w:tr>
    </w:tbl>
    <w:p w14:paraId="7AA059E7" w14:textId="77777777" w:rsidR="00DD3A82" w:rsidRDefault="00DD3A82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8030"/>
        <w:gridCol w:w="1606"/>
      </w:tblGrid>
      <w:tr w:rsidR="00DD3A82" w14:paraId="1ADA7BB4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74A5E1F5" w14:textId="77777777" w:rsidR="00DD3A82" w:rsidRDefault="00000000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REGIMUL ECONOMIC</w:t>
            </w:r>
          </w:p>
        </w:tc>
      </w:tr>
      <w:tr w:rsidR="00DD3A82" w:rsidRPr="005A0856" w14:paraId="24AEF213" w14:textId="77777777">
        <w:trPr>
          <w:cantSplit/>
        </w:trPr>
        <w:tc>
          <w:tcPr>
            <w:tcW w:w="8030" w:type="dxa"/>
            <w:shd w:val="clear" w:color="auto" w:fill="F4F4F4"/>
          </w:tcPr>
          <w:p w14:paraId="4AC85A11" w14:textId="77777777" w:rsidR="00DD3A82" w:rsidRDefault="00000000">
            <w:pPr>
              <w:keepNext/>
            </w:pPr>
            <w:r>
              <w:rPr>
                <w:b/>
                <w:color w:val="0D5F78"/>
              </w:rPr>
              <w:t>Prevederea</w:t>
            </w:r>
          </w:p>
        </w:tc>
        <w:tc>
          <w:tcPr>
            <w:tcW w:w="1606" w:type="dxa"/>
            <w:shd w:val="clear" w:color="auto" w:fill="F4F4F4"/>
          </w:tcPr>
          <w:p w14:paraId="0334286E" w14:textId="77777777" w:rsidR="00DD3A82" w:rsidRPr="00243741" w:rsidRDefault="00000000">
            <w:pPr>
              <w:keepNext/>
              <w:rPr>
                <w:lang w:val="fr-FR"/>
              </w:rPr>
            </w:pPr>
            <w:r w:rsidRPr="00243741">
              <w:rPr>
                <w:b/>
                <w:color w:val="0D5F78"/>
                <w:lang w:val="fr-FR"/>
              </w:rPr>
              <w:t>Actul de reglementare</w:t>
            </w:r>
          </w:p>
          <w:p w14:paraId="02FFA6CF" w14:textId="77777777" w:rsidR="00DD3A82" w:rsidRPr="00243741" w:rsidRDefault="00000000">
            <w:pPr>
              <w:keepNext/>
              <w:rPr>
                <w:lang w:val="fr-FR"/>
              </w:rPr>
            </w:pPr>
            <w:r w:rsidRPr="00243741">
              <w:rPr>
                <w:i/>
                <w:color w:val="7A7A7A"/>
                <w:lang w:val="fr-FR"/>
              </w:rPr>
              <w:t>RLU · HCL · lege, nr./an</w:t>
            </w:r>
          </w:p>
        </w:tc>
      </w:tr>
      <w:tr w:rsidR="00DD3A82" w:rsidRPr="005A0856" w14:paraId="13F86910" w14:textId="77777777">
        <w:trPr>
          <w:cantSplit/>
          <w:trHeight w:val="849"/>
        </w:trPr>
        <w:tc>
          <w:tcPr>
            <w:tcW w:w="8030" w:type="dxa"/>
          </w:tcPr>
          <w:p w14:paraId="66898715" w14:textId="77777777" w:rsidR="00DD3A82" w:rsidRPr="00243741" w:rsidRDefault="00DD3A82">
            <w:pPr>
              <w:keepNext/>
              <w:rPr>
                <w:lang w:val="fr-FR"/>
              </w:rPr>
            </w:pPr>
          </w:p>
        </w:tc>
        <w:tc>
          <w:tcPr>
            <w:tcW w:w="1606" w:type="dxa"/>
          </w:tcPr>
          <w:p w14:paraId="45100E11" w14:textId="77777777" w:rsidR="00DD3A82" w:rsidRPr="00243741" w:rsidRDefault="00DD3A82">
            <w:pPr>
              <w:keepNext/>
              <w:rPr>
                <w:lang w:val="fr-FR"/>
              </w:rPr>
            </w:pPr>
          </w:p>
        </w:tc>
      </w:tr>
    </w:tbl>
    <w:p w14:paraId="7FA683F7" w14:textId="77777777" w:rsidR="00DD3A82" w:rsidRPr="00243741" w:rsidRDefault="00DD3A82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8030"/>
        <w:gridCol w:w="1606"/>
      </w:tblGrid>
      <w:tr w:rsidR="00DD3A82" w14:paraId="504CBD08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3221A892" w14:textId="77777777" w:rsidR="00DD3A82" w:rsidRDefault="00000000">
            <w:pPr>
              <w:keepNext/>
            </w:pPr>
            <w:r w:rsidRPr="00243741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5. </w:t>
            </w:r>
            <w:r>
              <w:rPr>
                <w:b/>
                <w:color w:val="000000"/>
                <w:sz w:val="18"/>
              </w:rPr>
              <w:t>REGIMUL TEHNIC</w:t>
            </w:r>
          </w:p>
        </w:tc>
      </w:tr>
      <w:tr w:rsidR="00DD3A82" w:rsidRPr="005A0856" w14:paraId="7106509B" w14:textId="77777777">
        <w:trPr>
          <w:cantSplit/>
        </w:trPr>
        <w:tc>
          <w:tcPr>
            <w:tcW w:w="8030" w:type="dxa"/>
            <w:shd w:val="clear" w:color="auto" w:fill="F4F4F4"/>
          </w:tcPr>
          <w:p w14:paraId="2AFCCD80" w14:textId="77777777" w:rsidR="00DD3A82" w:rsidRDefault="00000000">
            <w:pPr>
              <w:keepNext/>
            </w:pPr>
            <w:r>
              <w:rPr>
                <w:b/>
                <w:color w:val="0D5F78"/>
              </w:rPr>
              <w:t>Prevederea</w:t>
            </w:r>
          </w:p>
        </w:tc>
        <w:tc>
          <w:tcPr>
            <w:tcW w:w="1606" w:type="dxa"/>
            <w:shd w:val="clear" w:color="auto" w:fill="F4F4F4"/>
          </w:tcPr>
          <w:p w14:paraId="3F646910" w14:textId="77777777" w:rsidR="00DD3A82" w:rsidRPr="00243741" w:rsidRDefault="00000000">
            <w:pPr>
              <w:keepNext/>
              <w:rPr>
                <w:lang w:val="fr-FR"/>
              </w:rPr>
            </w:pPr>
            <w:r w:rsidRPr="00243741">
              <w:rPr>
                <w:b/>
                <w:color w:val="0D5F78"/>
                <w:lang w:val="fr-FR"/>
              </w:rPr>
              <w:t>Actul de reglementare</w:t>
            </w:r>
          </w:p>
          <w:p w14:paraId="0A1F622F" w14:textId="77777777" w:rsidR="00DD3A82" w:rsidRPr="00243741" w:rsidRDefault="00000000">
            <w:pPr>
              <w:keepNext/>
              <w:rPr>
                <w:lang w:val="fr-FR"/>
              </w:rPr>
            </w:pPr>
            <w:r w:rsidRPr="00243741">
              <w:rPr>
                <w:i/>
                <w:color w:val="7A7A7A"/>
                <w:lang w:val="fr-FR"/>
              </w:rPr>
              <w:t>RLU · HCL · lege, nr./an</w:t>
            </w:r>
          </w:p>
        </w:tc>
      </w:tr>
      <w:tr w:rsidR="00DD3A82" w:rsidRPr="005A0856" w14:paraId="3B18E8DD" w14:textId="77777777">
        <w:trPr>
          <w:cantSplit/>
          <w:trHeight w:val="849"/>
        </w:trPr>
        <w:tc>
          <w:tcPr>
            <w:tcW w:w="8030" w:type="dxa"/>
          </w:tcPr>
          <w:p w14:paraId="1A4F389B" w14:textId="77777777" w:rsidR="00DD3A82" w:rsidRPr="00243741" w:rsidRDefault="00DD3A82">
            <w:pPr>
              <w:keepNext/>
              <w:rPr>
                <w:lang w:val="fr-FR"/>
              </w:rPr>
            </w:pPr>
          </w:p>
        </w:tc>
        <w:tc>
          <w:tcPr>
            <w:tcW w:w="1606" w:type="dxa"/>
          </w:tcPr>
          <w:p w14:paraId="6C3B542B" w14:textId="77777777" w:rsidR="00DD3A82" w:rsidRPr="00243741" w:rsidRDefault="00DD3A82">
            <w:pPr>
              <w:keepNext/>
              <w:rPr>
                <w:lang w:val="fr-FR"/>
              </w:rPr>
            </w:pPr>
          </w:p>
        </w:tc>
      </w:tr>
    </w:tbl>
    <w:p w14:paraId="57EA1953" w14:textId="77777777" w:rsidR="00DD3A82" w:rsidRPr="00243741" w:rsidRDefault="00DD3A82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DD3A82" w14:paraId="39C821ED" w14:textId="77777777">
        <w:trPr>
          <w:cantSplit/>
        </w:trPr>
        <w:tc>
          <w:tcPr>
            <w:tcW w:w="9636" w:type="dxa"/>
            <w:shd w:val="clear" w:color="auto" w:fill="F4F4F4"/>
          </w:tcPr>
          <w:p w14:paraId="4ADA7505" w14:textId="77777777" w:rsidR="00DD3A82" w:rsidRDefault="00000000">
            <w:pPr>
              <w:keepNext/>
            </w:pPr>
            <w:r w:rsidRPr="00243741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6. </w:t>
            </w:r>
            <w:r>
              <w:rPr>
                <w:b/>
                <w:color w:val="000000"/>
                <w:sz w:val="18"/>
              </w:rPr>
              <w:t>INFORMAȚII PRIVIND TRASEELE, AMPLASAREA, CALITATEA ȘI CAPACITATEA REȚELELOR EDILITARE DIN ZONA IMOBILULUI</w:t>
            </w:r>
          </w:p>
        </w:tc>
      </w:tr>
      <w:tr w:rsidR="00DD3A82" w14:paraId="644B648C" w14:textId="77777777">
        <w:trPr>
          <w:cantSplit/>
        </w:trPr>
        <w:tc>
          <w:tcPr>
            <w:tcW w:w="9636" w:type="dxa"/>
          </w:tcPr>
          <w:p w14:paraId="4DCA4428" w14:textId="77777777" w:rsidR="00DD3A82" w:rsidRDefault="00DD3A82">
            <w:pPr>
              <w:pBdr>
                <w:bottom w:val="dotted" w:sz="6" w:space="0" w:color="999999"/>
              </w:pBdr>
              <w:spacing w:after="80"/>
            </w:pPr>
          </w:p>
          <w:p w14:paraId="63A5A22C" w14:textId="77777777" w:rsidR="00DD3A82" w:rsidRDefault="00DD3A82">
            <w:pPr>
              <w:pBdr>
                <w:bottom w:val="dotted" w:sz="6" w:space="0" w:color="999999"/>
              </w:pBdr>
              <w:spacing w:after="80"/>
            </w:pPr>
          </w:p>
        </w:tc>
      </w:tr>
    </w:tbl>
    <w:p w14:paraId="3B5D44A6" w14:textId="77777777" w:rsidR="00DD3A82" w:rsidRDefault="00DD3A82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DD3A82" w14:paraId="422AF1A2" w14:textId="77777777">
        <w:trPr>
          <w:cantSplit/>
        </w:trPr>
        <w:tc>
          <w:tcPr>
            <w:tcW w:w="9636" w:type="dxa"/>
            <w:shd w:val="clear" w:color="auto" w:fill="F4F4F4"/>
          </w:tcPr>
          <w:p w14:paraId="041F5C77" w14:textId="77777777" w:rsidR="00DD3A82" w:rsidRDefault="00000000">
            <w:pPr>
              <w:keepNext/>
            </w:pPr>
            <w:r>
              <w:rPr>
                <w:b/>
                <w:sz w:val="16"/>
              </w:rPr>
              <w:t xml:space="preserve"> 7. </w:t>
            </w:r>
            <w:r>
              <w:rPr>
                <w:b/>
                <w:color w:val="000000"/>
                <w:sz w:val="18"/>
              </w:rPr>
              <w:t>ANEXE</w:t>
            </w:r>
          </w:p>
        </w:tc>
      </w:tr>
      <w:tr w:rsidR="00DD3A82" w14:paraId="562792D2" w14:textId="77777777">
        <w:trPr>
          <w:cantSplit/>
        </w:trPr>
        <w:tc>
          <w:tcPr>
            <w:tcW w:w="9636" w:type="dxa"/>
          </w:tcPr>
          <w:p w14:paraId="0484BABB" w14:textId="77777777" w:rsidR="00DD3A82" w:rsidRDefault="00000000">
            <w:r>
              <w:rPr>
                <w:sz w:val="16"/>
              </w:rPr>
              <w:t>☐ extras din sistemul GIS cu rețelele edilitare, după caz</w:t>
            </w:r>
          </w:p>
          <w:p w14:paraId="72FC5A78" w14:textId="77777777" w:rsidR="00DD3A82" w:rsidRDefault="00000000">
            <w:r>
              <w:rPr>
                <w:sz w:val="16"/>
              </w:rPr>
              <w:t>☐ plan de încadrare în documentația de urbanism aplicabilă, după caz</w:t>
            </w:r>
          </w:p>
        </w:tc>
      </w:tr>
    </w:tbl>
    <w:p w14:paraId="65A8D9C5" w14:textId="77777777" w:rsidR="00DD3A82" w:rsidRDefault="00DD3A82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3212"/>
        <w:gridCol w:w="4015"/>
      </w:tblGrid>
      <w:tr w:rsidR="00DD3A82" w14:paraId="293653D8" w14:textId="77777777" w:rsidTr="00243741">
        <w:trPr>
          <w:cantSplit/>
          <w:trHeight w:val="38"/>
        </w:trPr>
        <w:tc>
          <w:tcPr>
            <w:tcW w:w="9636" w:type="dxa"/>
            <w:gridSpan w:val="3"/>
            <w:shd w:val="clear" w:color="auto" w:fill="F4F4F4"/>
          </w:tcPr>
          <w:p w14:paraId="19B754A1" w14:textId="5B652CB9" w:rsidR="00DD3A82" w:rsidRDefault="00000000">
            <w:pPr>
              <w:keepNext/>
            </w:pPr>
            <w:r>
              <w:rPr>
                <w:b/>
                <w:sz w:val="16"/>
              </w:rPr>
              <w:t xml:space="preserve"> </w:t>
            </w:r>
            <w:r w:rsidR="005A0856">
              <w:rPr>
                <w:b/>
                <w:sz w:val="16"/>
              </w:rPr>
              <w:t>8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SEMNĂTURA</w:t>
            </w:r>
          </w:p>
        </w:tc>
      </w:tr>
      <w:tr w:rsidR="00DD3A82" w14:paraId="602E68D1" w14:textId="77777777">
        <w:trPr>
          <w:cantSplit/>
          <w:trHeight w:val="680"/>
        </w:trPr>
        <w:tc>
          <w:tcPr>
            <w:tcW w:w="9636" w:type="dxa"/>
            <w:gridSpan w:val="3"/>
          </w:tcPr>
          <w:p w14:paraId="243B5784" w14:textId="77777777" w:rsidR="00DD3A82" w:rsidRDefault="00000000">
            <w:pPr>
              <w:keepNext/>
              <w:jc w:val="center"/>
            </w:pPr>
            <w:r>
              <w:rPr>
                <w:b/>
                <w:color w:val="0D5F78"/>
              </w:rPr>
              <w:t>Arhitect-șef</w:t>
            </w:r>
          </w:p>
          <w:p w14:paraId="139938D3" w14:textId="77777777" w:rsidR="00DD3A82" w:rsidRDefault="00DD3A82">
            <w:pPr>
              <w:keepNext/>
              <w:spacing w:after="200"/>
            </w:pPr>
          </w:p>
          <w:p w14:paraId="7825B045" w14:textId="77777777" w:rsidR="00DD3A82" w:rsidRDefault="00DD3A82">
            <w:pPr>
              <w:keepNext/>
              <w:pBdr>
                <w:bottom w:val="dotted" w:sz="6" w:space="0" w:color="999999"/>
              </w:pBdr>
              <w:jc w:val="center"/>
            </w:pPr>
          </w:p>
          <w:p w14:paraId="58E83B0E" w14:textId="77777777" w:rsidR="00DD3A82" w:rsidRDefault="00000000">
            <w:pPr>
              <w:keepNext/>
              <w:jc w:val="center"/>
            </w:pPr>
            <w:r>
              <w:rPr>
                <w:i/>
                <w:color w:val="595959"/>
              </w:rPr>
              <w:t>numele și semnătura</w:t>
            </w:r>
          </w:p>
        </w:tc>
      </w:tr>
      <w:tr w:rsidR="00DD3A82" w:rsidRPr="005A0856" w14:paraId="56042AC8" w14:textId="77777777">
        <w:trPr>
          <w:cantSplit/>
          <w:trHeight w:val="510"/>
        </w:trPr>
        <w:tc>
          <w:tcPr>
            <w:tcW w:w="2409" w:type="dxa"/>
          </w:tcPr>
          <w:p w14:paraId="6F7806DE" w14:textId="77777777" w:rsidR="00DD3A82" w:rsidRDefault="00000000">
            <w:r>
              <w:rPr>
                <w:b/>
                <w:color w:val="0D5F78"/>
              </w:rPr>
              <w:t>Achitat taxa de (lei)</w:t>
            </w:r>
          </w:p>
          <w:p w14:paraId="6AAC76E5" w14:textId="77777777" w:rsidR="00DD3A82" w:rsidRDefault="00DD3A82"/>
        </w:tc>
        <w:tc>
          <w:tcPr>
            <w:tcW w:w="3212" w:type="dxa"/>
          </w:tcPr>
          <w:p w14:paraId="755A1FF5" w14:textId="77777777" w:rsidR="00DD3A82" w:rsidRDefault="00000000">
            <w:r>
              <w:rPr>
                <w:b/>
                <w:color w:val="0D5F78"/>
              </w:rPr>
              <w:t>Chitanța nr. / data</w:t>
            </w:r>
          </w:p>
          <w:p w14:paraId="1D88E202" w14:textId="77777777" w:rsidR="00DD3A82" w:rsidRDefault="00DD3A82"/>
        </w:tc>
        <w:tc>
          <w:tcPr>
            <w:tcW w:w="4015" w:type="dxa"/>
          </w:tcPr>
          <w:p w14:paraId="27531EB3" w14:textId="77777777" w:rsidR="00DD3A82" w:rsidRPr="00243741" w:rsidRDefault="00000000">
            <w:pPr>
              <w:rPr>
                <w:lang w:val="fr-FR"/>
              </w:rPr>
            </w:pPr>
            <w:r w:rsidRPr="00243741">
              <w:rPr>
                <w:b/>
                <w:color w:val="0D5F78"/>
                <w:lang w:val="fr-FR"/>
              </w:rPr>
              <w:t>Transmis solicitantului la data</w:t>
            </w:r>
          </w:p>
          <w:p w14:paraId="3ACD86CE" w14:textId="77777777" w:rsidR="00DD3A82" w:rsidRPr="00243741" w:rsidRDefault="00000000">
            <w:pPr>
              <w:rPr>
                <w:lang w:val="fr-FR"/>
              </w:rPr>
            </w:pPr>
            <w:r w:rsidRPr="00243741">
              <w:rPr>
                <w:i/>
                <w:color w:val="7A7A7A"/>
                <w:lang w:val="fr-FR"/>
              </w:rPr>
              <w:t>direct / prin poștă / digital</w:t>
            </w:r>
          </w:p>
          <w:p w14:paraId="79B95523" w14:textId="77777777" w:rsidR="00DD3A82" w:rsidRPr="00243741" w:rsidRDefault="00DD3A82">
            <w:pPr>
              <w:rPr>
                <w:lang w:val="fr-FR"/>
              </w:rPr>
            </w:pPr>
          </w:p>
        </w:tc>
      </w:tr>
    </w:tbl>
    <w:p w14:paraId="78EA194A" w14:textId="77777777" w:rsidR="00DD3A82" w:rsidRPr="00243741" w:rsidRDefault="00DD3A82">
      <w:pPr>
        <w:spacing w:line="168" w:lineRule="auto"/>
        <w:rPr>
          <w:lang w:val="fr-FR"/>
        </w:rPr>
      </w:pPr>
    </w:p>
    <w:sectPr w:rsidR="00DD3A82" w:rsidRPr="00243741" w:rsidSect="00034616">
      <w:footerReference w:type="default" r:id="rId8"/>
      <w:pgSz w:w="11906" w:h="16838"/>
      <w:pgMar w:top="450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45ACB0" w14:textId="77777777" w:rsidR="00414201" w:rsidRDefault="00414201">
      <w:r>
        <w:separator/>
      </w:r>
    </w:p>
  </w:endnote>
  <w:endnote w:type="continuationSeparator" w:id="0">
    <w:p w14:paraId="633FE896" w14:textId="77777777" w:rsidR="00414201" w:rsidRDefault="004142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B28866" w14:textId="77777777" w:rsidR="00DD3A82" w:rsidRDefault="00000000">
    <w:pPr>
      <w:pStyle w:val="Subsol"/>
      <w:tabs>
        <w:tab w:val="right" w:pos="9639"/>
      </w:tabs>
    </w:pPr>
    <w:r>
      <w:rPr>
        <w:color w:val="595959"/>
      </w:rPr>
      <w:t>F_CU_05 · versiunea 1.0</w:t>
    </w:r>
    <w:r>
      <w:rPr>
        <w:color w:val="595959"/>
      </w:rPr>
      <w:tab/>
      <w:t xml:space="preserve">pagina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243741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243741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29106C" w14:textId="77777777" w:rsidR="00414201" w:rsidRDefault="00414201">
      <w:r>
        <w:separator/>
      </w:r>
    </w:p>
  </w:footnote>
  <w:footnote w:type="continuationSeparator" w:id="0">
    <w:p w14:paraId="1B4EF6F8" w14:textId="77777777" w:rsidR="00414201" w:rsidRDefault="004142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1294050">
    <w:abstractNumId w:val="8"/>
  </w:num>
  <w:num w:numId="2" w16cid:durableId="1177189012">
    <w:abstractNumId w:val="6"/>
  </w:num>
  <w:num w:numId="3" w16cid:durableId="1050960297">
    <w:abstractNumId w:val="5"/>
  </w:num>
  <w:num w:numId="4" w16cid:durableId="872116732">
    <w:abstractNumId w:val="4"/>
  </w:num>
  <w:num w:numId="5" w16cid:durableId="1253315966">
    <w:abstractNumId w:val="7"/>
  </w:num>
  <w:num w:numId="6" w16cid:durableId="1397125055">
    <w:abstractNumId w:val="3"/>
  </w:num>
  <w:num w:numId="7" w16cid:durableId="969824586">
    <w:abstractNumId w:val="2"/>
  </w:num>
  <w:num w:numId="8" w16cid:durableId="1071386525">
    <w:abstractNumId w:val="1"/>
  </w:num>
  <w:num w:numId="9" w16cid:durableId="19830041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36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43741"/>
    <w:rsid w:val="0029639D"/>
    <w:rsid w:val="002D094A"/>
    <w:rsid w:val="00326F90"/>
    <w:rsid w:val="00414201"/>
    <w:rsid w:val="005A0856"/>
    <w:rsid w:val="006C103E"/>
    <w:rsid w:val="00AA1D8D"/>
    <w:rsid w:val="00B47730"/>
    <w:rsid w:val="00C858A9"/>
    <w:rsid w:val="00CB0664"/>
    <w:rsid w:val="00DD3A8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3E18775"/>
  <w14:defaultImageDpi w14:val="300"/>
  <w15:docId w15:val="{5F3DEF22-94E4-44E9-A21D-CE78EE564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Stema" Type="http://schemas.openxmlformats.org/officeDocument/2006/relationships/image" Target="media/stema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184</Words>
  <Characters>1054</Characters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1236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terms:created xsi:type="dcterms:W3CDTF">2013-12-23T23:15:00Z</dcterms:created>
  <dcterms:modified xsi:type="dcterms:W3CDTF">2026-08-24T14:06:00Z</dcterms:modified>
  <cp:category/>
</cp:coreProperties>
</file>