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1635" w14:paraId="4C68BCA7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73C7D55" w14:textId="77777777" w:rsidR="001E1635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6A0FA0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8A49159" w14:textId="77777777" w:rsidR="001E1635" w:rsidRDefault="001E1635">
            <w:pPr>
              <w:keepNext/>
            </w:pPr>
            <w:r>
              <w:t xml:space="preserve">Suceava</w:t>
            </w:r>
          </w:p>
        </w:tc>
      </w:tr>
      <w:tr w:rsidR="001E1635" w14:paraId="51C0757A" w14:textId="77777777">
        <w:trPr>
          <w:cantSplit/>
          <w:trHeight w:val="510"/>
        </w:trPr>
        <w:tc>
          <w:tcPr>
            <w:tcW w:w="1606" w:type="dxa"/>
            <w:vMerge/>
          </w:tcPr>
          <w:p w14:paraId="691A2AC8" w14:textId="77777777" w:rsidR="001E1635" w:rsidRDefault="001E1635"/>
        </w:tc>
        <w:tc>
          <w:tcPr>
            <w:tcW w:w="8030" w:type="dxa"/>
            <w:gridSpan w:val="3"/>
            <w:shd w:val="clear" w:color="auto" w:fill="F0F0F0"/>
          </w:tcPr>
          <w:p w14:paraId="2BE82B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04E7F576" w14:textId="77777777" w:rsidR="001E1635" w:rsidRDefault="001E1635">
            <w:pPr>
              <w:keepNext/>
            </w:pPr>
            <w:r>
              <w:t xml:space="preserve">Comuna Poieni - Solca</w:t>
            </w:r>
          </w:p>
        </w:tc>
      </w:tr>
      <w:tr w:rsidR="001E1635" w14:paraId="2631F304" w14:textId="77777777">
        <w:trPr>
          <w:cantSplit/>
          <w:trHeight w:val="510"/>
        </w:trPr>
        <w:tc>
          <w:tcPr>
            <w:tcW w:w="1606" w:type="dxa"/>
            <w:vMerge/>
          </w:tcPr>
          <w:p w14:paraId="5F679958" w14:textId="77777777" w:rsidR="001E1635" w:rsidRDefault="001E1635"/>
        </w:tc>
        <w:tc>
          <w:tcPr>
            <w:tcW w:w="2409" w:type="dxa"/>
            <w:shd w:val="clear" w:color="auto" w:fill="F0F0F0"/>
          </w:tcPr>
          <w:p w14:paraId="24729E83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(CIF)</w:t>
            </w:r>
          </w:p>
          <w:p w14:paraId="5C37BD63" w14:textId="77777777" w:rsidR="001E1635" w:rsidRPr="006257CA" w:rsidRDefault="001E1635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6968D6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0EA9E139" w14:textId="77777777" w:rsidR="001E1635" w:rsidRDefault="001E1635">
            <w:pPr>
              <w:keepNext/>
            </w:pPr>
            <w:r>
              <w:t xml:space="preserve">Județul Suceava, Comuna Poieni-Solca, Strada Principala, Nr. 33 · contact@comunapoienisolca.ro</w:t>
            </w:r>
          </w:p>
        </w:tc>
      </w:tr>
      <w:tr w:rsidR="001E1635" w14:paraId="0E65AED2" w14:textId="77777777">
        <w:trPr>
          <w:cantSplit/>
          <w:trHeight w:val="510"/>
        </w:trPr>
        <w:tc>
          <w:tcPr>
            <w:tcW w:w="1606" w:type="dxa"/>
            <w:vMerge/>
          </w:tcPr>
          <w:p w14:paraId="6544B9D7" w14:textId="77777777"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14:paraId="189A61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5A2B56A" w14:textId="77777777"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37F86DD" w14:textId="77777777" w:rsidR="001E1635" w:rsidRDefault="001E1635">
            <w:pPr>
              <w:keepNext/>
            </w:pPr>
          </w:p>
        </w:tc>
      </w:tr>
      <w:tr w:rsidR="001E1635" w:rsidRPr="00A37FAC" w14:paraId="3911975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DF05C4B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6257CA">
              <w:rPr>
                <w:i/>
                <w:color w:val="595959"/>
                <w:lang w:val="fr-FR"/>
              </w:rPr>
              <w:t>se</w:t>
            </w:r>
            <w:proofErr w:type="gram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scrie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în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670D99B" w14:textId="77777777" w:rsidR="001E1635" w:rsidRPr="006257CA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Poieni-Solca</w:t>
            </w:r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00000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ÎN  VEDEREA</w:t>
            </w:r>
            <w:proofErr w:type="gramEnd"/>
            <w:r w:rsidRPr="006257CA">
              <w:rPr>
                <w:b/>
                <w:bCs/>
                <w:sz w:val="18"/>
                <w:szCs w:val="18"/>
              </w:rPr>
              <w:t xml:space="preserve"> REALIZĂRII OPERAȚIUNII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CADATRALE :</w:t>
            </w:r>
            <w:proofErr w:type="gramEnd"/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prin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3A607" w14:textId="77777777" w:rsidR="009D782F" w:rsidRDefault="009D782F">
      <w:r>
        <w:separator/>
      </w:r>
    </w:p>
  </w:endnote>
  <w:endnote w:type="continuationSeparator" w:id="0">
    <w:p w14:paraId="4FF4DC6C" w14:textId="77777777" w:rsidR="009D782F" w:rsidRDefault="009D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Subsol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66418" w14:textId="77777777" w:rsidR="009D782F" w:rsidRDefault="009D782F">
      <w:r>
        <w:separator/>
      </w:r>
    </w:p>
  </w:footnote>
  <w:footnote w:type="continuationSeparator" w:id="0">
    <w:p w14:paraId="41539459" w14:textId="77777777" w:rsidR="009D782F" w:rsidRDefault="009D7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35"/>
    <w:rsid w:val="0029639D"/>
    <w:rsid w:val="00326F90"/>
    <w:rsid w:val="006257CA"/>
    <w:rsid w:val="006C103E"/>
    <w:rsid w:val="009D782F"/>
    <w:rsid w:val="00A37FAC"/>
    <w:rsid w:val="00AA1D8D"/>
    <w:rsid w:val="00AC5F9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314</Words>
  <Characters>1795</Characters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