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D4241" w14:paraId="75F87DD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ECBD4B9" w14:textId="77777777" w:rsidR="00BD4241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0CAC84D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70F875" w14:textId="77777777" w:rsidR="00BD4241" w:rsidRDefault="00BD4241">
            <w:pPr>
              <w:keepNext/>
            </w:pPr>
            <w:r>
              <w:t xml:space="preserve">Suceava</w:t>
            </w:r>
          </w:p>
        </w:tc>
      </w:tr>
      <w:tr w:rsidR="00BD4241" w14:paraId="46378CC6" w14:textId="77777777">
        <w:trPr>
          <w:cantSplit/>
          <w:trHeight w:val="510"/>
        </w:trPr>
        <w:tc>
          <w:tcPr>
            <w:tcW w:w="1606" w:type="dxa"/>
            <w:vMerge/>
          </w:tcPr>
          <w:p w14:paraId="59016D90" w14:textId="77777777" w:rsidR="00BD4241" w:rsidRDefault="00BD4241"/>
        </w:tc>
        <w:tc>
          <w:tcPr>
            <w:tcW w:w="8030" w:type="dxa"/>
            <w:gridSpan w:val="3"/>
            <w:shd w:val="clear" w:color="auto" w:fill="F0F0F0"/>
          </w:tcPr>
          <w:p w14:paraId="26D504E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529F8B8" w14:textId="77777777" w:rsidR="00BD4241" w:rsidRDefault="00BD4241">
            <w:pPr>
              <w:keepNext/>
            </w:pPr>
            <w:r>
              <w:t xml:space="preserve">Comuna Poieni - Solca</w:t>
            </w:r>
          </w:p>
        </w:tc>
      </w:tr>
      <w:tr w:rsidR="00BD4241" w14:paraId="4792C433" w14:textId="77777777">
        <w:trPr>
          <w:cantSplit/>
          <w:trHeight w:val="510"/>
        </w:trPr>
        <w:tc>
          <w:tcPr>
            <w:tcW w:w="1606" w:type="dxa"/>
            <w:vMerge/>
          </w:tcPr>
          <w:p w14:paraId="5C207147" w14:textId="77777777" w:rsidR="00BD4241" w:rsidRDefault="00BD4241"/>
        </w:tc>
        <w:tc>
          <w:tcPr>
            <w:tcW w:w="2409" w:type="dxa"/>
            <w:shd w:val="clear" w:color="auto" w:fill="F0F0F0"/>
          </w:tcPr>
          <w:p w14:paraId="63A69977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14:paraId="095A60EC" w14:textId="77777777" w:rsidR="00BD4241" w:rsidRPr="00A256C2" w:rsidRDefault="00BD4241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B44E66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72B93E2A" w14:textId="77777777" w:rsidR="00BD4241" w:rsidRDefault="00BD4241">
            <w:pPr>
              <w:keepNext/>
            </w:pPr>
            <w:r>
              <w:t xml:space="preserve">Județul Suceava, Comuna Poieni-Solca, Strada Principala, Nr. 33 · contact@comunapoienisolca.ro</w:t>
            </w:r>
          </w:p>
        </w:tc>
      </w:tr>
      <w:tr w:rsidR="00BD4241" w14:paraId="451B073E" w14:textId="77777777">
        <w:trPr>
          <w:cantSplit/>
          <w:trHeight w:val="510"/>
        </w:trPr>
        <w:tc>
          <w:tcPr>
            <w:tcW w:w="1606" w:type="dxa"/>
            <w:vMerge/>
          </w:tcPr>
          <w:p w14:paraId="647DA494" w14:textId="77777777" w:rsidR="00BD4241" w:rsidRDefault="00BD4241"/>
        </w:tc>
        <w:tc>
          <w:tcPr>
            <w:tcW w:w="4818" w:type="dxa"/>
            <w:gridSpan w:val="2"/>
            <w:shd w:val="clear" w:color="auto" w:fill="F0F0F0"/>
          </w:tcPr>
          <w:p w14:paraId="431FA99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AE2CC" w14:textId="77777777" w:rsidR="00BD4241" w:rsidRDefault="00BD4241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0C9B822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4DBF38B" w14:textId="77777777" w:rsidR="00BD4241" w:rsidRDefault="00BD4241">
            <w:pPr>
              <w:keepNext/>
            </w:pPr>
          </w:p>
        </w:tc>
      </w:tr>
      <w:tr w:rsidR="00BD4241" w:rsidRPr="00917520" w14:paraId="2C068744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38F1B702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256C2">
              <w:rPr>
                <w:i/>
                <w:color w:val="595959"/>
                <w:lang w:val="fr-FR"/>
              </w:rPr>
              <w:t>se</w:t>
            </w:r>
            <w:proofErr w:type="gram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 w:rsidR="00917520"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proofErr w:type="spellStart"/>
      <w:r w:rsidR="00462384">
        <w:rPr>
          <w:sz w:val="16"/>
          <w:lang w:val="fr-FR"/>
        </w:rPr>
        <w:t>lucrări</w:t>
      </w:r>
      <w:proofErr w:type="spellEnd"/>
      <w:r w:rsidR="00462384">
        <w:rPr>
          <w:sz w:val="16"/>
          <w:lang w:val="fr-FR"/>
        </w:rPr>
        <w:t xml:space="preserve"> </w:t>
      </w:r>
      <w:proofErr w:type="spellStart"/>
      <w:proofErr w:type="gramStart"/>
      <w:r w:rsidR="00462384">
        <w:rPr>
          <w:sz w:val="16"/>
          <w:lang w:val="fr-FR"/>
        </w:rPr>
        <w:t>inginerești</w:t>
      </w:r>
      <w:proofErr w:type="spellEnd"/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proofErr w:type="gramEnd"/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vederea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realizării</w:t>
            </w:r>
            <w:proofErr w:type="spellEnd"/>
            <w:r w:rsidR="00A256C2">
              <w:rPr>
                <w:sz w:val="16"/>
              </w:rPr>
              <w:t xml:space="preserve"> </w:t>
            </w:r>
            <w:proofErr w:type="spellStart"/>
            <w:r w:rsidR="00A256C2">
              <w:rPr>
                <w:sz w:val="16"/>
              </w:rPr>
              <w:t>obiectivului</w:t>
            </w:r>
            <w:proofErr w:type="spellEnd"/>
            <w:r w:rsidR="00A256C2">
              <w:rPr>
                <w:sz w:val="16"/>
              </w:rPr>
              <w:t xml:space="preserve"> de </w:t>
            </w:r>
            <w:proofErr w:type="spellStart"/>
            <w:r w:rsidR="00A256C2"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proofErr w:type="gramEnd"/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="00A256C2" w:rsidRPr="00A256C2">
              <w:rPr>
                <w:sz w:val="16"/>
                <w:lang w:val="fr-FR"/>
              </w:rPr>
              <w:t>bifa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="00A256C2" w:rsidRPr="00A256C2">
              <w:rPr>
                <w:sz w:val="16"/>
                <w:lang w:val="fr-FR"/>
              </w:rPr>
              <w:t>în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masura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="00A256C2" w:rsidRPr="00A256C2">
              <w:rPr>
                <w:sz w:val="16"/>
                <w:lang w:val="fr-FR"/>
              </w:rPr>
              <w:t>sunt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cunoscute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 w:rsidRPr="00A256C2">
              <w:rPr>
                <w:sz w:val="16"/>
                <w:lang w:val="fr-FR"/>
              </w:rPr>
              <w:t>solicitantulu</w:t>
            </w:r>
            <w:r w:rsidR="00A256C2">
              <w:rPr>
                <w:sz w:val="16"/>
                <w:lang w:val="fr-FR"/>
              </w:rPr>
              <w:t>i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informațiile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cu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privire</w:t>
            </w:r>
            <w:proofErr w:type="spellEnd"/>
            <w:r w:rsidR="00A256C2">
              <w:rPr>
                <w:sz w:val="16"/>
                <w:lang w:val="fr-FR"/>
              </w:rPr>
              <w:t xml:space="preserve"> la </w:t>
            </w:r>
            <w:proofErr w:type="spellStart"/>
            <w:r w:rsidR="00A256C2">
              <w:rPr>
                <w:sz w:val="16"/>
                <w:lang w:val="fr-FR"/>
              </w:rPr>
              <w:t>amplasarea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proofErr w:type="spellStart"/>
            <w:r w:rsidR="00A256C2">
              <w:rPr>
                <w:sz w:val="16"/>
                <w:lang w:val="fr-FR"/>
              </w:rPr>
              <w:t>în</w:t>
            </w:r>
            <w:proofErr w:type="spellEnd"/>
            <w:r w:rsidR="00A256C2">
              <w:rPr>
                <w:sz w:val="16"/>
                <w:lang w:val="fr-FR"/>
              </w:rPr>
              <w:t xml:space="preserve"> zona de </w:t>
            </w:r>
            <w:proofErr w:type="spellStart"/>
            <w:r w:rsidR="00A256C2">
              <w:rPr>
                <w:sz w:val="16"/>
                <w:lang w:val="fr-FR"/>
              </w:rPr>
              <w:t>protecție</w:t>
            </w:r>
            <w:proofErr w:type="spellEnd"/>
            <w:r w:rsidR="00A256C2">
              <w:rPr>
                <w:sz w:val="16"/>
                <w:lang w:val="fr-FR"/>
              </w:rPr>
              <w:t>/</w:t>
            </w:r>
            <w:proofErr w:type="spellStart"/>
            <w:r w:rsidR="00A256C2">
              <w:rPr>
                <w:sz w:val="16"/>
                <w:lang w:val="fr-FR"/>
              </w:rPr>
              <w:t>protejată</w:t>
            </w:r>
            <w:proofErr w:type="spellEnd"/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>
              <w:rPr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gramStart"/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proofErr w:type="gramEnd"/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  <w:proofErr w:type="gramEnd"/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000000" w:rsidRPr="00917520">
              <w:rPr>
                <w:b/>
                <w:bCs/>
                <w:sz w:val="16"/>
                <w:lang w:val="fr-FR"/>
              </w:rPr>
              <w:t xml:space="preserve"> B.3</w:t>
            </w:r>
            <w:proofErr w:type="gramEnd"/>
            <w:r w:rsidR="00000000" w:rsidRPr="00917520">
              <w:rPr>
                <w:b/>
                <w:bCs/>
                <w:sz w:val="16"/>
                <w:lang w:val="fr-FR"/>
              </w:rPr>
              <w:t xml:space="preserve"> · la</w:t>
            </w:r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din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categoria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>
              <w:rPr>
                <w:sz w:val="16"/>
                <w:lang w:val="fr-FR"/>
              </w:rPr>
              <w:t>celor</w:t>
            </w:r>
            <w:proofErr w:type="spellEnd"/>
            <w:r w:rsidR="00917520">
              <w:rPr>
                <w:sz w:val="16"/>
                <w:lang w:val="fr-FR"/>
              </w:rPr>
              <w:t xml:space="preserve"> </w:t>
            </w:r>
            <w:proofErr w:type="spellStart"/>
            <w:r w:rsidR="00917520" w:rsidRPr="00917520">
              <w:rPr>
                <w:sz w:val="16"/>
                <w:lang w:val="fr-FR"/>
              </w:rPr>
              <w:t>stabilite</w:t>
            </w:r>
            <w:proofErr w:type="spellEnd"/>
            <w:r w:rsidR="00917520" w:rsidRPr="00917520">
              <w:rPr>
                <w:sz w:val="16"/>
                <w:lang w:val="fr-FR"/>
              </w:rPr>
              <w:t xml:space="preserve">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</w:t>
            </w:r>
            <w:r w:rsidR="00917520">
              <w:rPr>
                <w:sz w:val="16"/>
                <w:lang w:val="fr-FR"/>
              </w:rPr>
              <w:t>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civile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 xml:space="preserve">de </w:t>
            </w:r>
            <w:proofErr w:type="spellStart"/>
            <w:r w:rsidR="00A256C2"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în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sistem</w:t>
            </w:r>
            <w:proofErr w:type="spellEnd"/>
            <w:r w:rsidR="00745F29">
              <w:rPr>
                <w:sz w:val="16"/>
                <w:lang w:val="fr-FR"/>
              </w:rPr>
              <w:t xml:space="preserve"> </w:t>
            </w:r>
            <w:proofErr w:type="spellStart"/>
            <w:r w:rsidR="00745F29">
              <w:rPr>
                <w:sz w:val="16"/>
                <w:lang w:val="fr-FR"/>
              </w:rPr>
              <w:t>Stereo</w:t>
            </w:r>
            <w:proofErr w:type="spellEnd"/>
            <w:r w:rsidR="00745F29"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de e-mail</w:t>
            </w:r>
            <w:proofErr w:type="gram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C43A1" w14:textId="77777777" w:rsidR="004232B2" w:rsidRDefault="004232B2">
      <w:r>
        <w:separator/>
      </w:r>
    </w:p>
  </w:endnote>
  <w:endnote w:type="continuationSeparator" w:id="0">
    <w:p w14:paraId="64C6C37C" w14:textId="77777777" w:rsidR="004232B2" w:rsidRDefault="00423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Subsol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7909F" w14:textId="77777777" w:rsidR="004232B2" w:rsidRDefault="004232B2">
      <w:r>
        <w:separator/>
      </w:r>
    </w:p>
  </w:footnote>
  <w:footnote w:type="continuationSeparator" w:id="0">
    <w:p w14:paraId="03882078" w14:textId="77777777" w:rsidR="004232B2" w:rsidRDefault="004232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5074B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610</Words>
  <Characters>3482</Characters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2026-08-24T14:54:00Z</dcterms:modified>
  <cp:category/>
</cp:coreProperties>
</file>