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86273" w14:paraId="1ADF355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4A1ECE" w14:textId="77777777" w:rsidR="00486273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8C8BB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BD8E53E" w14:textId="77777777" w:rsidR="00486273" w:rsidRDefault="00486273">
            <w:pPr>
              <w:keepNext/>
            </w:pPr>
            <w:r>
              <w:t xml:space="preserve">Suceava</w:t>
            </w:r>
          </w:p>
        </w:tc>
      </w:tr>
      <w:tr w:rsidR="00486273" w14:paraId="6FDA3DB2" w14:textId="77777777">
        <w:trPr>
          <w:cantSplit/>
          <w:trHeight w:val="510"/>
        </w:trPr>
        <w:tc>
          <w:tcPr>
            <w:tcW w:w="1606" w:type="dxa"/>
            <w:vMerge/>
          </w:tcPr>
          <w:p w14:paraId="000F39AF" w14:textId="77777777" w:rsidR="00486273" w:rsidRDefault="00486273"/>
        </w:tc>
        <w:tc>
          <w:tcPr>
            <w:tcW w:w="8030" w:type="dxa"/>
            <w:gridSpan w:val="3"/>
            <w:shd w:val="clear" w:color="auto" w:fill="F0F0F0"/>
          </w:tcPr>
          <w:p w14:paraId="63249C94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0E97C7D7" w14:textId="77777777" w:rsidR="00486273" w:rsidRDefault="00486273">
            <w:pPr>
              <w:keepNext/>
            </w:pPr>
            <w:r>
              <w:t xml:space="preserve">Comuna Poieni - Solca</w:t>
            </w:r>
          </w:p>
        </w:tc>
      </w:tr>
      <w:tr w:rsidR="00486273" w14:paraId="2866114E" w14:textId="77777777">
        <w:trPr>
          <w:cantSplit/>
          <w:trHeight w:val="510"/>
        </w:trPr>
        <w:tc>
          <w:tcPr>
            <w:tcW w:w="1606" w:type="dxa"/>
            <w:vMerge/>
          </w:tcPr>
          <w:p w14:paraId="227DD784" w14:textId="77777777" w:rsidR="00486273" w:rsidRDefault="00486273"/>
        </w:tc>
        <w:tc>
          <w:tcPr>
            <w:tcW w:w="2409" w:type="dxa"/>
            <w:shd w:val="clear" w:color="auto" w:fill="F0F0F0"/>
          </w:tcPr>
          <w:p w14:paraId="50C1B48D" w14:textId="77777777" w:rsidR="00486273" w:rsidRPr="009D75CC" w:rsidRDefault="00000000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75CC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75CC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(CIF)</w:t>
            </w:r>
          </w:p>
          <w:p w14:paraId="323857A5" w14:textId="77777777" w:rsidR="00486273" w:rsidRPr="009D75CC" w:rsidRDefault="00486273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687274A" w14:textId="77777777" w:rsidR="0048627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F3892D7" w14:textId="77777777" w:rsidR="00486273" w:rsidRDefault="00486273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486273" w14:paraId="2F09DCE4" w14:textId="77777777">
        <w:trPr>
          <w:cantSplit/>
          <w:trHeight w:val="510"/>
        </w:trPr>
        <w:tc>
          <w:tcPr>
            <w:tcW w:w="1606" w:type="dxa"/>
            <w:vMerge/>
          </w:tcPr>
          <w:p w14:paraId="6EB2B6F3" w14:textId="77777777" w:rsidR="00486273" w:rsidRDefault="00486273"/>
        </w:tc>
        <w:tc>
          <w:tcPr>
            <w:tcW w:w="4818" w:type="dxa"/>
            <w:gridSpan w:val="2"/>
            <w:shd w:val="clear" w:color="auto" w:fill="F0F0F0"/>
          </w:tcPr>
          <w:p w14:paraId="59216B6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2225A9B" w14:textId="77777777" w:rsidR="00486273" w:rsidRDefault="0048627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AFAE6BE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672D95E" w14:textId="77777777" w:rsidR="00486273" w:rsidRDefault="00486273">
            <w:pPr>
              <w:keepNext/>
            </w:pPr>
          </w:p>
        </w:tc>
      </w:tr>
      <w:tr w:rsidR="00486273" w:rsidRPr="00191E62" w14:paraId="4E75B36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86BE67B" w14:textId="77777777" w:rsidR="00486273" w:rsidRPr="009D75CC" w:rsidRDefault="00000000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scrie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în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Default="00000000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255FEB" w14:textId="77777777" w:rsidR="00486273" w:rsidRPr="009D75CC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42DDB7E0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000000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000000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000000">
            <w:pPr>
              <w:keepNext/>
            </w:pPr>
            <w:r>
              <w:rPr>
                <w:sz w:val="16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000000">
            <w:pPr>
              <w:keepNext/>
            </w:pPr>
            <w:r>
              <w:rPr>
                <w:sz w:val="16"/>
              </w:rPr>
              <w:t>☐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000000">
            <w:r>
              <w:rPr>
                <w:sz w:val="16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14:paraId="58F9732C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000000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 xml:space="preserve">☐ copie </w:t>
            </w:r>
            <w:proofErr w:type="spellStart"/>
            <w:r w:rsidRPr="009D75CC">
              <w:rPr>
                <w:sz w:val="16"/>
                <w:lang w:val="fr-FR"/>
              </w:rPr>
              <w:t>după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Certificatul</w:t>
            </w:r>
            <w:proofErr w:type="spellEnd"/>
            <w:r w:rsidRPr="009D75CC">
              <w:rPr>
                <w:sz w:val="16"/>
                <w:lang w:val="fr-FR"/>
              </w:rPr>
              <w:t xml:space="preserve"> de </w:t>
            </w:r>
            <w:proofErr w:type="spellStart"/>
            <w:r w:rsidRPr="009D75CC">
              <w:rPr>
                <w:sz w:val="16"/>
                <w:lang w:val="fr-FR"/>
              </w:rPr>
              <w:t>urbanism</w:t>
            </w:r>
            <w:proofErr w:type="spellEnd"/>
            <w:r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Pr="009D75CC">
              <w:rPr>
                <w:sz w:val="16"/>
                <w:lang w:val="fr-FR"/>
              </w:rPr>
              <w:t>împreună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cu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000000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000000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000000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000000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A933C" w14:textId="77777777" w:rsidR="00AF2B6B" w:rsidRDefault="00AF2B6B">
      <w:r>
        <w:separator/>
      </w:r>
    </w:p>
  </w:endnote>
  <w:endnote w:type="continuationSeparator" w:id="0">
    <w:p w14:paraId="7780A39B" w14:textId="77777777" w:rsidR="00AF2B6B" w:rsidRDefault="00AF2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000000">
    <w:pPr>
      <w:pStyle w:val="Subsol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764C3" w14:textId="77777777" w:rsidR="00AF2B6B" w:rsidRDefault="00AF2B6B">
      <w:r>
        <w:separator/>
      </w:r>
    </w:p>
  </w:footnote>
  <w:footnote w:type="continuationSeparator" w:id="0">
    <w:p w14:paraId="765F8622" w14:textId="77777777" w:rsidR="00AF2B6B" w:rsidRDefault="00AF2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E62"/>
    <w:rsid w:val="0029639D"/>
    <w:rsid w:val="002E4650"/>
    <w:rsid w:val="00326F90"/>
    <w:rsid w:val="00472D78"/>
    <w:rsid w:val="00486273"/>
    <w:rsid w:val="006C103E"/>
    <w:rsid w:val="009D75CC"/>
    <w:rsid w:val="00AA1D8D"/>
    <w:rsid w:val="00AF2B6B"/>
    <w:rsid w:val="00B47730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1673</Characters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2026-08-24T15:16:00Z</dcterms:modified>
  <cp:category/>
</cp:coreProperties>
</file>