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945CC5" w14:paraId="740BFD6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888DD26" w14:textId="77777777" w:rsidR="00945CC5" w:rsidRDefault="00FA7758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  <w:shd w:val="clear" w:color="auto" w:fill="F0F0F0"/>
          </w:tcPr>
          <w:p w14:paraId="5598AFA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D968F80" w14:textId="77777777" w:rsidR="00945CC5" w:rsidRDefault="00945CC5">
            <w:pPr>
              <w:keepNext/>
            </w:pPr>
            <w:r>
              <w:t xml:space="preserve">Suceava</w:t>
            </w:r>
          </w:p>
        </w:tc>
      </w:tr>
      <w:tr w:rsidR="00945CC5" w14:paraId="04C0E3D8" w14:textId="77777777">
        <w:trPr>
          <w:cantSplit/>
          <w:trHeight w:val="510"/>
        </w:trPr>
        <w:tc>
          <w:tcPr>
            <w:tcW w:w="1606" w:type="dxa"/>
            <w:vMerge/>
          </w:tcPr>
          <w:p w14:paraId="0B0686A9" w14:textId="77777777" w:rsidR="00945CC5" w:rsidRDefault="00945CC5"/>
        </w:tc>
        <w:tc>
          <w:tcPr>
            <w:tcW w:w="8030" w:type="dxa"/>
            <w:gridSpan w:val="3"/>
            <w:shd w:val="clear" w:color="auto" w:fill="F0F0F0"/>
          </w:tcPr>
          <w:p w14:paraId="1468B44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0FD8A1B9" w14:textId="77777777" w:rsidR="00945CC5" w:rsidRDefault="00945CC5">
            <w:pPr>
              <w:keepNext/>
            </w:pPr>
            <w:r>
              <w:t xml:space="preserve">Comuna Poieni - Solca</w:t>
            </w:r>
          </w:p>
        </w:tc>
      </w:tr>
      <w:tr w:rsidR="00945CC5" w14:paraId="28C754E9" w14:textId="77777777">
        <w:trPr>
          <w:cantSplit/>
          <w:trHeight w:val="510"/>
        </w:trPr>
        <w:tc>
          <w:tcPr>
            <w:tcW w:w="1606" w:type="dxa"/>
            <w:vMerge/>
          </w:tcPr>
          <w:p w14:paraId="76F17A55" w14:textId="77777777" w:rsidR="00945CC5" w:rsidRDefault="00945CC5"/>
        </w:tc>
        <w:tc>
          <w:tcPr>
            <w:tcW w:w="2409" w:type="dxa"/>
            <w:shd w:val="clear" w:color="auto" w:fill="F0F0F0"/>
          </w:tcPr>
          <w:p w14:paraId="28EEF6CE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(CIF)</w:t>
            </w:r>
          </w:p>
          <w:p w14:paraId="727F1446" w14:textId="77777777" w:rsidR="00945CC5" w:rsidRPr="003E706D" w:rsidRDefault="00945CC5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1039C0A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3F728E3B" w14:textId="77777777" w:rsidR="00945CC5" w:rsidRDefault="00945CC5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945CC5" w14:paraId="0E07E085" w14:textId="77777777">
        <w:trPr>
          <w:cantSplit/>
          <w:trHeight w:val="510"/>
        </w:trPr>
        <w:tc>
          <w:tcPr>
            <w:tcW w:w="1606" w:type="dxa"/>
            <w:vMerge/>
          </w:tcPr>
          <w:p w14:paraId="02114291" w14:textId="77777777" w:rsidR="00945CC5" w:rsidRDefault="00945CC5"/>
        </w:tc>
        <w:tc>
          <w:tcPr>
            <w:tcW w:w="4818" w:type="dxa"/>
            <w:gridSpan w:val="2"/>
            <w:shd w:val="clear" w:color="auto" w:fill="F0F0F0"/>
          </w:tcPr>
          <w:p w14:paraId="6B3378E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30B354E0" w14:textId="77777777" w:rsidR="00945CC5" w:rsidRDefault="00945CC5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ACBDD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9ED41F3" w14:textId="77777777" w:rsidR="00945CC5" w:rsidRDefault="00945CC5">
            <w:pPr>
              <w:keepNext/>
            </w:pPr>
          </w:p>
        </w:tc>
      </w:tr>
      <w:tr w:rsidR="00945CC5" w:rsidRPr="004E6AFA" w14:paraId="4466244E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5F3D0E9A" w14:textId="77777777" w:rsidR="00945CC5" w:rsidRPr="003E706D" w:rsidRDefault="00FA7758">
            <w:pPr>
              <w:rPr>
                <w:lang w:val="fr-FR"/>
              </w:rPr>
            </w:pPr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E706D">
              <w:rPr>
                <w:i/>
                <w:color w:val="595959"/>
                <w:lang w:val="fr-FR"/>
              </w:rPr>
              <w:t>se</w:t>
            </w:r>
            <w:proofErr w:type="gram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scrie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în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E706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E0F6F3E" w14:textId="77777777" w:rsidR="00945CC5" w:rsidRPr="004E6AFA" w:rsidRDefault="00FA7758" w:rsidP="003E706D">
      <w:pPr>
        <w:spacing w:before="140" w:after="40"/>
        <w:jc w:val="center"/>
        <w:rPr>
          <w:sz w:val="28"/>
          <w:szCs w:val="28"/>
          <w:lang w:val="fr-FR"/>
        </w:rPr>
      </w:pPr>
      <w:r w:rsidRPr="004E6AFA">
        <w:rPr>
          <w:b/>
          <w:sz w:val="28"/>
          <w:szCs w:val="28"/>
          <w:lang w:val="fr-FR"/>
        </w:rPr>
        <w:t>CERERE</w:t>
      </w:r>
    </w:p>
    <w:p w14:paraId="757062F0" w14:textId="77777777" w:rsidR="00945CC5" w:rsidRPr="003E706D" w:rsidRDefault="00945CC5">
      <w:pPr>
        <w:spacing w:after="60"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09778574" w14:textId="77777777">
        <w:trPr>
          <w:cantSplit/>
        </w:trPr>
        <w:tc>
          <w:tcPr>
            <w:tcW w:w="9636" w:type="dxa"/>
            <w:shd w:val="clear" w:color="auto" w:fill="F4F4F4"/>
          </w:tcPr>
          <w:p w14:paraId="73907F7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945CC5" w:rsidRPr="004E6AFA" w14:paraId="238566F9" w14:textId="77777777">
        <w:trPr>
          <w:cantSplit/>
          <w:trHeight w:val="510"/>
        </w:trPr>
        <w:tc>
          <w:tcPr>
            <w:tcW w:w="9636" w:type="dxa"/>
          </w:tcPr>
          <w:p w14:paraId="494758A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121E520" w14:textId="77777777" w:rsidR="00945CC5" w:rsidRPr="003E706D" w:rsidRDefault="00FA7758">
            <w:pPr>
              <w:keepNext/>
              <w:rPr>
                <w:lang w:val="fr-FR"/>
              </w:rPr>
            </w:pPr>
            <w:r>
              <w:rPr>
                <w:lang w:val="fr-FR"/>
              </w:rPr>
              <w:t xml:space="preserve">Primăria Comunei Poieni-Solca</w:t>
            </w:r>
          </w:p>
          <w:p w14:paraId="1C5FD545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</w:tr>
      <w:tr w:rsidR="00945CC5" w:rsidRPr="004E6AFA" w14:paraId="66E960AE" w14:textId="77777777">
        <w:trPr>
          <w:cantSplit/>
        </w:trPr>
        <w:tc>
          <w:tcPr>
            <w:tcW w:w="9636" w:type="dxa"/>
            <w:shd w:val="clear" w:color="auto" w:fill="F4F4F4"/>
          </w:tcPr>
          <w:p w14:paraId="4FCC2D0E" w14:textId="77777777" w:rsidR="00945CC5" w:rsidRPr="003E706D" w:rsidRDefault="00FA7758">
            <w:pPr>
              <w:spacing w:line="228" w:lineRule="auto"/>
              <w:rPr>
                <w:lang w:val="fr-FR"/>
              </w:rPr>
            </w:pPr>
            <w:proofErr w:type="spellStart"/>
            <w:r w:rsidRPr="003E706D">
              <w:rPr>
                <w:lang w:val="fr-FR"/>
              </w:rPr>
              <w:t>Cererea</w:t>
            </w:r>
            <w:proofErr w:type="spellEnd"/>
            <w:r w:rsidRPr="003E706D">
              <w:rPr>
                <w:lang w:val="fr-FR"/>
              </w:rPr>
              <w:t xml:space="preserve"> va fi </w:t>
            </w:r>
            <w:proofErr w:type="spellStart"/>
            <w:r w:rsidRPr="003E706D">
              <w:rPr>
                <w:lang w:val="fr-FR"/>
              </w:rPr>
              <w:t>transmisă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către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președintele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consiliului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județean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general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de </w:t>
            </w:r>
            <w:proofErr w:type="spellStart"/>
            <w:r w:rsidRPr="003E706D">
              <w:rPr>
                <w:lang w:val="fr-FR"/>
              </w:rPr>
              <w:t>sector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sau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primarul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municipiului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orașului</w:t>
            </w:r>
            <w:proofErr w:type="spellEnd"/>
            <w:r w:rsidRPr="003E706D">
              <w:rPr>
                <w:lang w:val="fr-FR"/>
              </w:rPr>
              <w:t xml:space="preserve"> / </w:t>
            </w:r>
            <w:proofErr w:type="spellStart"/>
            <w:r w:rsidRPr="003E706D">
              <w:rPr>
                <w:lang w:val="fr-FR"/>
              </w:rPr>
              <w:t>comunei</w:t>
            </w:r>
            <w:proofErr w:type="spellEnd"/>
            <w:r w:rsidRPr="003E706D">
              <w:rPr>
                <w:lang w:val="fr-FR"/>
              </w:rPr>
              <w:t xml:space="preserve">, </w:t>
            </w:r>
            <w:proofErr w:type="spellStart"/>
            <w:r w:rsidRPr="003E706D">
              <w:rPr>
                <w:lang w:val="fr-FR"/>
              </w:rPr>
              <w:t>după</w:t>
            </w:r>
            <w:proofErr w:type="spellEnd"/>
            <w:r w:rsidRPr="003E706D">
              <w:rPr>
                <w:lang w:val="fr-FR"/>
              </w:rPr>
              <w:t xml:space="preserve"> </w:t>
            </w:r>
            <w:proofErr w:type="spellStart"/>
            <w:r w:rsidRPr="003E706D">
              <w:rPr>
                <w:lang w:val="fr-FR"/>
              </w:rPr>
              <w:t>caz</w:t>
            </w:r>
            <w:proofErr w:type="spellEnd"/>
            <w:r w:rsidRPr="003E706D">
              <w:rPr>
                <w:lang w:val="fr-FR"/>
              </w:rPr>
              <w:t>.</w:t>
            </w:r>
          </w:p>
        </w:tc>
      </w:tr>
    </w:tbl>
    <w:p w14:paraId="222ED0F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945CC5" w14:paraId="5DF6A76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912B6AB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945CC5" w14:paraId="7A5DF9D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80AF79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15D8905F" w14:textId="77777777" w:rsidR="00945CC5" w:rsidRDefault="00945CC5">
            <w:pPr>
              <w:keepNext/>
            </w:pPr>
          </w:p>
        </w:tc>
        <w:tc>
          <w:tcPr>
            <w:tcW w:w="4015" w:type="dxa"/>
            <w:gridSpan w:val="3"/>
          </w:tcPr>
          <w:p w14:paraId="3027571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043F6BF" w14:textId="77777777" w:rsidR="00945CC5" w:rsidRDefault="00945CC5">
            <w:pPr>
              <w:keepNext/>
            </w:pPr>
          </w:p>
        </w:tc>
      </w:tr>
      <w:tr w:rsidR="00945CC5" w14:paraId="6AC454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246A213" w14:textId="77777777" w:rsidR="00945CC5" w:rsidRDefault="00FA7758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945CC5" w14:paraId="7B1D0B8A" w14:textId="77777777">
        <w:trPr>
          <w:cantSplit/>
          <w:trHeight w:val="510"/>
        </w:trPr>
        <w:tc>
          <w:tcPr>
            <w:tcW w:w="1606" w:type="dxa"/>
          </w:tcPr>
          <w:p w14:paraId="08F7C72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4A0D8B3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49A60C37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022F74DF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5"/>
          </w:tcPr>
          <w:p w14:paraId="71A34F2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120513B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FD9088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4299A9A" w14:textId="77777777" w:rsidR="00945CC5" w:rsidRDefault="00945CC5">
            <w:pPr>
              <w:keepNext/>
            </w:pPr>
          </w:p>
        </w:tc>
      </w:tr>
      <w:tr w:rsidR="00945CC5" w14:paraId="455316C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450A83E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945CC5" w14:paraId="5650FA4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F9DE2B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070EEA63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4"/>
          </w:tcPr>
          <w:p w14:paraId="62428705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D42A75B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711B0E0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F6C0D8" w14:textId="77777777" w:rsidR="00945CC5" w:rsidRDefault="00945CC5">
            <w:pPr>
              <w:keepNext/>
            </w:pPr>
          </w:p>
        </w:tc>
      </w:tr>
      <w:tr w:rsidR="00945CC5" w14:paraId="0883C69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B9D7D0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3D197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7A9CF27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20F8FA8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A070FC0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BF40BF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3C7D07E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23A53A0E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14B0FEB5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283480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52730F08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147B67" w14:textId="77777777" w:rsidR="00945CC5" w:rsidRDefault="00945CC5">
            <w:pPr>
              <w:keepNext/>
            </w:pPr>
          </w:p>
        </w:tc>
        <w:tc>
          <w:tcPr>
            <w:tcW w:w="1606" w:type="dxa"/>
          </w:tcPr>
          <w:p w14:paraId="63CEDB8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  <w:proofErr w:type="spellEnd"/>
          </w:p>
          <w:p w14:paraId="11C9DF2F" w14:textId="77777777" w:rsidR="00945CC5" w:rsidRDefault="00945CC5">
            <w:pPr>
              <w:keepNext/>
            </w:pPr>
          </w:p>
        </w:tc>
      </w:tr>
      <w:tr w:rsidR="00945CC5" w14:paraId="50CD544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265A73B" w14:textId="77777777" w:rsidR="00945CC5" w:rsidRDefault="00FA7758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945CC5" w14:paraId="12A0BD9C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2628F0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2FD6B8A" w14:textId="77777777" w:rsidR="00945CC5" w:rsidRDefault="00945CC5">
            <w:pPr>
              <w:keepNext/>
            </w:pPr>
          </w:p>
        </w:tc>
        <w:tc>
          <w:tcPr>
            <w:tcW w:w="5621" w:type="dxa"/>
            <w:gridSpan w:val="5"/>
          </w:tcPr>
          <w:p w14:paraId="4F13336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EA8891C" w14:textId="77777777" w:rsidR="00945CC5" w:rsidRDefault="00945CC5">
            <w:pPr>
              <w:keepNext/>
            </w:pPr>
          </w:p>
        </w:tc>
      </w:tr>
      <w:tr w:rsidR="00945CC5" w14:paraId="1F67BD8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96B342" w14:textId="77777777" w:rsidR="00945CC5" w:rsidRDefault="00FA7758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945CC5" w14:paraId="0D454C9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69DF8424" w14:textId="77777777" w:rsidR="00945CC5" w:rsidRDefault="00FA7758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14:paraId="3EDD4294" w14:textId="77777777" w:rsidR="00945CC5" w:rsidRDefault="00945CC5"/>
        </w:tc>
        <w:tc>
          <w:tcPr>
            <w:tcW w:w="3212" w:type="dxa"/>
            <w:gridSpan w:val="2"/>
          </w:tcPr>
          <w:p w14:paraId="494FF803" w14:textId="77777777" w:rsidR="00945CC5" w:rsidRDefault="00FA7758">
            <w:r>
              <w:rPr>
                <w:b/>
                <w:color w:val="0D5F78"/>
              </w:rPr>
              <w:t>CUI / CIF</w:t>
            </w:r>
          </w:p>
          <w:p w14:paraId="1BEA7989" w14:textId="77777777" w:rsidR="00945CC5" w:rsidRDefault="00945CC5"/>
        </w:tc>
      </w:tr>
    </w:tbl>
    <w:p w14:paraId="369741AD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4015"/>
      </w:tblGrid>
      <w:tr w:rsidR="00945CC5" w:rsidRPr="004E6AFA" w14:paraId="3CD3D17A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63BF4C02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b/>
                <w:sz w:val="16"/>
                <w:lang w:val="fr-FR"/>
              </w:rPr>
              <w:t xml:space="preserve"> 3. </w:t>
            </w:r>
            <w:r w:rsidRPr="003E706D">
              <w:rPr>
                <w:b/>
                <w:color w:val="000000"/>
                <w:sz w:val="18"/>
                <w:lang w:val="fr-FR"/>
              </w:rPr>
              <w:t>TITULAR AL AUTORIZAȚIEI DE CONSTRUIRE</w:t>
            </w:r>
          </w:p>
        </w:tc>
      </w:tr>
      <w:tr w:rsidR="00945CC5" w14:paraId="0EE43FF5" w14:textId="77777777">
        <w:trPr>
          <w:cantSplit/>
          <w:trHeight w:val="510"/>
        </w:trPr>
        <w:tc>
          <w:tcPr>
            <w:tcW w:w="1606" w:type="dxa"/>
          </w:tcPr>
          <w:p w14:paraId="25180C9D" w14:textId="77777777" w:rsidR="00945CC5" w:rsidRDefault="00FA7758">
            <w:r>
              <w:rPr>
                <w:b/>
                <w:color w:val="0D5F78"/>
              </w:rPr>
              <w:t>Nr.</w:t>
            </w:r>
          </w:p>
          <w:p w14:paraId="26A8ADF7" w14:textId="77777777" w:rsidR="00945CC5" w:rsidRDefault="00945CC5"/>
        </w:tc>
        <w:tc>
          <w:tcPr>
            <w:tcW w:w="1606" w:type="dxa"/>
          </w:tcPr>
          <w:p w14:paraId="3026A8C9" w14:textId="77777777" w:rsidR="00945CC5" w:rsidRDefault="00FA7758">
            <w:r>
              <w:rPr>
                <w:b/>
                <w:color w:val="0D5F78"/>
              </w:rPr>
              <w:t>Din data</w:t>
            </w:r>
          </w:p>
          <w:p w14:paraId="5625E881" w14:textId="77777777" w:rsidR="00945CC5" w:rsidRDefault="00945CC5"/>
        </w:tc>
        <w:tc>
          <w:tcPr>
            <w:tcW w:w="2409" w:type="dxa"/>
          </w:tcPr>
          <w:p w14:paraId="075593A1" w14:textId="77777777" w:rsidR="00945CC5" w:rsidRDefault="00FA7758">
            <w:proofErr w:type="spellStart"/>
            <w:r>
              <w:rPr>
                <w:b/>
                <w:color w:val="0D5F78"/>
              </w:rPr>
              <w:t>Termen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</w:p>
          <w:p w14:paraId="790D3724" w14:textId="77777777" w:rsidR="00945CC5" w:rsidRDefault="00945CC5"/>
        </w:tc>
        <w:tc>
          <w:tcPr>
            <w:tcW w:w="4015" w:type="dxa"/>
          </w:tcPr>
          <w:p w14:paraId="0B094E00" w14:textId="77777777" w:rsidR="00945CC5" w:rsidRDefault="00FA7758"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F021B74" w14:textId="77777777" w:rsidR="00945CC5" w:rsidRDefault="00945CC5"/>
        </w:tc>
      </w:tr>
    </w:tbl>
    <w:p w14:paraId="6576559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945CC5" w14:paraId="1264DDA5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07BDAB64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945CC5" w14:paraId="4FD0E8F7" w14:textId="77777777">
        <w:trPr>
          <w:cantSplit/>
        </w:trPr>
        <w:tc>
          <w:tcPr>
            <w:tcW w:w="9636" w:type="dxa"/>
            <w:gridSpan w:val="6"/>
          </w:tcPr>
          <w:p w14:paraId="4297ACE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945CC5" w14:paraId="1B7BC57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863DC6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64FC99F0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49AA71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C538F2" w14:textId="77777777" w:rsidR="00945CC5" w:rsidRDefault="00945CC5">
            <w:pPr>
              <w:keepNext/>
            </w:pPr>
          </w:p>
        </w:tc>
        <w:tc>
          <w:tcPr>
            <w:tcW w:w="3212" w:type="dxa"/>
            <w:gridSpan w:val="2"/>
          </w:tcPr>
          <w:p w14:paraId="6B267514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D665FF3" w14:textId="77777777" w:rsidR="00945CC5" w:rsidRDefault="00945CC5">
            <w:pPr>
              <w:keepNext/>
            </w:pPr>
          </w:p>
        </w:tc>
      </w:tr>
      <w:tr w:rsidR="00945CC5" w14:paraId="5929CEED" w14:textId="77777777">
        <w:trPr>
          <w:cantSplit/>
          <w:trHeight w:val="510"/>
        </w:trPr>
        <w:tc>
          <w:tcPr>
            <w:tcW w:w="1606" w:type="dxa"/>
          </w:tcPr>
          <w:p w14:paraId="76535E6A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759EFD5" w14:textId="77777777" w:rsidR="00945CC5" w:rsidRDefault="00945CC5">
            <w:pPr>
              <w:keepNext/>
            </w:pPr>
          </w:p>
        </w:tc>
        <w:tc>
          <w:tcPr>
            <w:tcW w:w="4818" w:type="dxa"/>
            <w:gridSpan w:val="3"/>
          </w:tcPr>
          <w:p w14:paraId="5052AACD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E6F4E05" w14:textId="77777777" w:rsidR="00945CC5" w:rsidRDefault="00945CC5">
            <w:pPr>
              <w:keepNext/>
            </w:pPr>
          </w:p>
        </w:tc>
        <w:tc>
          <w:tcPr>
            <w:tcW w:w="803" w:type="dxa"/>
          </w:tcPr>
          <w:p w14:paraId="5F10DD99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51210DF" w14:textId="77777777" w:rsidR="00945CC5" w:rsidRDefault="00945CC5">
            <w:pPr>
              <w:keepNext/>
            </w:pPr>
          </w:p>
        </w:tc>
        <w:tc>
          <w:tcPr>
            <w:tcW w:w="2409" w:type="dxa"/>
          </w:tcPr>
          <w:p w14:paraId="411E1021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395DA904" w14:textId="77777777" w:rsidR="00945CC5" w:rsidRDefault="00945CC5">
            <w:pPr>
              <w:keepNext/>
            </w:pPr>
          </w:p>
        </w:tc>
      </w:tr>
      <w:tr w:rsidR="00945CC5" w14:paraId="6A81040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33F43716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Număr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cadastral</w:t>
            </w:r>
          </w:p>
          <w:p w14:paraId="3AF20A6E" w14:textId="77777777" w:rsidR="00945CC5" w:rsidRPr="003E706D" w:rsidRDefault="00FA7758">
            <w:pPr>
              <w:keepNext/>
              <w:rPr>
                <w:lang w:val="fr-FR"/>
              </w:rPr>
            </w:pPr>
            <w:proofErr w:type="spellStart"/>
            <w:proofErr w:type="gramStart"/>
            <w:r w:rsidRPr="003E706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color w:val="7A7A7A"/>
                <w:lang w:val="fr-FR"/>
              </w:rPr>
              <w:t>în</w:t>
            </w:r>
            <w:proofErr w:type="spellEnd"/>
            <w:r w:rsidRPr="003E706D">
              <w:rPr>
                <w:i/>
                <w:color w:val="7A7A7A"/>
                <w:lang w:val="fr-FR"/>
              </w:rPr>
              <w:t xml:space="preserve"> e-Terra</w:t>
            </w:r>
          </w:p>
          <w:p w14:paraId="7286E3B7" w14:textId="77777777" w:rsidR="00945CC5" w:rsidRPr="003E706D" w:rsidRDefault="00945CC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BDAE7CE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57FB9B48" w14:textId="77777777" w:rsidR="00945CC5" w:rsidRDefault="00945CC5">
            <w:pPr>
              <w:keepNext/>
            </w:pPr>
          </w:p>
        </w:tc>
      </w:tr>
      <w:tr w:rsidR="00945CC5" w14:paraId="382A7F45" w14:textId="77777777">
        <w:trPr>
          <w:cantSplit/>
        </w:trPr>
        <w:tc>
          <w:tcPr>
            <w:tcW w:w="9636" w:type="dxa"/>
            <w:gridSpan w:val="6"/>
          </w:tcPr>
          <w:p w14:paraId="728374F3" w14:textId="77777777" w:rsidR="00945CC5" w:rsidRDefault="00FA7758">
            <w:r>
              <w:rPr>
                <w:sz w:val="16"/>
              </w:rPr>
              <w:t xml:space="preserve"> ☐ extras de carte </w:t>
            </w:r>
            <w:proofErr w:type="spellStart"/>
            <w:r>
              <w:rPr>
                <w:sz w:val="16"/>
              </w:rPr>
              <w:t>funciară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anexat</w:t>
            </w:r>
            <w:proofErr w:type="spellEnd"/>
            <w:r>
              <w:rPr>
                <w:sz w:val="16"/>
              </w:rPr>
              <w:t xml:space="preserve">     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zonă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sistem</w:t>
            </w:r>
            <w:proofErr w:type="spellEnd"/>
            <w:r>
              <w:rPr>
                <w:sz w:val="16"/>
              </w:rPr>
              <w:t xml:space="preserve"> Stereo 70, </w:t>
            </w:r>
            <w:proofErr w:type="spellStart"/>
            <w:r>
              <w:rPr>
                <w:sz w:val="16"/>
              </w:rPr>
              <w:t>anexat</w:t>
            </w:r>
            <w:proofErr w:type="spellEnd"/>
          </w:p>
        </w:tc>
      </w:tr>
    </w:tbl>
    <w:p w14:paraId="1D5E42A5" w14:textId="77777777" w:rsidR="00945CC5" w:rsidRDefault="00FA7758" w:rsidP="003E706D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art. 293 din </w:t>
      </w:r>
      <w:proofErr w:type="spellStart"/>
      <w:r>
        <w:rPr>
          <w:sz w:val="18"/>
        </w:rPr>
        <w:t>Legea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și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 xml:space="preserve">, solicit </w:t>
      </w:r>
      <w:proofErr w:type="spellStart"/>
      <w:r>
        <w:rPr>
          <w:sz w:val="18"/>
        </w:rPr>
        <w:t>emiterea</w:t>
      </w:r>
      <w:proofErr w:type="spellEnd"/>
    </w:p>
    <w:p w14:paraId="6DBB5635" w14:textId="77777777" w:rsidR="00945CC5" w:rsidRDefault="00FA7758">
      <w:pPr>
        <w:spacing w:after="160"/>
        <w:jc w:val="center"/>
      </w:pPr>
      <w:r>
        <w:rPr>
          <w:b/>
          <w:sz w:val="20"/>
        </w:rPr>
        <w:t>AUTORIZAȚIEI DE MODIFICARE</w:t>
      </w:r>
    </w:p>
    <w:p w14:paraId="2C3182FB" w14:textId="7446FCB0" w:rsidR="00945CC5" w:rsidRDefault="00FA7758">
      <w:pPr>
        <w:spacing w:after="120"/>
        <w:jc w:val="center"/>
      </w:pPr>
      <w:proofErr w:type="spellStart"/>
      <w:r>
        <w:rPr>
          <w:sz w:val="19"/>
        </w:rPr>
        <w:t>în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vederea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realizării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corespunzătoare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modificărilor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temă</w:t>
      </w:r>
      <w:proofErr w:type="spellEnd"/>
    </w:p>
    <w:p w14:paraId="027A92FB" w14:textId="77777777" w:rsidR="00945CC5" w:rsidRDefault="00945CC5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52091A6E" w14:textId="77777777">
        <w:trPr>
          <w:cantSplit/>
        </w:trPr>
        <w:tc>
          <w:tcPr>
            <w:tcW w:w="9636" w:type="dxa"/>
            <w:shd w:val="clear" w:color="auto" w:fill="F4F4F4"/>
          </w:tcPr>
          <w:p w14:paraId="336558B6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MODIF</w:t>
            </w:r>
            <w:r>
              <w:rPr>
                <w:b/>
                <w:color w:val="000000"/>
                <w:sz w:val="18"/>
              </w:rPr>
              <w:t>ICĂRILE DE TEMĂ SOLICITATE</w:t>
            </w:r>
          </w:p>
        </w:tc>
      </w:tr>
      <w:tr w:rsidR="00945CC5" w14:paraId="02C46226" w14:textId="77777777">
        <w:trPr>
          <w:cantSplit/>
        </w:trPr>
        <w:tc>
          <w:tcPr>
            <w:tcW w:w="9636" w:type="dxa"/>
          </w:tcPr>
          <w:p w14:paraId="4247D669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58F95BED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  <w:p w14:paraId="71486E82" w14:textId="77777777" w:rsidR="00945CC5" w:rsidRDefault="00945CC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42F5F517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1606"/>
        <w:gridCol w:w="4015"/>
      </w:tblGrid>
      <w:tr w:rsidR="00945CC5" w14:paraId="4FC1FA47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0C8506B" w14:textId="4C36B04C" w:rsidR="00945CC5" w:rsidRDefault="00FA7758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ECHIPA DE PROIECTARE</w:t>
            </w:r>
          </w:p>
        </w:tc>
      </w:tr>
      <w:tr w:rsidR="00945CC5" w14:paraId="4ADE42BB" w14:textId="77777777">
        <w:trPr>
          <w:cantSplit/>
        </w:trPr>
        <w:tc>
          <w:tcPr>
            <w:tcW w:w="9636" w:type="dxa"/>
            <w:gridSpan w:val="4"/>
          </w:tcPr>
          <w:p w14:paraId="5FAB54BA" w14:textId="7AC8D2C1" w:rsidR="00945CC5" w:rsidRDefault="00FA7758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 w:rsidR="003E706D">
              <w:rPr>
                <w:sz w:val="16"/>
              </w:rPr>
              <w:t>P</w:t>
            </w:r>
            <w:r>
              <w:rPr>
                <w:sz w:val="16"/>
              </w:rPr>
              <w:t>roiect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construirii</w:t>
            </w:r>
            <w:proofErr w:type="spellEnd"/>
            <w:r w:rsidR="003E706D">
              <w:rPr>
                <w:sz w:val="16"/>
              </w:rPr>
              <w:t xml:space="preserve"> </w:t>
            </w:r>
            <w:proofErr w:type="spellStart"/>
            <w:r w:rsidR="003E706D">
              <w:rPr>
                <w:sz w:val="16"/>
              </w:rPr>
              <w:t>actualizat</w:t>
            </w:r>
            <w:proofErr w:type="spellEnd"/>
            <w:r>
              <w:rPr>
                <w:sz w:val="16"/>
              </w:rPr>
              <w:t xml:space="preserve">     </w:t>
            </w:r>
          </w:p>
        </w:tc>
      </w:tr>
      <w:tr w:rsidR="00945CC5" w14:paraId="5CEE7991" w14:textId="77777777">
        <w:trPr>
          <w:cantSplit/>
          <w:trHeight w:val="510"/>
        </w:trPr>
        <w:tc>
          <w:tcPr>
            <w:tcW w:w="3212" w:type="dxa"/>
          </w:tcPr>
          <w:p w14:paraId="4BB2CDA2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 xml:space="preserve">Nr. / data </w:t>
            </w:r>
            <w:proofErr w:type="spellStart"/>
            <w:r>
              <w:rPr>
                <w:b/>
                <w:color w:val="0D5F78"/>
              </w:rPr>
              <w:t>proiectului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actualizat</w:t>
            </w:r>
            <w:proofErr w:type="spellEnd"/>
          </w:p>
          <w:p w14:paraId="2587A78E" w14:textId="77777777" w:rsidR="00945CC5" w:rsidRDefault="00945CC5">
            <w:pPr>
              <w:keepNext/>
            </w:pPr>
          </w:p>
        </w:tc>
        <w:tc>
          <w:tcPr>
            <w:tcW w:w="6424" w:type="dxa"/>
            <w:gridSpan w:val="3"/>
          </w:tcPr>
          <w:p w14:paraId="6033B50C" w14:textId="77777777" w:rsidR="00945CC5" w:rsidRDefault="00FA7758">
            <w:pPr>
              <w:keepNext/>
            </w:pPr>
            <w:r>
              <w:rPr>
                <w:b/>
                <w:color w:val="0D5F78"/>
              </w:rPr>
              <w:t>Elaborator (</w:t>
            </w:r>
            <w:proofErr w:type="spellStart"/>
            <w:r>
              <w:rPr>
                <w:b/>
                <w:color w:val="0D5F78"/>
              </w:rPr>
              <w:t>denumire</w:t>
            </w:r>
            <w:proofErr w:type="spellEnd"/>
            <w:r>
              <w:rPr>
                <w:b/>
                <w:color w:val="0D5F78"/>
              </w:rPr>
              <w:t xml:space="preserve"> + </w:t>
            </w:r>
            <w:proofErr w:type="spellStart"/>
            <w:r>
              <w:rPr>
                <w:b/>
                <w:color w:val="0D5F78"/>
              </w:rPr>
              <w:t>sediu</w:t>
            </w:r>
            <w:proofErr w:type="spellEnd"/>
            <w:r>
              <w:rPr>
                <w:b/>
                <w:color w:val="0D5F78"/>
              </w:rPr>
              <w:t>)</w:t>
            </w:r>
          </w:p>
          <w:p w14:paraId="3AB56B9F" w14:textId="77777777" w:rsidR="00945CC5" w:rsidRDefault="00945CC5">
            <w:pPr>
              <w:keepNext/>
            </w:pPr>
          </w:p>
        </w:tc>
      </w:tr>
      <w:tr w:rsidR="00945CC5" w14:paraId="1457A9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BAA277" w14:textId="77777777" w:rsidR="00945CC5" w:rsidRDefault="00FA7758">
            <w:proofErr w:type="spellStart"/>
            <w:r>
              <w:rPr>
                <w:b/>
                <w:color w:val="0D5F78"/>
              </w:rPr>
              <w:t>Proiectant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9F7938F" w14:textId="77777777" w:rsidR="00945CC5" w:rsidRDefault="00945CC5"/>
        </w:tc>
        <w:tc>
          <w:tcPr>
            <w:tcW w:w="1606" w:type="dxa"/>
          </w:tcPr>
          <w:p w14:paraId="59E4B71B" w14:textId="77777777" w:rsidR="00945CC5" w:rsidRDefault="00FA7758">
            <w:r>
              <w:rPr>
                <w:b/>
                <w:color w:val="0D5F78"/>
              </w:rPr>
              <w:t>Nr. TNA</w:t>
            </w:r>
          </w:p>
          <w:p w14:paraId="36515EB3" w14:textId="77777777" w:rsidR="00945CC5" w:rsidRDefault="00945CC5"/>
        </w:tc>
        <w:tc>
          <w:tcPr>
            <w:tcW w:w="4015" w:type="dxa"/>
          </w:tcPr>
          <w:p w14:paraId="6AAAD556" w14:textId="77777777" w:rsidR="00945CC5" w:rsidRDefault="00FA7758">
            <w:proofErr w:type="spellStart"/>
            <w:r>
              <w:rPr>
                <w:b/>
                <w:color w:val="0D5F78"/>
              </w:rPr>
              <w:t>Ingineri</w:t>
            </w:r>
            <w:proofErr w:type="spellEnd"/>
            <w:r>
              <w:rPr>
                <w:b/>
                <w:color w:val="0D5F78"/>
              </w:rPr>
              <w:t xml:space="preserve">, pe </w:t>
            </w:r>
            <w:proofErr w:type="spellStart"/>
            <w:r>
              <w:rPr>
                <w:b/>
                <w:color w:val="0D5F78"/>
              </w:rPr>
              <w:t>specialități</w:t>
            </w:r>
            <w:proofErr w:type="spellEnd"/>
          </w:p>
          <w:p w14:paraId="36C73C0E" w14:textId="77777777" w:rsidR="00945CC5" w:rsidRDefault="00945CC5"/>
        </w:tc>
      </w:tr>
    </w:tbl>
    <w:p w14:paraId="021120A2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4015"/>
      </w:tblGrid>
      <w:tr w:rsidR="00945CC5" w14:paraId="166ED472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61D8B1D" w14:textId="77777777" w:rsidR="00945CC5" w:rsidRDefault="00FA7758">
            <w:pPr>
              <w:keepNext/>
            </w:pPr>
            <w:r>
              <w:rPr>
                <w:b/>
                <w:sz w:val="16"/>
              </w:rPr>
              <w:lastRenderedPageBreak/>
              <w:t xml:space="preserve"> 7. </w:t>
            </w:r>
            <w:r>
              <w:rPr>
                <w:b/>
                <w:color w:val="000000"/>
                <w:sz w:val="18"/>
              </w:rPr>
              <w:t>VERIFICAREA TEHNICĂ</w:t>
            </w:r>
          </w:p>
        </w:tc>
      </w:tr>
      <w:tr w:rsidR="00945CC5" w14:paraId="7E7DBE5F" w14:textId="77777777">
        <w:trPr>
          <w:cantSplit/>
        </w:trPr>
        <w:tc>
          <w:tcPr>
            <w:tcW w:w="9636" w:type="dxa"/>
            <w:gridSpan w:val="2"/>
          </w:tcPr>
          <w:p w14:paraId="34D8DC07" w14:textId="77777777" w:rsidR="00945CC5" w:rsidRDefault="00FA7758">
            <w:pPr>
              <w:keepNext/>
            </w:pPr>
            <w:r>
              <w:rPr>
                <w:sz w:val="16"/>
              </w:rPr>
              <w:t xml:space="preserve"> ☐ CC 1 / NVP 1     ☐ CC 2 / NVP 2     ☐ CC 3 / NVP 3     ☐ CC 4 / NVP 4</w:t>
            </w:r>
          </w:p>
        </w:tc>
      </w:tr>
      <w:tr w:rsidR="00945CC5" w14:paraId="3F9839EA" w14:textId="77777777">
        <w:trPr>
          <w:cantSplit/>
          <w:trHeight w:val="510"/>
        </w:trPr>
        <w:tc>
          <w:tcPr>
            <w:tcW w:w="5621" w:type="dxa"/>
          </w:tcPr>
          <w:p w14:paraId="38FD4DCE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rezistență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mecanică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stabilitate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89EA516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2930213F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6784913" w14:textId="77777777" w:rsidR="00945CC5" w:rsidRDefault="00945CC5">
            <w:pPr>
              <w:keepNext/>
            </w:pPr>
          </w:p>
        </w:tc>
      </w:tr>
      <w:tr w:rsidR="00945CC5" w14:paraId="5AF38C0F" w14:textId="77777777">
        <w:trPr>
          <w:cantSplit/>
          <w:trHeight w:val="510"/>
        </w:trPr>
        <w:tc>
          <w:tcPr>
            <w:tcW w:w="5621" w:type="dxa"/>
          </w:tcPr>
          <w:p w14:paraId="4DF2A1F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securitate</w:t>
            </w:r>
            <w:proofErr w:type="spellEnd"/>
            <w:r>
              <w:rPr>
                <w:b/>
                <w:color w:val="0D5F78"/>
              </w:rPr>
              <w:t xml:space="preserve"> la </w:t>
            </w:r>
            <w:proofErr w:type="spellStart"/>
            <w:r>
              <w:rPr>
                <w:b/>
                <w:color w:val="0D5F78"/>
              </w:rPr>
              <w:t>incendiu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03B95E1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38F1D831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FFA898" w14:textId="77777777" w:rsidR="00945CC5" w:rsidRDefault="00945CC5">
            <w:pPr>
              <w:keepNext/>
            </w:pPr>
          </w:p>
        </w:tc>
      </w:tr>
      <w:tr w:rsidR="00945CC5" w14:paraId="45B15719" w14:textId="77777777">
        <w:trPr>
          <w:cantSplit/>
          <w:trHeight w:val="510"/>
        </w:trPr>
        <w:tc>
          <w:tcPr>
            <w:tcW w:w="5621" w:type="dxa"/>
          </w:tcPr>
          <w:p w14:paraId="4C51082B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igienă</w:t>
            </w:r>
            <w:proofErr w:type="spellEnd"/>
            <w:r>
              <w:rPr>
                <w:b/>
                <w:color w:val="0D5F78"/>
              </w:rPr>
              <w:t xml:space="preserve">, </w:t>
            </w:r>
            <w:proofErr w:type="spellStart"/>
            <w:r>
              <w:rPr>
                <w:b/>
                <w:color w:val="0D5F78"/>
              </w:rPr>
              <w:t>sănătate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mediu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înconjurător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5BB348F7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0803026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680C924" w14:textId="77777777" w:rsidR="00945CC5" w:rsidRDefault="00945CC5">
            <w:pPr>
              <w:keepNext/>
            </w:pPr>
          </w:p>
        </w:tc>
      </w:tr>
      <w:tr w:rsidR="00945CC5" w14:paraId="51F908DA" w14:textId="77777777">
        <w:trPr>
          <w:cantSplit/>
          <w:trHeight w:val="510"/>
        </w:trPr>
        <w:tc>
          <w:tcPr>
            <w:tcW w:w="5621" w:type="dxa"/>
          </w:tcPr>
          <w:p w14:paraId="3F673F03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siguranță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accesibilitate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exploatare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76E92343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68FAC4FD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7763FD4A" w14:textId="77777777" w:rsidR="00945CC5" w:rsidRDefault="00945CC5">
            <w:pPr>
              <w:keepNext/>
            </w:pPr>
          </w:p>
        </w:tc>
      </w:tr>
      <w:tr w:rsidR="00945CC5" w14:paraId="58A4A54B" w14:textId="77777777">
        <w:trPr>
          <w:cantSplit/>
          <w:trHeight w:val="510"/>
        </w:trPr>
        <w:tc>
          <w:tcPr>
            <w:tcW w:w="5621" w:type="dxa"/>
          </w:tcPr>
          <w:p w14:paraId="59D56E88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protecție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împotriva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zgomotului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6BFE415A" w14:textId="77777777" w:rsidR="00945CC5" w:rsidRDefault="00945CC5">
            <w:pPr>
              <w:keepNext/>
            </w:pPr>
          </w:p>
        </w:tc>
        <w:tc>
          <w:tcPr>
            <w:tcW w:w="4015" w:type="dxa"/>
          </w:tcPr>
          <w:p w14:paraId="141E13C2" w14:textId="77777777" w:rsidR="00945CC5" w:rsidRDefault="00FA7758">
            <w:pPr>
              <w:keepNext/>
            </w:pPr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60E8A8E8" w14:textId="77777777" w:rsidR="00945CC5" w:rsidRDefault="00945CC5">
            <w:pPr>
              <w:keepNext/>
            </w:pPr>
          </w:p>
        </w:tc>
      </w:tr>
      <w:tr w:rsidR="00945CC5" w14:paraId="0375A3BD" w14:textId="77777777">
        <w:trPr>
          <w:cantSplit/>
          <w:trHeight w:val="510"/>
        </w:trPr>
        <w:tc>
          <w:tcPr>
            <w:tcW w:w="5621" w:type="dxa"/>
          </w:tcPr>
          <w:p w14:paraId="3F66265B" w14:textId="77777777" w:rsidR="00945CC5" w:rsidRDefault="00FA7758">
            <w:proofErr w:type="spellStart"/>
            <w:r>
              <w:rPr>
                <w:b/>
                <w:color w:val="0D5F78"/>
              </w:rPr>
              <w:t>economie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energie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izolare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termică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verificator</w:t>
            </w:r>
            <w:proofErr w:type="spellEnd"/>
            <w:r>
              <w:rPr>
                <w:b/>
                <w:color w:val="0D5F78"/>
              </w:rPr>
              <w:t xml:space="preserve"> / nr. </w:t>
            </w:r>
            <w:proofErr w:type="spellStart"/>
            <w:r>
              <w:rPr>
                <w:b/>
                <w:color w:val="0D5F78"/>
              </w:rPr>
              <w:t>atestat</w:t>
            </w:r>
            <w:proofErr w:type="spellEnd"/>
          </w:p>
          <w:p w14:paraId="4CDA516A" w14:textId="77777777" w:rsidR="00945CC5" w:rsidRDefault="00945CC5"/>
        </w:tc>
        <w:tc>
          <w:tcPr>
            <w:tcW w:w="4015" w:type="dxa"/>
          </w:tcPr>
          <w:p w14:paraId="6E723FF9" w14:textId="77777777" w:rsidR="00945CC5" w:rsidRDefault="00FA7758">
            <w:proofErr w:type="spellStart"/>
            <w:r>
              <w:rPr>
                <w:b/>
                <w:color w:val="0D5F78"/>
              </w:rPr>
              <w:t>Referat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300D25F3" w14:textId="77777777" w:rsidR="00945CC5" w:rsidRDefault="00945CC5"/>
        </w:tc>
      </w:tr>
    </w:tbl>
    <w:p w14:paraId="53172F93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3212"/>
        <w:gridCol w:w="2409"/>
      </w:tblGrid>
      <w:tr w:rsidR="00945CC5" w14:paraId="0F8A8626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B88F0CC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8. </w:t>
            </w:r>
            <w:r>
              <w:rPr>
                <w:b/>
                <w:color w:val="000000"/>
                <w:sz w:val="18"/>
              </w:rPr>
              <w:t xml:space="preserve">VALORI ȘI </w:t>
            </w:r>
            <w:r>
              <w:rPr>
                <w:b/>
                <w:color w:val="000000"/>
                <w:sz w:val="18"/>
              </w:rPr>
              <w:t>DURATĂ</w:t>
            </w:r>
          </w:p>
        </w:tc>
      </w:tr>
      <w:tr w:rsidR="00945CC5" w:rsidRPr="004E6AFA" w14:paraId="781D64DD" w14:textId="77777777">
        <w:trPr>
          <w:cantSplit/>
          <w:trHeight w:val="510"/>
        </w:trPr>
        <w:tc>
          <w:tcPr>
            <w:tcW w:w="4015" w:type="dxa"/>
          </w:tcPr>
          <w:p w14:paraId="50491095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supuse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autorizării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1E0E077C" w14:textId="77777777" w:rsidR="00945CC5" w:rsidRDefault="00945CC5"/>
        </w:tc>
        <w:tc>
          <w:tcPr>
            <w:tcW w:w="3212" w:type="dxa"/>
          </w:tcPr>
          <w:p w14:paraId="1B41F458" w14:textId="77777777" w:rsidR="00945CC5" w:rsidRDefault="00FA7758">
            <w:proofErr w:type="spellStart"/>
            <w:r>
              <w:rPr>
                <w:b/>
                <w:color w:val="0D5F78"/>
              </w:rPr>
              <w:t>Valoarea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obiectivului</w:t>
            </w:r>
            <w:proofErr w:type="spellEnd"/>
            <w:r>
              <w:rPr>
                <w:b/>
                <w:color w:val="0D5F78"/>
              </w:rPr>
              <w:t xml:space="preserve"> (lei)</w:t>
            </w:r>
          </w:p>
          <w:p w14:paraId="4C4794B5" w14:textId="77777777" w:rsidR="00945CC5" w:rsidRDefault="00945CC5"/>
        </w:tc>
        <w:tc>
          <w:tcPr>
            <w:tcW w:w="2409" w:type="dxa"/>
          </w:tcPr>
          <w:p w14:paraId="7120BB31" w14:textId="77777777" w:rsidR="00945CC5" w:rsidRPr="003E706D" w:rsidRDefault="00FA7758">
            <w:pPr>
              <w:rPr>
                <w:lang w:val="fr-FR"/>
              </w:rPr>
            </w:pPr>
            <w:proofErr w:type="spellStart"/>
            <w:r w:rsidRPr="003E706D">
              <w:rPr>
                <w:b/>
                <w:color w:val="0D5F78"/>
                <w:lang w:val="fr-FR"/>
              </w:rPr>
              <w:t>Durata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estimată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execuție</w:t>
            </w:r>
            <w:proofErr w:type="spellEnd"/>
            <w:r w:rsidRPr="003E706D">
              <w:rPr>
                <w:b/>
                <w:color w:val="0D5F78"/>
                <w:lang w:val="fr-FR"/>
              </w:rPr>
              <w:t xml:space="preserve"> (</w:t>
            </w:r>
            <w:proofErr w:type="spellStart"/>
            <w:r w:rsidRPr="003E706D">
              <w:rPr>
                <w:b/>
                <w:color w:val="0D5F78"/>
                <w:lang w:val="fr-FR"/>
              </w:rPr>
              <w:t>luni</w:t>
            </w:r>
            <w:proofErr w:type="spellEnd"/>
            <w:r w:rsidRPr="003E706D">
              <w:rPr>
                <w:b/>
                <w:color w:val="0D5F78"/>
                <w:lang w:val="fr-FR"/>
              </w:rPr>
              <w:t>)</w:t>
            </w:r>
          </w:p>
          <w:p w14:paraId="0FBA4608" w14:textId="77777777" w:rsidR="00945CC5" w:rsidRPr="003E706D" w:rsidRDefault="00945CC5">
            <w:pPr>
              <w:rPr>
                <w:lang w:val="fr-FR"/>
              </w:rPr>
            </w:pPr>
          </w:p>
        </w:tc>
      </w:tr>
    </w:tbl>
    <w:p w14:paraId="1AB368D3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130D1DDE" w14:textId="77777777">
        <w:trPr>
          <w:cantSplit/>
        </w:trPr>
        <w:tc>
          <w:tcPr>
            <w:tcW w:w="9636" w:type="dxa"/>
            <w:shd w:val="clear" w:color="auto" w:fill="F4F4F4"/>
          </w:tcPr>
          <w:p w14:paraId="6FC927EA" w14:textId="77777777" w:rsidR="00945CC5" w:rsidRDefault="00FA7758">
            <w:pPr>
              <w:keepNext/>
            </w:pPr>
            <w:r w:rsidRPr="003E706D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9. </w:t>
            </w:r>
            <w:r>
              <w:rPr>
                <w:b/>
                <w:color w:val="000000"/>
                <w:sz w:val="18"/>
              </w:rPr>
              <w:t>ANEXEZ LA PREZENTA CERERE</w:t>
            </w:r>
          </w:p>
        </w:tc>
      </w:tr>
      <w:tr w:rsidR="00945CC5" w:rsidRPr="004E6AFA" w14:paraId="1596EB4C" w14:textId="77777777">
        <w:trPr>
          <w:cantSplit/>
        </w:trPr>
        <w:tc>
          <w:tcPr>
            <w:tcW w:w="9636" w:type="dxa"/>
          </w:tcPr>
          <w:p w14:paraId="793F89D0" w14:textId="65510A20" w:rsidR="00945CC5" w:rsidRPr="004E6AFA" w:rsidRDefault="00FA7758">
            <w:pPr>
              <w:keepNext/>
            </w:pPr>
            <w:r w:rsidRPr="004E6AFA">
              <w:rPr>
                <w:sz w:val="16"/>
              </w:rPr>
              <w:t>☐</w:t>
            </w:r>
            <w:r w:rsidRPr="004E6AFA">
              <w:rPr>
                <w:sz w:val="16"/>
              </w:rPr>
              <w:t xml:space="preserve"> a) </w:t>
            </w:r>
            <w:proofErr w:type="spellStart"/>
            <w:r w:rsidRPr="004E6AFA">
              <w:rPr>
                <w:sz w:val="16"/>
              </w:rPr>
              <w:t>proiectul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pentru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autorizarea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construirii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actualizat</w:t>
            </w:r>
            <w:proofErr w:type="spellEnd"/>
            <w:r w:rsidRPr="004E6AFA">
              <w:rPr>
                <w:sz w:val="16"/>
              </w:rPr>
              <w:t xml:space="preserve">, </w:t>
            </w:r>
            <w:proofErr w:type="spellStart"/>
            <w:r w:rsidRPr="004E6AFA">
              <w:rPr>
                <w:sz w:val="16"/>
              </w:rPr>
              <w:t>cuprinzând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modificările</w:t>
            </w:r>
            <w:proofErr w:type="spellEnd"/>
            <w:r w:rsidRPr="004E6AFA">
              <w:rPr>
                <w:sz w:val="16"/>
              </w:rPr>
              <w:t xml:space="preserve"> de </w:t>
            </w:r>
            <w:proofErr w:type="spellStart"/>
            <w:r w:rsidRPr="004E6AFA">
              <w:rPr>
                <w:sz w:val="16"/>
              </w:rPr>
              <w:t>temă</w:t>
            </w:r>
            <w:proofErr w:type="spellEnd"/>
            <w:r w:rsidRPr="004E6AFA">
              <w:rPr>
                <w:sz w:val="16"/>
              </w:rPr>
              <w:t xml:space="preserve"> (2 </w:t>
            </w:r>
            <w:proofErr w:type="spellStart"/>
            <w:r w:rsidRPr="004E6AFA">
              <w:rPr>
                <w:sz w:val="16"/>
              </w:rPr>
              <w:t>exemplare</w:t>
            </w:r>
            <w:proofErr w:type="spellEnd"/>
            <w:r w:rsidRPr="004E6AFA">
              <w:rPr>
                <w:sz w:val="16"/>
              </w:rPr>
              <w:t xml:space="preserve"> </w:t>
            </w:r>
            <w:proofErr w:type="spellStart"/>
            <w:r w:rsidRPr="004E6AFA">
              <w:rPr>
                <w:sz w:val="16"/>
              </w:rPr>
              <w:t>originale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sau</w:t>
            </w:r>
            <w:proofErr w:type="spellEnd"/>
            <w:r w:rsidR="004E6AFA" w:rsidRPr="004E6AFA">
              <w:rPr>
                <w:sz w:val="16"/>
              </w:rPr>
              <w:t xml:space="preserve"> 1 exemplar original,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</w:t>
            </w:r>
            <w:proofErr w:type="spellStart"/>
            <w:r w:rsidR="004E6AFA" w:rsidRPr="004E6AFA">
              <w:rPr>
                <w:sz w:val="16"/>
              </w:rPr>
              <w:t>letric</w:t>
            </w:r>
            <w:proofErr w:type="spellEnd"/>
            <w:r w:rsidR="004E6AFA" w:rsidRPr="004E6AFA">
              <w:rPr>
                <w:sz w:val="16"/>
              </w:rPr>
              <w:t xml:space="preserve">, </w:t>
            </w:r>
            <w:proofErr w:type="spellStart"/>
            <w:r w:rsidR="004E6AFA" w:rsidRPr="004E6AFA">
              <w:rPr>
                <w:sz w:val="16"/>
              </w:rPr>
              <w:t>acolo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unde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autoritatea</w:t>
            </w:r>
            <w:proofErr w:type="spellEnd"/>
            <w:r w:rsidR="004E6AFA" w:rsidRPr="004E6AFA">
              <w:rPr>
                <w:sz w:val="16"/>
              </w:rPr>
              <w:t xml:space="preserve"> are </w:t>
            </w:r>
            <w:proofErr w:type="spellStart"/>
            <w:r w:rsidR="004E6AFA" w:rsidRPr="004E6AFA">
              <w:rPr>
                <w:sz w:val="16"/>
              </w:rPr>
              <w:t>posibilitatea</w:t>
            </w:r>
            <w:proofErr w:type="spellEnd"/>
            <w:r w:rsidR="004E6AFA" w:rsidRPr="004E6AFA">
              <w:rPr>
                <w:sz w:val="16"/>
              </w:rPr>
              <w:t xml:space="preserve"> de </w:t>
            </w:r>
            <w:proofErr w:type="gramStart"/>
            <w:r w:rsidR="004E6AFA" w:rsidRPr="004E6AFA">
              <w:rPr>
                <w:sz w:val="16"/>
              </w:rPr>
              <w:t>a</w:t>
            </w:r>
            <w:proofErr w:type="gram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arhiva</w:t>
            </w:r>
            <w:proofErr w:type="spellEnd"/>
            <w:r w:rsidR="004E6AFA" w:rsidRPr="004E6AFA">
              <w:rPr>
                <w:sz w:val="16"/>
              </w:rPr>
              <w:t xml:space="preserve"> </w:t>
            </w:r>
            <w:proofErr w:type="spellStart"/>
            <w:r w:rsidR="004E6AFA" w:rsidRPr="004E6AFA">
              <w:rPr>
                <w:sz w:val="16"/>
              </w:rPr>
              <w:t>în</w:t>
            </w:r>
            <w:proofErr w:type="spellEnd"/>
            <w:r w:rsidR="004E6AFA" w:rsidRPr="004E6AFA">
              <w:rPr>
                <w:sz w:val="16"/>
              </w:rPr>
              <w:t xml:space="preserve"> format digital)</w:t>
            </w:r>
            <w:r w:rsidRPr="004E6AFA">
              <w:rPr>
                <w:sz w:val="16"/>
              </w:rPr>
              <w:t>)</w:t>
            </w:r>
          </w:p>
        </w:tc>
      </w:tr>
      <w:tr w:rsidR="00945CC5" w:rsidRPr="004E6AFA" w14:paraId="3D45D87D" w14:textId="77777777">
        <w:trPr>
          <w:cantSplit/>
        </w:trPr>
        <w:tc>
          <w:tcPr>
            <w:tcW w:w="9636" w:type="dxa"/>
          </w:tcPr>
          <w:p w14:paraId="59CD8A77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b) </w:t>
            </w:r>
            <w:proofErr w:type="spellStart"/>
            <w:r w:rsidRPr="003E706D">
              <w:rPr>
                <w:sz w:val="16"/>
                <w:lang w:val="fr-FR"/>
              </w:rPr>
              <w:t>referatele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verificare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proiectului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actualizat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corespunzător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clasei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consecințe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obiectivului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</w:t>
            </w:r>
            <w:r w:rsidRPr="003E706D">
              <w:rPr>
                <w:sz w:val="16"/>
                <w:lang w:val="fr-FR"/>
              </w:rPr>
              <w:t>e)</w:t>
            </w:r>
          </w:p>
        </w:tc>
      </w:tr>
      <w:tr w:rsidR="00945CC5" w:rsidRPr="004E6AFA" w14:paraId="78A8F12E" w14:textId="77777777">
        <w:trPr>
          <w:cantSplit/>
        </w:trPr>
        <w:tc>
          <w:tcPr>
            <w:tcW w:w="9636" w:type="dxa"/>
          </w:tcPr>
          <w:p w14:paraId="3B8F0469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c) documente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către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emitenții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/ </w:t>
            </w:r>
            <w:proofErr w:type="spellStart"/>
            <w:r w:rsidRPr="003E706D">
              <w:rPr>
                <w:sz w:val="16"/>
                <w:lang w:val="fr-FR"/>
              </w:rPr>
              <w:t>acordurilor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din</w:t>
            </w:r>
            <w:proofErr w:type="spellEnd"/>
            <w:r w:rsidRPr="003E706D">
              <w:rPr>
                <w:sz w:val="16"/>
                <w:lang w:val="fr-FR"/>
              </w:rPr>
              <w:t xml:space="preserve"> care </w:t>
            </w:r>
            <w:proofErr w:type="spellStart"/>
            <w:r w:rsidRPr="003E706D">
              <w:rPr>
                <w:sz w:val="16"/>
                <w:lang w:val="fr-FR"/>
              </w:rPr>
              <w:t>rezultă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că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modificările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temă</w:t>
            </w:r>
            <w:proofErr w:type="spellEnd"/>
            <w:r w:rsidRPr="003E706D">
              <w:rPr>
                <w:sz w:val="16"/>
                <w:lang w:val="fr-FR"/>
              </w:rPr>
              <w:t xml:space="preserve"> se </w:t>
            </w:r>
            <w:proofErr w:type="spellStart"/>
            <w:r w:rsidRPr="003E706D">
              <w:rPr>
                <w:sz w:val="16"/>
                <w:lang w:val="fr-FR"/>
              </w:rPr>
              <w:t>încadrează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în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limitele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avizelor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emise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spellStart"/>
            <w:r w:rsidRPr="003E706D">
              <w:rPr>
                <w:sz w:val="16"/>
                <w:lang w:val="fr-FR"/>
              </w:rPr>
              <w:t>câte</w:t>
            </w:r>
            <w:proofErr w:type="spellEnd"/>
            <w:r w:rsidRPr="003E706D">
              <w:rPr>
                <w:sz w:val="16"/>
                <w:lang w:val="fr-FR"/>
              </w:rPr>
              <w:t xml:space="preserve"> 1 </w:t>
            </w:r>
            <w:proofErr w:type="spellStart"/>
            <w:r w:rsidRPr="003E706D">
              <w:rPr>
                <w:sz w:val="16"/>
                <w:lang w:val="fr-FR"/>
              </w:rPr>
              <w:t>exemplar</w:t>
            </w:r>
            <w:proofErr w:type="spellEnd"/>
            <w:r w:rsidRPr="003E706D">
              <w:rPr>
                <w:sz w:val="16"/>
                <w:lang w:val="fr-FR"/>
              </w:rPr>
              <w:t xml:space="preserve"> copie</w:t>
            </w:r>
            <w:proofErr w:type="gramStart"/>
            <w:r w:rsidRPr="003E706D">
              <w:rPr>
                <w:sz w:val="16"/>
                <w:lang w:val="fr-FR"/>
              </w:rPr>
              <w:t>):</w:t>
            </w:r>
            <w:proofErr w:type="gramEnd"/>
          </w:p>
        </w:tc>
      </w:tr>
      <w:tr w:rsidR="00945CC5" w:rsidRPr="004E6AFA" w14:paraId="08527A48" w14:textId="77777777">
        <w:trPr>
          <w:cantSplit/>
        </w:trPr>
        <w:tc>
          <w:tcPr>
            <w:tcW w:w="9636" w:type="dxa"/>
          </w:tcPr>
          <w:p w14:paraId="04396508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28E58600" w14:textId="77777777" w:rsidR="00945CC5" w:rsidRPr="003E706D" w:rsidRDefault="00945CC5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945CC5" w:rsidRPr="004E6AFA" w14:paraId="618B1178" w14:textId="77777777">
        <w:trPr>
          <w:cantSplit/>
        </w:trPr>
        <w:tc>
          <w:tcPr>
            <w:tcW w:w="9636" w:type="dxa"/>
          </w:tcPr>
          <w:p w14:paraId="5F29CC2F" w14:textId="77777777" w:rsidR="00945CC5" w:rsidRPr="003E706D" w:rsidRDefault="00FA7758">
            <w:pPr>
              <w:keepNext/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d) </w:t>
            </w:r>
            <w:proofErr w:type="spellStart"/>
            <w:r w:rsidRPr="003E706D">
              <w:rPr>
                <w:sz w:val="16"/>
                <w:lang w:val="fr-FR"/>
              </w:rPr>
              <w:t>autorizația</w:t>
            </w:r>
            <w:proofErr w:type="spellEnd"/>
            <w:r w:rsidRPr="003E706D">
              <w:rPr>
                <w:sz w:val="16"/>
                <w:lang w:val="fr-FR"/>
              </w:rPr>
              <w:t xml:space="preserve"> de construire / </w:t>
            </w:r>
            <w:proofErr w:type="spellStart"/>
            <w:r w:rsidRPr="003E706D">
              <w:rPr>
                <w:sz w:val="16"/>
                <w:lang w:val="fr-FR"/>
              </w:rPr>
              <w:t>desființare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inițială</w:t>
            </w:r>
            <w:proofErr w:type="spellEnd"/>
            <w:r w:rsidRPr="003E706D">
              <w:rPr>
                <w:sz w:val="16"/>
                <w:lang w:val="fr-FR"/>
              </w:rPr>
              <w:t xml:space="preserve"> și </w:t>
            </w:r>
            <w:proofErr w:type="spellStart"/>
            <w:r w:rsidRPr="003E706D">
              <w:rPr>
                <w:sz w:val="16"/>
                <w:lang w:val="fr-FR"/>
              </w:rPr>
              <w:t>proiectul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vizat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spre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neschimbare</w:t>
            </w:r>
            <w:proofErr w:type="spellEnd"/>
            <w:r w:rsidRPr="003E706D">
              <w:rPr>
                <w:sz w:val="16"/>
                <w:lang w:val="fr-FR"/>
              </w:rPr>
              <w:t xml:space="preserve"> (copie)</w:t>
            </w:r>
          </w:p>
        </w:tc>
      </w:tr>
      <w:tr w:rsidR="00945CC5" w:rsidRPr="004E6AFA" w14:paraId="7F04706F" w14:textId="77777777">
        <w:trPr>
          <w:cantSplit/>
        </w:trPr>
        <w:tc>
          <w:tcPr>
            <w:tcW w:w="9636" w:type="dxa"/>
          </w:tcPr>
          <w:p w14:paraId="1DD454CC" w14:textId="77777777" w:rsidR="004E6AFA" w:rsidRDefault="00FA7758">
            <w:pPr>
              <w:rPr>
                <w:sz w:val="16"/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e) </w:t>
            </w:r>
            <w:proofErr w:type="spellStart"/>
            <w:r w:rsidRPr="003E706D">
              <w:rPr>
                <w:sz w:val="16"/>
                <w:lang w:val="fr-FR"/>
              </w:rPr>
              <w:t>rapoartele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expertiză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tehnică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  <w:r w:rsidRPr="003E706D">
              <w:rPr>
                <w:sz w:val="16"/>
                <w:lang w:val="fr-FR"/>
              </w:rPr>
              <w:t xml:space="preserve">     </w:t>
            </w:r>
          </w:p>
          <w:p w14:paraId="2F2A261A" w14:textId="2D367933" w:rsidR="00945CC5" w:rsidRPr="003E706D" w:rsidRDefault="00FA7758">
            <w:pPr>
              <w:rPr>
                <w:lang w:val="fr-FR"/>
              </w:rPr>
            </w:pPr>
            <w:r w:rsidRPr="003E706D">
              <w:rPr>
                <w:sz w:val="16"/>
                <w:lang w:val="fr-FR"/>
              </w:rPr>
              <w:t>☐</w:t>
            </w:r>
            <w:r w:rsidRPr="003E706D">
              <w:rPr>
                <w:sz w:val="16"/>
                <w:lang w:val="fr-FR"/>
              </w:rPr>
              <w:t xml:space="preserve"> f) </w:t>
            </w:r>
            <w:proofErr w:type="spellStart"/>
            <w:r w:rsidRPr="003E706D">
              <w:rPr>
                <w:sz w:val="16"/>
                <w:lang w:val="fr-FR"/>
              </w:rPr>
              <w:t>documentele</w:t>
            </w:r>
            <w:proofErr w:type="spellEnd"/>
            <w:r w:rsidRPr="003E706D">
              <w:rPr>
                <w:sz w:val="16"/>
                <w:lang w:val="fr-FR"/>
              </w:rPr>
              <w:t xml:space="preserve"> de </w:t>
            </w:r>
            <w:proofErr w:type="spellStart"/>
            <w:r w:rsidRPr="003E706D">
              <w:rPr>
                <w:sz w:val="16"/>
                <w:lang w:val="fr-FR"/>
              </w:rPr>
              <w:t>plată</w:t>
            </w:r>
            <w:proofErr w:type="spellEnd"/>
            <w:r w:rsidRPr="003E706D">
              <w:rPr>
                <w:sz w:val="16"/>
                <w:lang w:val="fr-FR"/>
              </w:rPr>
              <w:t xml:space="preserve"> a </w:t>
            </w:r>
            <w:proofErr w:type="spellStart"/>
            <w:r w:rsidRPr="003E706D">
              <w:rPr>
                <w:sz w:val="16"/>
                <w:lang w:val="fr-FR"/>
              </w:rPr>
              <w:t>taxelor</w:t>
            </w:r>
            <w:proofErr w:type="spellEnd"/>
            <w:r w:rsidRPr="003E706D">
              <w:rPr>
                <w:sz w:val="16"/>
                <w:lang w:val="fr-FR"/>
              </w:rPr>
              <w:t xml:space="preserve"> </w:t>
            </w:r>
            <w:proofErr w:type="spellStart"/>
            <w:r w:rsidRPr="003E706D">
              <w:rPr>
                <w:sz w:val="16"/>
                <w:lang w:val="fr-FR"/>
              </w:rPr>
              <w:t>legale</w:t>
            </w:r>
            <w:proofErr w:type="spellEnd"/>
            <w:r w:rsidRPr="003E706D">
              <w:rPr>
                <w:sz w:val="16"/>
                <w:lang w:val="fr-FR"/>
              </w:rPr>
              <w:t xml:space="preserve"> (</w:t>
            </w:r>
            <w:proofErr w:type="gramStart"/>
            <w:r w:rsidRPr="003E706D">
              <w:rPr>
                <w:sz w:val="16"/>
                <w:lang w:val="fr-FR"/>
              </w:rPr>
              <w:t xml:space="preserve">copie)   </w:t>
            </w:r>
            <w:proofErr w:type="gramEnd"/>
            <w:r w:rsidRPr="003E706D">
              <w:rPr>
                <w:sz w:val="16"/>
                <w:lang w:val="fr-FR"/>
              </w:rPr>
              <w:t xml:space="preserve">  ☐ g) </w:t>
            </w:r>
            <w:proofErr w:type="spellStart"/>
            <w:r w:rsidRPr="003E706D">
              <w:rPr>
                <w:sz w:val="16"/>
                <w:lang w:val="fr-FR"/>
              </w:rPr>
              <w:t>împuternicirea</w:t>
            </w:r>
            <w:proofErr w:type="spellEnd"/>
            <w:r w:rsidRPr="003E706D">
              <w:rPr>
                <w:sz w:val="16"/>
                <w:lang w:val="fr-FR"/>
              </w:rPr>
              <w:t xml:space="preserve">, </w:t>
            </w:r>
            <w:proofErr w:type="spellStart"/>
            <w:r w:rsidRPr="003E706D">
              <w:rPr>
                <w:sz w:val="16"/>
                <w:lang w:val="fr-FR"/>
              </w:rPr>
              <w:t>dacă</w:t>
            </w:r>
            <w:proofErr w:type="spellEnd"/>
            <w:r w:rsidRPr="003E706D">
              <w:rPr>
                <w:sz w:val="16"/>
                <w:lang w:val="fr-FR"/>
              </w:rPr>
              <w:t xml:space="preserve"> este </w:t>
            </w:r>
            <w:proofErr w:type="spellStart"/>
            <w:r w:rsidRPr="003E706D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14:paraId="685A4CFB" w14:textId="77777777" w:rsidR="00945CC5" w:rsidRPr="003E706D" w:rsidRDefault="00945CC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945CC5" w14:paraId="490E47D5" w14:textId="77777777">
        <w:trPr>
          <w:cantSplit/>
        </w:trPr>
        <w:tc>
          <w:tcPr>
            <w:tcW w:w="9636" w:type="dxa"/>
          </w:tcPr>
          <w:p w14:paraId="6B48205C" w14:textId="2F6193AC" w:rsidR="00945CC5" w:rsidRDefault="00FA7758">
            <w:pPr>
              <w:spacing w:line="228" w:lineRule="auto"/>
            </w:pPr>
            <w:proofErr w:type="spellStart"/>
            <w:r w:rsidRPr="003E706D">
              <w:rPr>
                <w:i/>
                <w:sz w:val="17"/>
                <w:lang w:val="fr-FR"/>
              </w:rPr>
              <w:t>Declar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propria </w:t>
            </w:r>
            <w:proofErr w:type="spellStart"/>
            <w:r w:rsidRPr="003E706D">
              <w:rPr>
                <w:i/>
                <w:sz w:val="17"/>
                <w:lang w:val="fr-FR"/>
              </w:rPr>
              <w:t>răspundere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sub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sancțiunea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Codului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penal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privind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infr</w:t>
            </w:r>
            <w:r w:rsidRPr="003E706D">
              <w:rPr>
                <w:i/>
                <w:sz w:val="17"/>
                <w:lang w:val="fr-FR"/>
              </w:rPr>
              <w:t>acțiunea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3E706D">
              <w:rPr>
                <w:i/>
                <w:sz w:val="17"/>
                <w:lang w:val="fr-FR"/>
              </w:rPr>
              <w:t>fals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declarații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datele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menționate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sunt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reale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și exacte și </w:t>
            </w:r>
            <w:proofErr w:type="spellStart"/>
            <w:r w:rsidRPr="003E706D">
              <w:rPr>
                <w:i/>
                <w:sz w:val="17"/>
                <w:lang w:val="fr-FR"/>
              </w:rPr>
              <w:t>că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am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formulat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prezenta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cerere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anterior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începerii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lucrărilor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asupra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elementelor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supuse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3E706D">
              <w:rPr>
                <w:i/>
                <w:sz w:val="17"/>
                <w:lang w:val="fr-FR"/>
              </w:rPr>
              <w:t>modificării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3E706D">
              <w:rPr>
                <w:i/>
                <w:sz w:val="17"/>
                <w:lang w:val="fr-FR"/>
              </w:rPr>
              <w:t>astfel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cum </w:t>
            </w:r>
            <w:proofErr w:type="spellStart"/>
            <w:r w:rsidRPr="003E706D">
              <w:rPr>
                <w:i/>
                <w:sz w:val="17"/>
                <w:lang w:val="fr-FR"/>
              </w:rPr>
              <w:t>stabilește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 art. 293 </w:t>
            </w:r>
            <w:proofErr w:type="spellStart"/>
            <w:r w:rsidRPr="003E706D">
              <w:rPr>
                <w:i/>
                <w:sz w:val="17"/>
                <w:lang w:val="fr-FR"/>
              </w:rPr>
              <w:t>alin</w:t>
            </w:r>
            <w:proofErr w:type="spellEnd"/>
            <w:r w:rsidRPr="003E706D">
              <w:rPr>
                <w:i/>
                <w:sz w:val="17"/>
                <w:lang w:val="fr-FR"/>
              </w:rPr>
              <w:t xml:space="preserve">. </w:t>
            </w:r>
            <w:r>
              <w:rPr>
                <w:i/>
                <w:sz w:val="17"/>
              </w:rPr>
              <w:t xml:space="preserve">(2) din </w:t>
            </w:r>
            <w:proofErr w:type="spellStart"/>
            <w:r>
              <w:rPr>
                <w:i/>
                <w:sz w:val="17"/>
              </w:rPr>
              <w:t>Lege</w:t>
            </w:r>
            <w:r w:rsidR="00A71320">
              <w:rPr>
                <w:i/>
                <w:sz w:val="17"/>
              </w:rPr>
              <w:t>a</w:t>
            </w:r>
            <w:proofErr w:type="spellEnd"/>
            <w:r w:rsidR="00A71320">
              <w:rPr>
                <w:i/>
                <w:sz w:val="17"/>
              </w:rPr>
              <w:t xml:space="preserve"> </w:t>
            </w:r>
            <w:r w:rsidR="00A71320" w:rsidRPr="00A71320">
              <w:rPr>
                <w:i/>
                <w:sz w:val="17"/>
              </w:rPr>
              <w:t>nr. 169/2026</w:t>
            </w:r>
            <w:bookmarkStart w:id="0" w:name="_GoBack"/>
            <w:bookmarkEnd w:id="0"/>
            <w:r>
              <w:rPr>
                <w:i/>
                <w:sz w:val="17"/>
              </w:rPr>
              <w:t>.</w:t>
            </w:r>
          </w:p>
        </w:tc>
      </w:tr>
    </w:tbl>
    <w:p w14:paraId="43E68B1F" w14:textId="77777777" w:rsidR="00945CC5" w:rsidRDefault="00945CC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945CC5" w14:paraId="4569004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E740ECE" w14:textId="77777777" w:rsidR="00945CC5" w:rsidRDefault="00FA7758">
            <w:pPr>
              <w:keepNext/>
            </w:pPr>
            <w:r>
              <w:rPr>
                <w:b/>
                <w:sz w:val="16"/>
              </w:rPr>
              <w:t xml:space="preserve"> 10. </w:t>
            </w:r>
            <w:r>
              <w:rPr>
                <w:b/>
                <w:color w:val="000000"/>
                <w:sz w:val="18"/>
              </w:rPr>
              <w:t>DA</w:t>
            </w:r>
            <w:r>
              <w:rPr>
                <w:b/>
                <w:color w:val="000000"/>
                <w:sz w:val="18"/>
              </w:rPr>
              <w:t>TA ȘI SEMNĂTURA</w:t>
            </w:r>
          </w:p>
        </w:tc>
      </w:tr>
      <w:tr w:rsidR="00945CC5" w14:paraId="76013567" w14:textId="77777777">
        <w:trPr>
          <w:cantSplit/>
          <w:trHeight w:val="510"/>
        </w:trPr>
        <w:tc>
          <w:tcPr>
            <w:tcW w:w="1606" w:type="dxa"/>
          </w:tcPr>
          <w:p w14:paraId="683C7EFB" w14:textId="77777777" w:rsidR="00945CC5" w:rsidRDefault="00FA7758">
            <w:r>
              <w:rPr>
                <w:b/>
                <w:color w:val="0D5F78"/>
              </w:rPr>
              <w:t>Data</w:t>
            </w:r>
          </w:p>
          <w:p w14:paraId="73E03F31" w14:textId="77777777" w:rsidR="00945CC5" w:rsidRDefault="00945CC5"/>
        </w:tc>
        <w:tc>
          <w:tcPr>
            <w:tcW w:w="4818" w:type="dxa"/>
          </w:tcPr>
          <w:p w14:paraId="7CE53D19" w14:textId="77777777" w:rsidR="00945CC5" w:rsidRDefault="00FA7758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0165E37E" w14:textId="77777777" w:rsidR="00945CC5" w:rsidRDefault="00945CC5"/>
        </w:tc>
        <w:tc>
          <w:tcPr>
            <w:tcW w:w="3212" w:type="dxa"/>
          </w:tcPr>
          <w:p w14:paraId="3CD5128B" w14:textId="77777777" w:rsidR="00945CC5" w:rsidRDefault="00FA7758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55353A0F" w14:textId="77777777" w:rsidR="00945CC5" w:rsidRDefault="00945CC5"/>
        </w:tc>
      </w:tr>
    </w:tbl>
    <w:p w14:paraId="276A9619" w14:textId="77777777" w:rsidR="00945CC5" w:rsidRDefault="00945CC5">
      <w:pPr>
        <w:spacing w:line="168" w:lineRule="auto"/>
      </w:pPr>
    </w:p>
    <w:sectPr w:rsidR="00945CC5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C645BC" w14:textId="77777777" w:rsidR="00FA7758" w:rsidRDefault="00FA7758">
      <w:r>
        <w:separator/>
      </w:r>
    </w:p>
  </w:endnote>
  <w:endnote w:type="continuationSeparator" w:id="0">
    <w:p w14:paraId="7C09CDE6" w14:textId="77777777" w:rsidR="00FA7758" w:rsidRDefault="00FA7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70161" w14:textId="1BD49E66" w:rsidR="00945CC5" w:rsidRDefault="00FA7758">
    <w:pPr>
      <w:pStyle w:val="Footer"/>
      <w:tabs>
        <w:tab w:val="right" w:pos="9639"/>
      </w:tabs>
    </w:pPr>
    <w:r>
      <w:rPr>
        <w:color w:val="595959"/>
      </w:rPr>
      <w:t>F_A</w:t>
    </w:r>
    <w:r w:rsidR="003E706D">
      <w:rPr>
        <w:color w:val="595959"/>
      </w:rPr>
      <w:t>M</w:t>
    </w:r>
    <w:r>
      <w:rPr>
        <w:color w:val="595959"/>
      </w:rPr>
      <w:t>_</w:t>
    </w:r>
    <w:r w:rsidR="003E706D">
      <w:rPr>
        <w:color w:val="595959"/>
      </w:rPr>
      <w:t>0</w:t>
    </w:r>
    <w:r>
      <w:rPr>
        <w:color w:val="595959"/>
      </w:rPr>
      <w:t xml:space="preserve">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E706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E706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64EB7" w14:textId="77777777" w:rsidR="00FA7758" w:rsidRDefault="00FA7758">
      <w:r>
        <w:separator/>
      </w:r>
    </w:p>
  </w:footnote>
  <w:footnote w:type="continuationSeparator" w:id="0">
    <w:p w14:paraId="3BF3D3E0" w14:textId="77777777" w:rsidR="00FA7758" w:rsidRDefault="00FA77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7EE8"/>
    <w:rsid w:val="00326F90"/>
    <w:rsid w:val="003E706D"/>
    <w:rsid w:val="004E6AFA"/>
    <w:rsid w:val="006C103E"/>
    <w:rsid w:val="00945CC5"/>
    <w:rsid w:val="00A71320"/>
    <w:rsid w:val="00AA1D8D"/>
    <w:rsid w:val="00B47730"/>
    <w:rsid w:val="00CB0664"/>
    <w:rsid w:val="00E61A6B"/>
    <w:rsid w:val="00E731D6"/>
    <w:rsid w:val="00FA77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19D93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DCF6AB-FD10-4780-9814-57FD5F4D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579</Words>
  <Characters>3304</Characters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2026-08-25T07:22:00Z</dcterms:modified>
  <cp:category/>
</cp:coreProperties>
</file>