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3C7CA3" w14:paraId="40F2F2D4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E23EE9E" w14:textId="77777777" w:rsidR="003C7CA3" w:rsidRDefault="003454F7">
            <w:pPr>
              <w:keepNext/>
              <w:jc w:val="center"/>
            </w:pPr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2386173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A3651F4" w14:textId="77777777" w:rsidR="003C7CA3" w:rsidRDefault="003C7CA3">
            <w:pPr>
              <w:keepNext/>
            </w:pPr>
            <w:r>
              <w:t xml:space="preserve">Suceava</w:t>
            </w:r>
          </w:p>
        </w:tc>
      </w:tr>
      <w:tr w:rsidR="003C7CA3" w14:paraId="037BC8CE" w14:textId="77777777">
        <w:trPr>
          <w:cantSplit/>
          <w:trHeight w:val="510"/>
        </w:trPr>
        <w:tc>
          <w:tcPr>
            <w:tcW w:w="1606" w:type="dxa"/>
            <w:vMerge/>
          </w:tcPr>
          <w:p w14:paraId="435A8C27" w14:textId="77777777" w:rsidR="003C7CA3" w:rsidRDefault="003C7CA3"/>
        </w:tc>
        <w:tc>
          <w:tcPr>
            <w:tcW w:w="8030" w:type="dxa"/>
            <w:gridSpan w:val="3"/>
            <w:shd w:val="clear" w:color="auto" w:fill="F0F0F0"/>
          </w:tcPr>
          <w:p w14:paraId="03BF858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6572E303" w14:textId="77777777" w:rsidR="003C7CA3" w:rsidRDefault="003C7CA3">
            <w:pPr>
              <w:keepNext/>
            </w:pPr>
            <w:r>
              <w:t xml:space="preserve">Comuna Poieni - Solca</w:t>
            </w:r>
          </w:p>
        </w:tc>
      </w:tr>
      <w:tr w:rsidR="003C7CA3" w14:paraId="78889A14" w14:textId="77777777">
        <w:trPr>
          <w:cantSplit/>
          <w:trHeight w:val="510"/>
        </w:trPr>
        <w:tc>
          <w:tcPr>
            <w:tcW w:w="1606" w:type="dxa"/>
            <w:vMerge/>
          </w:tcPr>
          <w:p w14:paraId="3ED32ABA" w14:textId="77777777" w:rsidR="003C7CA3" w:rsidRDefault="003C7CA3"/>
        </w:tc>
        <w:tc>
          <w:tcPr>
            <w:tcW w:w="2409" w:type="dxa"/>
            <w:shd w:val="clear" w:color="auto" w:fill="F0F0F0"/>
          </w:tcPr>
          <w:p w14:paraId="461AFBA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Cod de identificare fiscală (CIF)</w:t>
            </w:r>
          </w:p>
          <w:p w14:paraId="14345C6E" w14:textId="77777777" w:rsidR="003C7CA3" w:rsidRPr="005B29C5" w:rsidRDefault="003C7CA3">
            <w:pPr>
              <w:keepNext/>
              <w:rPr>
                <w:lang w:val="fr-FR"/>
              </w:rPr>
            </w:pPr>
            <w:r>
              <w:t xml:space="preserve">21769911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37CAB4F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Adresa oficială</w:t>
            </w:r>
          </w:p>
          <w:p w14:paraId="45055487" w14:textId="77777777" w:rsidR="003C7CA3" w:rsidRDefault="003C7CA3">
            <w:pPr>
              <w:keepNext/>
            </w:pPr>
            <w:r>
              <w:t xml:space="preserve">Județul Suceava, Comuna Poieni-Solca, Strada Principala, Nr. 33 · contact@comunapoienisolca.ro</w:t>
            </w:r>
          </w:p>
        </w:tc>
      </w:tr>
      <w:tr w:rsidR="003C7CA3" w14:paraId="31594787" w14:textId="77777777">
        <w:trPr>
          <w:cantSplit/>
          <w:trHeight w:val="510"/>
        </w:trPr>
        <w:tc>
          <w:tcPr>
            <w:tcW w:w="1606" w:type="dxa"/>
            <w:vMerge/>
          </w:tcPr>
          <w:p w14:paraId="2B8BE5B5" w14:textId="77777777" w:rsidR="003C7CA3" w:rsidRDefault="003C7CA3"/>
        </w:tc>
        <w:tc>
          <w:tcPr>
            <w:tcW w:w="4818" w:type="dxa"/>
            <w:gridSpan w:val="2"/>
            <w:shd w:val="clear" w:color="auto" w:fill="F0F0F0"/>
          </w:tcPr>
          <w:p w14:paraId="30F80EB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37598B00" w14:textId="77777777" w:rsidR="003C7CA3" w:rsidRDefault="003C7CA3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013656E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1CB04524" w14:textId="77777777" w:rsidR="003C7CA3" w:rsidRDefault="003C7CA3">
            <w:pPr>
              <w:keepNext/>
            </w:pPr>
          </w:p>
        </w:tc>
      </w:tr>
      <w:tr w:rsidR="003C7CA3" w:rsidRPr="00F61A70" w14:paraId="7F34B3C7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919D607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5B29C5">
              <w:rPr>
                <w:i/>
                <w:color w:val="595959"/>
                <w:lang w:val="fr-FR"/>
              </w:rPr>
              <w:t>se</w:t>
            </w:r>
            <w:proofErr w:type="gramEnd"/>
            <w:r w:rsidRPr="005B29C5">
              <w:rPr>
                <w:i/>
                <w:color w:val="595959"/>
                <w:lang w:val="fr-FR"/>
              </w:rPr>
              <w:t xml:space="preserve"> completează de autoritate — solicitantul nu scrie în această zonă</w:t>
            </w:r>
          </w:p>
        </w:tc>
      </w:tr>
    </w:tbl>
    <w:p w14:paraId="282B6870" w14:textId="77777777" w:rsidR="003C7CA3" w:rsidRPr="001531A5" w:rsidRDefault="003454F7" w:rsidP="00C32AB5">
      <w:pPr>
        <w:spacing w:before="140" w:after="40"/>
        <w:jc w:val="center"/>
        <w:rPr>
          <w:sz w:val="28"/>
          <w:szCs w:val="28"/>
          <w:lang w:val="fr-FR"/>
        </w:rPr>
      </w:pPr>
      <w:r w:rsidRPr="001531A5">
        <w:rPr>
          <w:b/>
          <w:sz w:val="28"/>
          <w:szCs w:val="28"/>
          <w:lang w:val="fr-FR"/>
        </w:rPr>
        <w:t>CERERE</w:t>
      </w:r>
    </w:p>
    <w:p w14:paraId="5B0DC5BF" w14:textId="77777777" w:rsidR="003C7CA3" w:rsidRDefault="003C7CA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472EA448" w14:textId="77777777">
        <w:trPr>
          <w:cantSplit/>
        </w:trPr>
        <w:tc>
          <w:tcPr>
            <w:tcW w:w="9636" w:type="dxa"/>
            <w:shd w:val="clear" w:color="auto" w:fill="F4F4F4"/>
          </w:tcPr>
          <w:p w14:paraId="3A681D09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C7CA3" w:rsidRPr="00F61A70" w14:paraId="00DF9E39" w14:textId="77777777">
        <w:trPr>
          <w:cantSplit/>
          <w:trHeight w:val="510"/>
        </w:trPr>
        <w:tc>
          <w:tcPr>
            <w:tcW w:w="9636" w:type="dxa"/>
          </w:tcPr>
          <w:p w14:paraId="636138F8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Instituția</w:t>
            </w:r>
          </w:p>
          <w:p w14:paraId="23D361A1" w14:textId="77777777" w:rsidR="003C7CA3" w:rsidRPr="005B29C5" w:rsidRDefault="003454F7">
            <w:pPr>
              <w:keepNext/>
              <w:rPr>
                <w:lang w:val="fr-FR"/>
              </w:rPr>
            </w:pPr>
            <w:r>
              <w:rPr>
                <w:lang w:val="fr-FR"/>
              </w:rPr>
              <w:t xml:space="preserve">Primăria Comunei Poieni-Solca</w:t>
            </w:r>
          </w:p>
          <w:p w14:paraId="7F5527A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:rsidRPr="00F61A70" w14:paraId="3F0255BC" w14:textId="77777777">
        <w:trPr>
          <w:cantSplit/>
        </w:trPr>
        <w:tc>
          <w:tcPr>
            <w:tcW w:w="9636" w:type="dxa"/>
            <w:shd w:val="clear" w:color="auto" w:fill="F4F4F4"/>
          </w:tcPr>
          <w:p w14:paraId="1DC58EC1" w14:textId="77777777" w:rsidR="003C7CA3" w:rsidRPr="005B29C5" w:rsidRDefault="003454F7">
            <w:pPr>
              <w:spacing w:line="228" w:lineRule="auto"/>
              <w:rPr>
                <w:lang w:val="fr-FR"/>
              </w:rPr>
            </w:pPr>
            <w:r w:rsidRPr="005B29C5">
              <w:rPr>
                <w:lang w:val="fr-FR"/>
              </w:rPr>
              <w:t xml:space="preserve">Cererea va fi transmisă către președintele consiliului județean, </w:t>
            </w:r>
            <w:r w:rsidRPr="005B29C5">
              <w:rPr>
                <w:lang w:val="fr-FR"/>
              </w:rPr>
              <w:t>primarul general, primarul de sector sau primarul municipiului / orașului / comunei, după caz.</w:t>
            </w:r>
          </w:p>
        </w:tc>
      </w:tr>
    </w:tbl>
    <w:p w14:paraId="579FE78C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C7CA3" w14:paraId="30A794B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C82CAB7" w14:textId="77777777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C7CA3" w14:paraId="29428782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00055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23D9DFE8" w14:textId="77777777" w:rsidR="003C7CA3" w:rsidRDefault="003C7CA3">
            <w:pPr>
              <w:keepNext/>
            </w:pPr>
          </w:p>
        </w:tc>
        <w:tc>
          <w:tcPr>
            <w:tcW w:w="4015" w:type="dxa"/>
            <w:gridSpan w:val="3"/>
          </w:tcPr>
          <w:p w14:paraId="786F801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8914CF7" w14:textId="77777777" w:rsidR="003C7CA3" w:rsidRDefault="003C7CA3">
            <w:pPr>
              <w:keepNext/>
            </w:pPr>
          </w:p>
        </w:tc>
      </w:tr>
      <w:tr w:rsidR="003C7CA3" w14:paraId="7BDDBA2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554FA7" w14:textId="77777777" w:rsidR="003C7CA3" w:rsidRDefault="003454F7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3C7CA3" w14:paraId="3BB88CF2" w14:textId="77777777">
        <w:trPr>
          <w:cantSplit/>
          <w:trHeight w:val="510"/>
        </w:trPr>
        <w:tc>
          <w:tcPr>
            <w:tcW w:w="1606" w:type="dxa"/>
          </w:tcPr>
          <w:p w14:paraId="043BF13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0AA2A77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1CFF9F8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597DE54" w14:textId="77777777" w:rsidR="003C7CA3" w:rsidRDefault="003C7CA3">
            <w:pPr>
              <w:keepNext/>
            </w:pPr>
          </w:p>
        </w:tc>
        <w:tc>
          <w:tcPr>
            <w:tcW w:w="4818" w:type="dxa"/>
            <w:gridSpan w:val="5"/>
          </w:tcPr>
          <w:p w14:paraId="7E38FFA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6BB479E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5B5F48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072B5E3" w14:textId="77777777" w:rsidR="003C7CA3" w:rsidRDefault="003C7CA3">
            <w:pPr>
              <w:keepNext/>
            </w:pPr>
          </w:p>
        </w:tc>
      </w:tr>
      <w:tr w:rsidR="003C7CA3" w14:paraId="5F34DFE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20404B2" w14:textId="77777777" w:rsidR="003C7CA3" w:rsidRDefault="003454F7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3C7CA3" w14:paraId="5559BD4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A7E867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32F8A1F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76AB0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2F4110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083DD2A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</w:t>
            </w:r>
            <w:r>
              <w:rPr>
                <w:b/>
                <w:color w:val="0D5F78"/>
              </w:rPr>
              <w:t xml:space="preserve"> sectorul</w:t>
            </w:r>
          </w:p>
          <w:p w14:paraId="46C6D803" w14:textId="77777777" w:rsidR="003C7CA3" w:rsidRDefault="003C7CA3">
            <w:pPr>
              <w:keepNext/>
            </w:pPr>
          </w:p>
        </w:tc>
      </w:tr>
      <w:tr w:rsidR="003C7CA3" w14:paraId="50FF5E1E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EBF7D5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337B0E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A8A0FA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D86E73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B61CEC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624663E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174B8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5C921A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01C148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04D30C0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C54133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070EDB6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75C075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7092F64A" w14:textId="77777777" w:rsidR="003C7CA3" w:rsidRDefault="003C7CA3">
            <w:pPr>
              <w:keepNext/>
            </w:pPr>
          </w:p>
        </w:tc>
      </w:tr>
      <w:tr w:rsidR="003C7CA3" w14:paraId="49F9417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CA966A" w14:textId="77777777" w:rsidR="003C7CA3" w:rsidRDefault="003454F7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C7CA3" w14:paraId="692FAC07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A514DD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1C251D1C" w14:textId="77777777" w:rsidR="003C7CA3" w:rsidRDefault="003C7CA3">
            <w:pPr>
              <w:keepNext/>
            </w:pPr>
          </w:p>
        </w:tc>
        <w:tc>
          <w:tcPr>
            <w:tcW w:w="5621" w:type="dxa"/>
            <w:gridSpan w:val="5"/>
          </w:tcPr>
          <w:p w14:paraId="56DA7E8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17350C90" w14:textId="77777777" w:rsidR="003C7CA3" w:rsidRDefault="003C7CA3">
            <w:pPr>
              <w:keepNext/>
            </w:pPr>
          </w:p>
        </w:tc>
      </w:tr>
      <w:tr w:rsidR="003C7CA3" w14:paraId="201FC87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4E77FD4" w14:textId="77777777" w:rsidR="003C7CA3" w:rsidRDefault="003454F7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3C7CA3" w14:paraId="1C66AA69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7E59B4D9" w14:textId="77777777" w:rsidR="003C7CA3" w:rsidRDefault="003454F7">
            <w:r>
              <w:rPr>
                <w:b/>
                <w:color w:val="0D5F78"/>
              </w:rPr>
              <w:t>În calitate de reprezentant al</w:t>
            </w:r>
          </w:p>
          <w:p w14:paraId="527BD733" w14:textId="77777777" w:rsidR="003C7CA3" w:rsidRDefault="003C7CA3"/>
        </w:tc>
        <w:tc>
          <w:tcPr>
            <w:tcW w:w="3212" w:type="dxa"/>
            <w:gridSpan w:val="2"/>
          </w:tcPr>
          <w:p w14:paraId="73FBAECB" w14:textId="77777777" w:rsidR="003C7CA3" w:rsidRDefault="003454F7">
            <w:r>
              <w:rPr>
                <w:b/>
                <w:color w:val="0D5F78"/>
              </w:rPr>
              <w:t>CUI / CIF</w:t>
            </w:r>
          </w:p>
          <w:p w14:paraId="196D97D6" w14:textId="77777777" w:rsidR="003C7CA3" w:rsidRDefault="003C7CA3"/>
        </w:tc>
      </w:tr>
    </w:tbl>
    <w:p w14:paraId="29A4446E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000CB846" w14:textId="77777777">
        <w:trPr>
          <w:cantSplit/>
        </w:trPr>
        <w:tc>
          <w:tcPr>
            <w:tcW w:w="9636" w:type="dxa"/>
            <w:shd w:val="clear" w:color="auto" w:fill="F4F4F4"/>
          </w:tcPr>
          <w:p w14:paraId="1DE1F1FA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TITULAR AL</w:t>
            </w:r>
          </w:p>
        </w:tc>
      </w:tr>
      <w:tr w:rsidR="003C7CA3" w14:paraId="1A6AF421" w14:textId="77777777">
        <w:trPr>
          <w:cantSplit/>
        </w:trPr>
        <w:tc>
          <w:tcPr>
            <w:tcW w:w="9636" w:type="dxa"/>
          </w:tcPr>
          <w:p w14:paraId="03060E9B" w14:textId="452CA9AA" w:rsidR="003C7CA3" w:rsidRDefault="003454F7">
            <w:r>
              <w:rPr>
                <w:sz w:val="16"/>
              </w:rPr>
              <w:t xml:space="preserve"> ☐ dreptului de proprietate asupra imobilului     ☐ unui alt drept real corespunzător proprietății publice     ☐ dreptului de creanță     ☐ unui alt drept potrivit art. 248 alin. (2)</w:t>
            </w:r>
            <w:r w:rsidR="00C32AB5">
              <w:rPr>
                <w:sz w:val="16"/>
              </w:rPr>
              <w:t xml:space="preserve"> din Legea nr.169/2026</w:t>
            </w:r>
          </w:p>
        </w:tc>
      </w:tr>
    </w:tbl>
    <w:p w14:paraId="14245061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5B29C5" w14:paraId="1087A62F" w14:textId="77777777" w:rsidTr="00303E64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B2188BE" w14:textId="180A9649" w:rsidR="005B29C5" w:rsidRDefault="005B29C5" w:rsidP="00303E64">
            <w:pPr>
              <w:keepNext/>
            </w:pP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TITULAR AL</w:t>
            </w:r>
          </w:p>
        </w:tc>
      </w:tr>
      <w:tr w:rsidR="005B29C5" w14:paraId="5D544392" w14:textId="77777777" w:rsidTr="00C47FA7">
        <w:trPr>
          <w:cantSplit/>
        </w:trPr>
        <w:tc>
          <w:tcPr>
            <w:tcW w:w="4818" w:type="dxa"/>
          </w:tcPr>
          <w:p w14:paraId="17241E11" w14:textId="07386F21" w:rsidR="005B29C5" w:rsidRPr="005B29C5" w:rsidRDefault="005B29C5" w:rsidP="005B29C5">
            <w:pPr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>C</w:t>
            </w:r>
            <w:r w:rsidRPr="005B29C5">
              <w:rPr>
                <w:b/>
                <w:color w:val="0D5F78"/>
                <w:lang w:val="fr-FR"/>
              </w:rPr>
              <w:t>ertificatului de urbanism nr. / data</w:t>
            </w:r>
          </w:p>
          <w:p w14:paraId="1B8AD45C" w14:textId="77777777" w:rsidR="005B29C5" w:rsidRDefault="005B29C5" w:rsidP="005B29C5"/>
        </w:tc>
        <w:tc>
          <w:tcPr>
            <w:tcW w:w="4818" w:type="dxa"/>
          </w:tcPr>
          <w:p w14:paraId="5FA2231A" w14:textId="77777777" w:rsidR="005B29C5" w:rsidRDefault="005B29C5" w:rsidP="005B29C5">
            <w:r>
              <w:rPr>
                <w:b/>
                <w:color w:val="0D5F78"/>
              </w:rPr>
              <w:t>emis de</w:t>
            </w:r>
          </w:p>
          <w:p w14:paraId="3EFF25A7" w14:textId="79FDE017" w:rsidR="005B29C5" w:rsidRDefault="005B29C5" w:rsidP="005B29C5"/>
        </w:tc>
      </w:tr>
    </w:tbl>
    <w:p w14:paraId="24ABCC7F" w14:textId="77777777" w:rsidR="001531A5" w:rsidRDefault="00C32AB5" w:rsidP="00C32AB5">
      <w:pPr>
        <w:spacing w:before="80" w:after="60"/>
        <w:jc w:val="center"/>
        <w:rPr>
          <w:sz w:val="18"/>
        </w:rPr>
      </w:pPr>
      <w:r>
        <w:rPr>
          <w:sz w:val="18"/>
        </w:rPr>
        <w:t xml:space="preserve">în conformitate cu prevederile Legii nr. 169/2026 privind Codul amenajării teritoriului, urbanismului și construcțiilor, </w:t>
      </w:r>
    </w:p>
    <w:p w14:paraId="1474EB1C" w14:textId="7A9E4436" w:rsidR="00C32AB5" w:rsidRPr="00C32AB5" w:rsidRDefault="00C32AB5" w:rsidP="00C32AB5">
      <w:pPr>
        <w:spacing w:before="80" w:after="60"/>
        <w:jc w:val="center"/>
        <w:rPr>
          <w:sz w:val="18"/>
        </w:rPr>
      </w:pPr>
      <w:r>
        <w:rPr>
          <w:sz w:val="18"/>
        </w:rPr>
        <w:t>solicit emiterea</w:t>
      </w:r>
    </w:p>
    <w:p w14:paraId="025957C7" w14:textId="77777777" w:rsidR="001531A5" w:rsidRDefault="00C32AB5" w:rsidP="00C32AB5">
      <w:pPr>
        <w:spacing w:after="160"/>
        <w:jc w:val="center"/>
        <w:rPr>
          <w:b/>
          <w:sz w:val="20"/>
        </w:rPr>
      </w:pPr>
      <w:r>
        <w:rPr>
          <w:b/>
          <w:sz w:val="20"/>
        </w:rPr>
        <w:t xml:space="preserve">Autorizației de ☐ construire / ☐ desființare </w:t>
      </w:r>
    </w:p>
    <w:p w14:paraId="646C5D13" w14:textId="6DD0E7CB" w:rsidR="00C32AB5" w:rsidRPr="00C32AB5" w:rsidRDefault="00C32AB5" w:rsidP="00C32AB5">
      <w:pPr>
        <w:spacing w:after="160"/>
        <w:jc w:val="center"/>
        <w:rPr>
          <w:b/>
          <w:sz w:val="20"/>
        </w:rPr>
      </w:pPr>
      <w:r>
        <w:rPr>
          <w:b/>
          <w:sz w:val="20"/>
        </w:rPr>
        <w:t>☐ clădiri și amenjări / ☐ lucrări inginerești / ☐ construcții speciale</w:t>
      </w:r>
    </w:p>
    <w:p w14:paraId="76839621" w14:textId="77777777" w:rsidR="00C32AB5" w:rsidRDefault="00C32AB5" w:rsidP="00C32AB5">
      <w:pPr>
        <w:spacing w:after="160"/>
        <w:jc w:val="center"/>
      </w:pPr>
      <w:r>
        <w:rPr>
          <w:sz w:val="20"/>
        </w:rPr>
        <w:t xml:space="preserve">precum și a </w:t>
      </w:r>
      <w:r>
        <w:rPr>
          <w:b/>
          <w:sz w:val="20"/>
        </w:rPr>
        <w:t xml:space="preserve">☐ Autorizației de amenajare </w:t>
      </w:r>
      <w:proofErr w:type="gramStart"/>
      <w:r>
        <w:rPr>
          <w:b/>
          <w:sz w:val="20"/>
        </w:rPr>
        <w:t>a</w:t>
      </w:r>
      <w:proofErr w:type="gramEnd"/>
      <w:r>
        <w:rPr>
          <w:b/>
          <w:sz w:val="20"/>
        </w:rPr>
        <w:t xml:space="preserve"> organizării execuției</w:t>
      </w:r>
      <w:r>
        <w:rPr>
          <w:b/>
          <w:sz w:val="20"/>
        </w:rPr>
        <w:br/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32AB5" w:rsidRPr="00F61A70" w14:paraId="35B98EF6" w14:textId="77777777" w:rsidTr="00303E64">
        <w:trPr>
          <w:cantSplit/>
        </w:trPr>
        <w:tc>
          <w:tcPr>
            <w:tcW w:w="9636" w:type="dxa"/>
            <w:shd w:val="clear" w:color="auto" w:fill="F4F4F4"/>
          </w:tcPr>
          <w:p w14:paraId="312363D4" w14:textId="2BBF1D99" w:rsidR="00C32AB5" w:rsidRPr="005B29C5" w:rsidRDefault="00C32AB5" w:rsidP="00303E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5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sz w:val="18"/>
                <w:szCs w:val="18"/>
                <w:lang w:val="fr-FR"/>
              </w:rPr>
              <w:t>ÎN SCOPUL REALIZĂRII</w:t>
            </w:r>
            <w:r w:rsidRPr="005B29C5">
              <w:rPr>
                <w:b/>
                <w:sz w:val="16"/>
                <w:lang w:val="fr-FR"/>
              </w:rPr>
              <w:t xml:space="preserve"> </w:t>
            </w:r>
            <w:proofErr w:type="gramStart"/>
            <w:r w:rsidRPr="005B29C5">
              <w:rPr>
                <w:b/>
                <w:color w:val="000000"/>
                <w:sz w:val="18"/>
                <w:lang w:val="fr-FR"/>
              </w:rPr>
              <w:t>OBIECTIVUL</w:t>
            </w:r>
            <w:r>
              <w:rPr>
                <w:b/>
                <w:color w:val="000000"/>
                <w:sz w:val="18"/>
                <w:lang w:val="fr-FR"/>
              </w:rPr>
              <w:t xml:space="preserve">UI  </w:t>
            </w:r>
            <w:r w:rsidRPr="005B29C5">
              <w:rPr>
                <w:b/>
                <w:color w:val="000000"/>
                <w:sz w:val="18"/>
                <w:lang w:val="fr-FR"/>
              </w:rPr>
              <w:t>/</w:t>
            </w:r>
            <w:proofErr w:type="gramEnd"/>
            <w:r>
              <w:rPr>
                <w:b/>
                <w:color w:val="000000"/>
                <w:sz w:val="18"/>
                <w:lang w:val="fr-FR"/>
              </w:rPr>
              <w:t xml:space="preserve"> </w:t>
            </w:r>
            <w:r w:rsidRPr="005B29C5">
              <w:rPr>
                <w:b/>
                <w:color w:val="000000"/>
                <w:sz w:val="18"/>
                <w:lang w:val="fr-FR"/>
              </w:rPr>
              <w:t>OBIECTULUI  DE INVESTIȚII</w:t>
            </w:r>
          </w:p>
        </w:tc>
      </w:tr>
      <w:tr w:rsidR="00C32AB5" w14:paraId="7C44D6E1" w14:textId="77777777" w:rsidTr="00303E64">
        <w:trPr>
          <w:cantSplit/>
        </w:trPr>
        <w:tc>
          <w:tcPr>
            <w:tcW w:w="9636" w:type="dxa"/>
            <w:shd w:val="clear" w:color="auto" w:fill="F4F4F4"/>
          </w:tcPr>
          <w:p w14:paraId="2AAE5021" w14:textId="56EF46F8" w:rsidR="00C32AB5" w:rsidRDefault="00C32AB5" w:rsidP="00303E64">
            <w:pPr>
              <w:keepNext/>
              <w:spacing w:line="228" w:lineRule="auto"/>
            </w:pPr>
            <w:r>
              <w:t xml:space="preserve">include </w:t>
            </w:r>
            <w:r w:rsidR="001531A5">
              <w:t xml:space="preserve">cel puțin </w:t>
            </w:r>
            <w:r>
              <w:t>funcțiunea principală și secundare</w:t>
            </w:r>
          </w:p>
        </w:tc>
      </w:tr>
      <w:tr w:rsidR="00C32AB5" w14:paraId="5552796F" w14:textId="77777777" w:rsidTr="00303E64">
        <w:trPr>
          <w:cantSplit/>
        </w:trPr>
        <w:tc>
          <w:tcPr>
            <w:tcW w:w="9636" w:type="dxa"/>
          </w:tcPr>
          <w:p w14:paraId="77F46E38" w14:textId="77777777" w:rsidR="00C32AB5" w:rsidRDefault="00C32AB5" w:rsidP="00303E64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77355D8A" w14:textId="77777777" w:rsidR="00C32AB5" w:rsidRDefault="00C32AB5" w:rsidP="00303E64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</w:tbl>
    <w:p w14:paraId="2E66493B" w14:textId="40165133" w:rsidR="003C7CA3" w:rsidRDefault="003C7CA3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3C7CA3" w14:paraId="141F6558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25143AC5" w14:textId="57ECE718" w:rsidR="003C7CA3" w:rsidRDefault="003454F7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C32AB5">
              <w:rPr>
                <w:b/>
                <w:sz w:val="16"/>
              </w:rPr>
              <w:t>6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 / IMOBILE</w:t>
            </w:r>
          </w:p>
        </w:tc>
      </w:tr>
      <w:tr w:rsidR="003C7CA3" w:rsidRPr="00F61A70" w14:paraId="238DC72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37FA947" w14:textId="77777777" w:rsidR="003C7CA3" w:rsidRPr="005B29C5" w:rsidRDefault="003454F7">
            <w:pPr>
              <w:keepNext/>
              <w:spacing w:line="228" w:lineRule="auto"/>
              <w:rPr>
                <w:lang w:val="fr-FR"/>
              </w:rPr>
            </w:pPr>
            <w:r w:rsidRPr="005B29C5">
              <w:rPr>
                <w:lang w:val="fr-FR"/>
              </w:rPr>
              <w:t xml:space="preserve">Pentru fiecare imobil </w:t>
            </w:r>
            <w:r w:rsidRPr="005B29C5">
              <w:rPr>
                <w:lang w:val="fr-FR"/>
              </w:rPr>
              <w:t xml:space="preserve">se completează obligatoriu câte o anexă </w:t>
            </w:r>
            <w:proofErr w:type="gramStart"/>
            <w:r w:rsidRPr="005B29C5">
              <w:rPr>
                <w:lang w:val="fr-FR"/>
              </w:rPr>
              <w:t>tehnică;</w:t>
            </w:r>
            <w:proofErr w:type="gramEnd"/>
            <w:r w:rsidRPr="005B29C5">
              <w:rPr>
                <w:lang w:val="fr-FR"/>
              </w:rPr>
              <w:t xml:space="preserve"> celelalte imobile se înscriu în anexa de imobile.</w:t>
            </w:r>
          </w:p>
        </w:tc>
      </w:tr>
      <w:tr w:rsidR="003C7CA3" w14:paraId="2A794A3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11D41FD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Imobil 1</w:t>
            </w:r>
          </w:p>
        </w:tc>
      </w:tr>
      <w:tr w:rsidR="003C7CA3" w14:paraId="29520B4E" w14:textId="77777777">
        <w:trPr>
          <w:cantSplit/>
          <w:trHeight w:val="510"/>
        </w:trPr>
        <w:tc>
          <w:tcPr>
            <w:tcW w:w="3212" w:type="dxa"/>
          </w:tcPr>
          <w:p w14:paraId="0A203E5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1204C28A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5BA7D25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503C5161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350ADBE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7CA38C80" w14:textId="77777777" w:rsidR="003C7CA3" w:rsidRDefault="003C7CA3">
            <w:pPr>
              <w:keepNext/>
            </w:pPr>
          </w:p>
        </w:tc>
      </w:tr>
      <w:tr w:rsidR="003C7CA3" w14:paraId="108AC1B7" w14:textId="77777777">
        <w:trPr>
          <w:cantSplit/>
          <w:trHeight w:val="510"/>
        </w:trPr>
        <w:tc>
          <w:tcPr>
            <w:tcW w:w="3212" w:type="dxa"/>
          </w:tcPr>
          <w:p w14:paraId="4B886C1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4BA80733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828FCA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77082C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256FC4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7E1897F6" w14:textId="77777777" w:rsidR="003C7CA3" w:rsidRDefault="003C7CA3">
            <w:pPr>
              <w:keepNext/>
            </w:pPr>
          </w:p>
        </w:tc>
      </w:tr>
      <w:tr w:rsidR="003C7CA3" w14:paraId="12C6CF62" w14:textId="77777777">
        <w:trPr>
          <w:cantSplit/>
          <w:trHeight w:val="510"/>
        </w:trPr>
        <w:tc>
          <w:tcPr>
            <w:tcW w:w="3212" w:type="dxa"/>
          </w:tcPr>
          <w:p w14:paraId="36363B0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9829809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20F891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90AAF1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19ECC62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B799B4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346007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5F8C34E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0D7AA1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CA4F21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EE8765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7107F23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EEA168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356F8825" w14:textId="77777777" w:rsidR="003C7CA3" w:rsidRDefault="003C7CA3">
            <w:pPr>
              <w:keepNext/>
            </w:pPr>
          </w:p>
        </w:tc>
      </w:tr>
    </w:tbl>
    <w:p w14:paraId="732043C2" w14:textId="77777777" w:rsidR="003C7CA3" w:rsidRDefault="003C7CA3">
      <w:pPr>
        <w:spacing w:line="168" w:lineRule="auto"/>
      </w:pPr>
    </w:p>
    <w:p w14:paraId="317B91B1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3C7CA3" w:rsidRPr="00F61A70" w14:paraId="11BAE663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C910006" w14:textId="71DC325D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lastRenderedPageBreak/>
              <w:t xml:space="preserve"> </w:t>
            </w:r>
            <w:r w:rsidR="005B29C5">
              <w:rPr>
                <w:b/>
                <w:sz w:val="16"/>
                <w:lang w:val="fr-FR"/>
              </w:rPr>
              <w:t>7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color w:val="000000"/>
                <w:sz w:val="18"/>
                <w:lang w:val="fr-FR"/>
              </w:rPr>
              <w:t>PROIECTUL ATAȘAT ȘI ECHIPA DE PROIECTARE</w:t>
            </w:r>
          </w:p>
        </w:tc>
      </w:tr>
      <w:tr w:rsidR="003C7CA3" w:rsidRPr="005B29C5" w14:paraId="0ACAA9B2" w14:textId="77777777">
        <w:trPr>
          <w:cantSplit/>
        </w:trPr>
        <w:tc>
          <w:tcPr>
            <w:tcW w:w="9636" w:type="dxa"/>
            <w:gridSpan w:val="4"/>
          </w:tcPr>
          <w:p w14:paraId="389DB7C6" w14:textId="77777777" w:rsidR="005B29C5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r w:rsidR="005B29C5"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 xml:space="preserve">roiect pentru autorizarea construirii     ☐ </w:t>
            </w:r>
            <w:r w:rsidR="005B29C5"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 xml:space="preserve">roiect pentru autorizarea desființării     ☐ </w:t>
            </w:r>
            <w:r w:rsidR="005B29C5">
              <w:rPr>
                <w:sz w:val="16"/>
                <w:lang w:val="fr-FR"/>
              </w:rPr>
              <w:t xml:space="preserve">Proiect pentru </w:t>
            </w:r>
            <w:r w:rsidRPr="005B29C5">
              <w:rPr>
                <w:sz w:val="16"/>
                <w:lang w:val="fr-FR"/>
              </w:rPr>
              <w:t xml:space="preserve">intervenții asupra clădirilor existente     </w:t>
            </w:r>
          </w:p>
          <w:p w14:paraId="4A250F59" w14:textId="59DB8F0F" w:rsidR="003C7CA3" w:rsidRPr="005B29C5" w:rsidRDefault="005B29C5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5B29C5">
              <w:rPr>
                <w:sz w:val="16"/>
                <w:lang w:val="fr-FR"/>
              </w:rPr>
              <w:t xml:space="preserve">☐ </w:t>
            </w:r>
            <w:r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>roiect pentru autorizarea amenajării</w:t>
            </w:r>
          </w:p>
        </w:tc>
      </w:tr>
      <w:tr w:rsidR="003C7CA3" w14:paraId="5974F178" w14:textId="77777777">
        <w:trPr>
          <w:cantSplit/>
          <w:trHeight w:val="510"/>
        </w:trPr>
        <w:tc>
          <w:tcPr>
            <w:tcW w:w="3212" w:type="dxa"/>
          </w:tcPr>
          <w:p w14:paraId="1BDCB56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 / data proiectului</w:t>
            </w:r>
          </w:p>
          <w:p w14:paraId="7D2822E8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3"/>
          </w:tcPr>
          <w:p w14:paraId="07D00D1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Elaborator (denumire + sediu)</w:t>
            </w:r>
          </w:p>
          <w:p w14:paraId="53936ACC" w14:textId="77777777" w:rsidR="003C7CA3" w:rsidRDefault="003C7CA3">
            <w:pPr>
              <w:keepNext/>
            </w:pPr>
          </w:p>
        </w:tc>
      </w:tr>
      <w:tr w:rsidR="003C7CA3" w14:paraId="75A87EAB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76606EDE" w14:textId="77777777" w:rsidR="003C7CA3" w:rsidRDefault="003454F7">
            <w:r>
              <w:rPr>
                <w:b/>
                <w:color w:val="0D5F78"/>
              </w:rPr>
              <w:t>Proiectant autor — arhitect / arhitect conductor / arhitect de interior</w:t>
            </w:r>
          </w:p>
          <w:p w14:paraId="6C8A3887" w14:textId="77777777" w:rsidR="003C7CA3" w:rsidRDefault="003C7CA3"/>
        </w:tc>
        <w:tc>
          <w:tcPr>
            <w:tcW w:w="1606" w:type="dxa"/>
          </w:tcPr>
          <w:p w14:paraId="0DA772E1" w14:textId="77777777" w:rsidR="003C7CA3" w:rsidRDefault="003454F7">
            <w:r>
              <w:rPr>
                <w:b/>
                <w:color w:val="0D5F78"/>
              </w:rPr>
              <w:t>Nr. TNA</w:t>
            </w:r>
          </w:p>
          <w:p w14:paraId="6BEEE180" w14:textId="77777777" w:rsidR="003C7CA3" w:rsidRDefault="003C7CA3"/>
        </w:tc>
        <w:tc>
          <w:tcPr>
            <w:tcW w:w="4015" w:type="dxa"/>
          </w:tcPr>
          <w:p w14:paraId="464DDB71" w14:textId="77777777" w:rsidR="003C7CA3" w:rsidRDefault="003454F7">
            <w:r>
              <w:rPr>
                <w:b/>
                <w:color w:val="0D5F78"/>
              </w:rPr>
              <w:t>Ingineri, pe specialități</w:t>
            </w:r>
          </w:p>
          <w:p w14:paraId="33E86647" w14:textId="77777777" w:rsidR="003C7CA3" w:rsidRDefault="003C7CA3"/>
        </w:tc>
      </w:tr>
    </w:tbl>
    <w:p w14:paraId="5C104DE5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3C7CA3" w:rsidRPr="00F61A70" w14:paraId="4385328E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893A0E" w14:textId="7F0A678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5B29C5" w:rsidRPr="005B29C5">
              <w:rPr>
                <w:b/>
                <w:sz w:val="16"/>
                <w:lang w:val="fr-FR"/>
              </w:rPr>
              <w:t>8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="005B29C5" w:rsidRPr="005B29C5">
              <w:rPr>
                <w:b/>
                <w:sz w:val="18"/>
                <w:szCs w:val="18"/>
                <w:lang w:val="fr-FR"/>
              </w:rPr>
              <w:t>CLASA DE CONSECINȚE</w:t>
            </w:r>
            <w:r w:rsidR="005B29C5" w:rsidRPr="005B29C5">
              <w:rPr>
                <w:b/>
                <w:sz w:val="16"/>
                <w:lang w:val="fr-FR"/>
              </w:rPr>
              <w:t xml:space="preserve"> / </w:t>
            </w:r>
            <w:r w:rsidRPr="005B29C5">
              <w:rPr>
                <w:b/>
                <w:color w:val="000000"/>
                <w:sz w:val="18"/>
                <w:lang w:val="fr-FR"/>
              </w:rPr>
              <w:t>VERIFICAREA TEHNICĂ</w:t>
            </w:r>
          </w:p>
        </w:tc>
      </w:tr>
      <w:tr w:rsidR="003C7CA3" w:rsidRPr="00F61A70" w14:paraId="313D4B5F" w14:textId="77777777">
        <w:trPr>
          <w:cantSplit/>
        </w:trPr>
        <w:tc>
          <w:tcPr>
            <w:tcW w:w="9636" w:type="dxa"/>
            <w:gridSpan w:val="2"/>
          </w:tcPr>
          <w:p w14:paraId="67F15B02" w14:textId="77777777" w:rsidR="003C7CA3" w:rsidRPr="003F6F31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3F6F31">
              <w:rPr>
                <w:sz w:val="16"/>
                <w:lang w:val="fr-FR"/>
              </w:rPr>
              <w:t>☐</w:t>
            </w:r>
            <w:r w:rsidRPr="003F6F31">
              <w:rPr>
                <w:sz w:val="16"/>
                <w:lang w:val="fr-FR"/>
              </w:rPr>
              <w:t xml:space="preserve"> CC 1 / NVP 1   </w:t>
            </w:r>
            <w:r w:rsidRPr="003F6F31">
              <w:rPr>
                <w:sz w:val="16"/>
                <w:lang w:val="fr-FR"/>
              </w:rPr>
              <w:t xml:space="preserve">  ☐ CC 2 / NVP 2     ☐ CC 3 / NVP 3     ☐ CC 4 / NVP 4</w:t>
            </w:r>
          </w:p>
        </w:tc>
      </w:tr>
      <w:tr w:rsidR="003C7CA3" w14:paraId="6C291604" w14:textId="77777777">
        <w:trPr>
          <w:cantSplit/>
          <w:trHeight w:val="510"/>
        </w:trPr>
        <w:tc>
          <w:tcPr>
            <w:tcW w:w="5621" w:type="dxa"/>
          </w:tcPr>
          <w:p w14:paraId="178147B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rezistență mecanică și stabilitate — nume și prenume verificator / nr. atestat</w:t>
            </w:r>
          </w:p>
          <w:p w14:paraId="55A906E7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507ABA7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0F4F3175" w14:textId="77777777" w:rsidR="003C7CA3" w:rsidRDefault="003C7CA3">
            <w:pPr>
              <w:keepNext/>
            </w:pPr>
          </w:p>
        </w:tc>
      </w:tr>
      <w:tr w:rsidR="003C7CA3" w14:paraId="1B537CFD" w14:textId="77777777">
        <w:trPr>
          <w:cantSplit/>
          <w:trHeight w:val="510"/>
        </w:trPr>
        <w:tc>
          <w:tcPr>
            <w:tcW w:w="5621" w:type="dxa"/>
          </w:tcPr>
          <w:p w14:paraId="7F3E805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securitate la incendiu — nume și prenume verificator / nr. atestat</w:t>
            </w:r>
          </w:p>
          <w:p w14:paraId="1BCEE1ED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6ABE03D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16A6E2B2" w14:textId="77777777" w:rsidR="003C7CA3" w:rsidRDefault="003C7CA3">
            <w:pPr>
              <w:keepNext/>
            </w:pPr>
          </w:p>
        </w:tc>
      </w:tr>
      <w:tr w:rsidR="003C7CA3" w14:paraId="4D42D0D1" w14:textId="77777777">
        <w:trPr>
          <w:cantSplit/>
          <w:trHeight w:val="510"/>
        </w:trPr>
        <w:tc>
          <w:tcPr>
            <w:tcW w:w="5621" w:type="dxa"/>
          </w:tcPr>
          <w:p w14:paraId="6CEEC3D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igienă, </w:t>
            </w:r>
            <w:r>
              <w:rPr>
                <w:b/>
                <w:color w:val="0D5F78"/>
              </w:rPr>
              <w:t>sănătate și mediu înconjurător — nume și prenume verificator / nr. atestat</w:t>
            </w:r>
          </w:p>
          <w:p w14:paraId="1EDBBEFD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6F3AA61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380259FB" w14:textId="77777777" w:rsidR="003C7CA3" w:rsidRDefault="003C7CA3">
            <w:pPr>
              <w:keepNext/>
            </w:pPr>
          </w:p>
        </w:tc>
      </w:tr>
      <w:tr w:rsidR="003C7CA3" w14:paraId="3DABF892" w14:textId="77777777">
        <w:trPr>
          <w:cantSplit/>
          <w:trHeight w:val="510"/>
        </w:trPr>
        <w:tc>
          <w:tcPr>
            <w:tcW w:w="5621" w:type="dxa"/>
          </w:tcPr>
          <w:p w14:paraId="1751CB9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siguranță și accesibilitate în exploatare — nume și prenume verificator / nr. atestat</w:t>
            </w:r>
          </w:p>
          <w:p w14:paraId="37FBA497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4BE5F4B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4FE92136" w14:textId="77777777" w:rsidR="003C7CA3" w:rsidRDefault="003C7CA3">
            <w:pPr>
              <w:keepNext/>
            </w:pPr>
          </w:p>
        </w:tc>
      </w:tr>
      <w:tr w:rsidR="003C7CA3" w14:paraId="2F18EBB1" w14:textId="77777777">
        <w:trPr>
          <w:cantSplit/>
          <w:trHeight w:val="510"/>
        </w:trPr>
        <w:tc>
          <w:tcPr>
            <w:tcW w:w="5621" w:type="dxa"/>
          </w:tcPr>
          <w:p w14:paraId="096BDEB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protecție împotriva zgomotului — nume și prenume </w:t>
            </w:r>
            <w:r>
              <w:rPr>
                <w:b/>
                <w:color w:val="0D5F78"/>
              </w:rPr>
              <w:t>verificator / nr. atestat</w:t>
            </w:r>
          </w:p>
          <w:p w14:paraId="0A4BFEFB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2081974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2694A209" w14:textId="77777777" w:rsidR="003C7CA3" w:rsidRDefault="003C7CA3">
            <w:pPr>
              <w:keepNext/>
            </w:pPr>
          </w:p>
        </w:tc>
      </w:tr>
      <w:tr w:rsidR="003C7CA3" w14:paraId="400D17A7" w14:textId="77777777">
        <w:trPr>
          <w:cantSplit/>
          <w:trHeight w:val="510"/>
        </w:trPr>
        <w:tc>
          <w:tcPr>
            <w:tcW w:w="5621" w:type="dxa"/>
          </w:tcPr>
          <w:p w14:paraId="6A16B685" w14:textId="77777777" w:rsidR="003C7CA3" w:rsidRDefault="003454F7">
            <w:r>
              <w:rPr>
                <w:b/>
                <w:color w:val="0D5F78"/>
              </w:rPr>
              <w:t>economie de energie și izolare termică — nume și prenume verificator / nr. atestat</w:t>
            </w:r>
          </w:p>
          <w:p w14:paraId="046508A0" w14:textId="77777777" w:rsidR="003C7CA3" w:rsidRDefault="003C7CA3"/>
        </w:tc>
        <w:tc>
          <w:tcPr>
            <w:tcW w:w="4015" w:type="dxa"/>
          </w:tcPr>
          <w:p w14:paraId="3308A2B7" w14:textId="77777777" w:rsidR="003C7CA3" w:rsidRDefault="003454F7">
            <w:r>
              <w:rPr>
                <w:b/>
                <w:color w:val="0D5F78"/>
              </w:rPr>
              <w:t>Referat nr. / data</w:t>
            </w:r>
          </w:p>
          <w:p w14:paraId="6D570FFC" w14:textId="77777777" w:rsidR="003C7CA3" w:rsidRDefault="003C7CA3"/>
        </w:tc>
      </w:tr>
    </w:tbl>
    <w:p w14:paraId="51514B17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3C7CA3" w14:paraId="30BF493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BAA100" w14:textId="460D29EE" w:rsidR="003C7CA3" w:rsidRDefault="003454F7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5B29C5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VALORI ȘI DURATĂ</w:t>
            </w:r>
          </w:p>
        </w:tc>
      </w:tr>
      <w:tr w:rsidR="003C7CA3" w:rsidRPr="00F61A70" w14:paraId="69625671" w14:textId="77777777">
        <w:trPr>
          <w:cantSplit/>
          <w:trHeight w:val="510"/>
        </w:trPr>
        <w:tc>
          <w:tcPr>
            <w:tcW w:w="4015" w:type="dxa"/>
          </w:tcPr>
          <w:p w14:paraId="35681F51" w14:textId="77777777" w:rsidR="003C7CA3" w:rsidRDefault="003454F7">
            <w:r>
              <w:rPr>
                <w:b/>
                <w:color w:val="0D5F78"/>
              </w:rPr>
              <w:t>Valoarea lucrărilor supuse autorizării (lei)</w:t>
            </w:r>
          </w:p>
          <w:p w14:paraId="76862E94" w14:textId="77777777" w:rsidR="003C7CA3" w:rsidRDefault="003C7CA3"/>
        </w:tc>
        <w:tc>
          <w:tcPr>
            <w:tcW w:w="3212" w:type="dxa"/>
          </w:tcPr>
          <w:p w14:paraId="14B5E0E6" w14:textId="77777777" w:rsidR="003C7CA3" w:rsidRDefault="003454F7">
            <w:r>
              <w:rPr>
                <w:b/>
                <w:color w:val="0D5F78"/>
              </w:rPr>
              <w:t>Valoarea obiectivului (lei)</w:t>
            </w:r>
          </w:p>
          <w:p w14:paraId="20819838" w14:textId="77777777" w:rsidR="003C7CA3" w:rsidRDefault="003C7CA3"/>
        </w:tc>
        <w:tc>
          <w:tcPr>
            <w:tcW w:w="2409" w:type="dxa"/>
          </w:tcPr>
          <w:p w14:paraId="26B96CD2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Durata estimată de execuție (luni)</w:t>
            </w:r>
          </w:p>
          <w:p w14:paraId="32906AEA" w14:textId="77777777" w:rsidR="003C7CA3" w:rsidRPr="005B29C5" w:rsidRDefault="003C7CA3">
            <w:pPr>
              <w:rPr>
                <w:lang w:val="fr-FR"/>
              </w:rPr>
            </w:pPr>
          </w:p>
        </w:tc>
      </w:tr>
    </w:tbl>
    <w:p w14:paraId="65218AF1" w14:textId="4D32B4C8" w:rsidR="003C7CA3" w:rsidRPr="005B29C5" w:rsidRDefault="003C7CA3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6544AF45" w14:textId="77777777">
        <w:trPr>
          <w:cantSplit/>
        </w:trPr>
        <w:tc>
          <w:tcPr>
            <w:tcW w:w="9636" w:type="dxa"/>
            <w:shd w:val="clear" w:color="auto" w:fill="F4F4F4"/>
          </w:tcPr>
          <w:p w14:paraId="52DC375C" w14:textId="5213E40F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5B29C5">
              <w:rPr>
                <w:b/>
                <w:sz w:val="16"/>
              </w:rPr>
              <w:t>10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3C7CA3" w:rsidRPr="00F61A70" w14:paraId="2CF92BA9" w14:textId="77777777">
        <w:trPr>
          <w:cantSplit/>
        </w:trPr>
        <w:tc>
          <w:tcPr>
            <w:tcW w:w="9636" w:type="dxa"/>
          </w:tcPr>
          <w:p w14:paraId="1704C4A8" w14:textId="17C246DD" w:rsidR="002B61AC" w:rsidRPr="002B61AC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a) extras de plan cadastral actualizat și extras de carte funciară actualizat</w:t>
            </w:r>
            <w:r w:rsidR="002B61AC">
              <w:rPr>
                <w:sz w:val="16"/>
                <w:lang w:val="fr-FR"/>
              </w:rPr>
              <w:t>, nu mai vechi de 30 de zile</w:t>
            </w:r>
          </w:p>
        </w:tc>
      </w:tr>
      <w:tr w:rsidR="003C7CA3" w:rsidRPr="00F61A70" w14:paraId="7B857128" w14:textId="77777777">
        <w:trPr>
          <w:cantSplit/>
        </w:trPr>
        <w:tc>
          <w:tcPr>
            <w:tcW w:w="9636" w:type="dxa"/>
          </w:tcPr>
          <w:p w14:paraId="6E0CC8EF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b) actele care atestă dreptul în baza căruia titularul poate solicita </w:t>
            </w:r>
            <w:r w:rsidRPr="005B29C5">
              <w:rPr>
                <w:sz w:val="16"/>
                <w:lang w:val="fr-FR"/>
              </w:rPr>
              <w:t>emiterea autorizației, dacă este cazul (copie conform cu originalul)</w:t>
            </w:r>
          </w:p>
        </w:tc>
      </w:tr>
      <w:tr w:rsidR="003C7CA3" w:rsidRPr="00F61A70" w14:paraId="10580FAB" w14:textId="77777777">
        <w:trPr>
          <w:cantSplit/>
        </w:trPr>
        <w:tc>
          <w:tcPr>
            <w:tcW w:w="9636" w:type="dxa"/>
          </w:tcPr>
          <w:p w14:paraId="495300F2" w14:textId="57B7943C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c) proiectul pentru autorizarea construirii / desființării / intervențiilor asupra construcțiilor existente / amenajării / organizării de șantier, după caz (2 exemplare originale</w:t>
            </w:r>
            <w:r w:rsidR="001531A5">
              <w:rPr>
                <w:sz w:val="16"/>
                <w:lang w:val="fr-FR"/>
              </w:rPr>
              <w:t xml:space="preserve"> sau 1 exemplar original, în format letric, acolo unde autoritatea are posibilitatea </w:t>
            </w:r>
            <w:proofErr w:type="gramStart"/>
            <w:r w:rsidR="001531A5">
              <w:rPr>
                <w:sz w:val="16"/>
                <w:lang w:val="fr-FR"/>
              </w:rPr>
              <w:t>de a</w:t>
            </w:r>
            <w:proofErr w:type="gramEnd"/>
            <w:r w:rsidR="001531A5">
              <w:rPr>
                <w:sz w:val="16"/>
                <w:lang w:val="fr-FR"/>
              </w:rPr>
              <w:t xml:space="preserve"> arhiva în format digital</w:t>
            </w:r>
            <w:r w:rsidRPr="005B29C5">
              <w:rPr>
                <w:sz w:val="16"/>
                <w:lang w:val="fr-FR"/>
              </w:rPr>
              <w:t>)</w:t>
            </w:r>
          </w:p>
        </w:tc>
      </w:tr>
      <w:tr w:rsidR="003C7CA3" w:rsidRPr="00F61A70" w14:paraId="3544A2F7" w14:textId="77777777">
        <w:trPr>
          <w:cantSplit/>
        </w:trPr>
        <w:tc>
          <w:tcPr>
            <w:tcW w:w="9636" w:type="dxa"/>
          </w:tcPr>
          <w:p w14:paraId="1D5DDF1A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d) referatele de verificare ale proiectului, corespunzător clasei de consecințe a obiectivului (câte 1 exemplar copie)</w:t>
            </w:r>
          </w:p>
        </w:tc>
      </w:tr>
      <w:tr w:rsidR="003C7CA3" w14:paraId="3EBF16E5" w14:textId="77777777">
        <w:trPr>
          <w:cantSplit/>
        </w:trPr>
        <w:tc>
          <w:tcPr>
            <w:tcW w:w="9636" w:type="dxa"/>
          </w:tcPr>
          <w:p w14:paraId="252CB240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e) avizele și acordur</w:t>
            </w:r>
            <w:r w:rsidRPr="005B29C5">
              <w:rPr>
                <w:sz w:val="16"/>
                <w:lang w:val="fr-FR"/>
              </w:rPr>
              <w:t xml:space="preserve">ile stabilite prin certificatul de urbanism nr. …… din …………… </w:t>
            </w:r>
            <w:r>
              <w:rPr>
                <w:sz w:val="16"/>
              </w:rPr>
              <w:t>(câte 1 exemplar copie)</w:t>
            </w:r>
          </w:p>
        </w:tc>
      </w:tr>
      <w:tr w:rsidR="003C7CA3" w14:paraId="480BAB99" w14:textId="77777777">
        <w:trPr>
          <w:cantSplit/>
        </w:trPr>
        <w:tc>
          <w:tcPr>
            <w:tcW w:w="9636" w:type="dxa"/>
          </w:tcPr>
          <w:p w14:paraId="43DE1A45" w14:textId="77777777" w:rsidR="003C7CA3" w:rsidRDefault="003454F7">
            <w:pPr>
              <w:keepNext/>
              <w:pBdr>
                <w:bottom w:val="dotted" w:sz="6" w:space="0" w:color="999999"/>
              </w:pBdr>
              <w:spacing w:after="80"/>
            </w:pPr>
            <w:r>
              <w:rPr>
                <w:i/>
                <w:color w:val="7A7A7A"/>
              </w:rPr>
              <w:t xml:space="preserve">avizele și acordurile anexate — enumerare  </w:t>
            </w:r>
          </w:p>
          <w:p w14:paraId="3AA2A30E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C562FB3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617090CF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36704A8A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CE854D8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3C7CA3" w14:paraId="0BAC7C49" w14:textId="77777777">
        <w:trPr>
          <w:cantSplit/>
        </w:trPr>
        <w:tc>
          <w:tcPr>
            <w:tcW w:w="9636" w:type="dxa"/>
          </w:tcPr>
          <w:p w14:paraId="02C2F137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f) punctul de vedere sau actul administrativ al autorității competente pentru protecția mediului, în cazul în care a </w:t>
            </w:r>
            <w:r>
              <w:rPr>
                <w:sz w:val="16"/>
              </w:rPr>
              <w:t>fost solicitată evaluarea, și acordul de mediu, dacă este cazul (1 exemplar copie)</w:t>
            </w:r>
          </w:p>
        </w:tc>
      </w:tr>
      <w:tr w:rsidR="003C7CA3" w14:paraId="7DF14FE6" w14:textId="77777777">
        <w:trPr>
          <w:cantSplit/>
        </w:trPr>
        <w:tc>
          <w:tcPr>
            <w:tcW w:w="9636" w:type="dxa"/>
          </w:tcPr>
          <w:p w14:paraId="7328C3ED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g) declarația pe propria răspundere în cazul în care pentru anumite avize / acorduri se invocă acordarea tacită (original)</w:t>
            </w:r>
          </w:p>
        </w:tc>
      </w:tr>
      <w:tr w:rsidR="003C7CA3" w:rsidRPr="00F61A70" w14:paraId="009A34B6" w14:textId="77777777">
        <w:trPr>
          <w:cantSplit/>
        </w:trPr>
        <w:tc>
          <w:tcPr>
            <w:tcW w:w="9636" w:type="dxa"/>
          </w:tcPr>
          <w:p w14:paraId="2D93225E" w14:textId="77777777" w:rsidR="003C7CA3" w:rsidRPr="005B29C5" w:rsidRDefault="003454F7">
            <w:pPr>
              <w:keepNext/>
              <w:rPr>
                <w:lang w:val="fr-FR"/>
              </w:rPr>
            </w:pPr>
            <w:r>
              <w:rPr>
                <w:sz w:val="16"/>
              </w:rPr>
              <w:t xml:space="preserve"> </w:t>
            </w: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h) acordul vecinilor (1 exemplar copie)</w:t>
            </w:r>
          </w:p>
        </w:tc>
      </w:tr>
      <w:tr w:rsidR="003C7CA3" w:rsidRPr="00F61A70" w14:paraId="063DF493" w14:textId="77777777">
        <w:trPr>
          <w:cantSplit/>
        </w:trPr>
        <w:tc>
          <w:tcPr>
            <w:tcW w:w="9636" w:type="dxa"/>
          </w:tcPr>
          <w:p w14:paraId="36E4E55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sz w:val="16"/>
                <w:lang w:val="fr-FR"/>
              </w:rPr>
              <w:t>i) raportul de expertiză tehnică preliminară privind influența asupra vecinătăților, pentru cerința fundamentală rezistență mecanică și stabilitate, dacă este cazul (1 exemplar copie)</w:t>
            </w:r>
          </w:p>
        </w:tc>
      </w:tr>
      <w:tr w:rsidR="003C7CA3" w:rsidRPr="00F61A70" w14:paraId="4F7860AB" w14:textId="77777777">
        <w:trPr>
          <w:cantSplit/>
        </w:trPr>
        <w:tc>
          <w:tcPr>
            <w:tcW w:w="9636" w:type="dxa"/>
          </w:tcPr>
          <w:p w14:paraId="11DC676C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j) rapoartele de expertiză tehnică pentru cerințele fundamentale rezi</w:t>
            </w:r>
            <w:r w:rsidRPr="005B29C5">
              <w:rPr>
                <w:sz w:val="16"/>
                <w:lang w:val="fr-FR"/>
              </w:rPr>
              <w:t>stență mecanică și stabilitate și securitate la incendiu, precum și pentru celelalte cerințe fundamentale, în cazul intervențiilor la construcții existente (1 exemplar copie)</w:t>
            </w:r>
          </w:p>
        </w:tc>
      </w:tr>
      <w:tr w:rsidR="003C7CA3" w:rsidRPr="00F61A70" w14:paraId="1109951D" w14:textId="77777777">
        <w:trPr>
          <w:cantSplit/>
        </w:trPr>
        <w:tc>
          <w:tcPr>
            <w:tcW w:w="9636" w:type="dxa"/>
          </w:tcPr>
          <w:p w14:paraId="5821501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k) raportul privind cerințele minime de conformare a unei clădiri cu consum de</w:t>
            </w:r>
            <w:r w:rsidRPr="005B29C5">
              <w:rPr>
                <w:sz w:val="16"/>
                <w:lang w:val="fr-FR"/>
              </w:rPr>
              <w:t xml:space="preserve"> energie aproape egal cu zero, dacă este cazul (1 exemplar copie)</w:t>
            </w:r>
          </w:p>
        </w:tc>
      </w:tr>
      <w:tr w:rsidR="003C7CA3" w:rsidRPr="00F61A70" w14:paraId="1784D2A4" w14:textId="77777777">
        <w:trPr>
          <w:cantSplit/>
        </w:trPr>
        <w:tc>
          <w:tcPr>
            <w:tcW w:w="9636" w:type="dxa"/>
          </w:tcPr>
          <w:p w14:paraId="37AA3375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l) raportul </w:t>
            </w:r>
            <w:proofErr w:type="gramStart"/>
            <w:r w:rsidRPr="005B29C5">
              <w:rPr>
                <w:sz w:val="16"/>
                <w:lang w:val="fr-FR"/>
              </w:rPr>
              <w:t>de audit</w:t>
            </w:r>
            <w:proofErr w:type="gramEnd"/>
            <w:r w:rsidRPr="005B29C5">
              <w:rPr>
                <w:sz w:val="16"/>
                <w:lang w:val="fr-FR"/>
              </w:rPr>
              <w:t xml:space="preserve"> energetic în vederea creșterii performanței energetice, în cazul intervențiilor la clădiri existente (1 exemplar copie)</w:t>
            </w:r>
          </w:p>
        </w:tc>
      </w:tr>
      <w:tr w:rsidR="003C7CA3" w:rsidRPr="00F61A70" w14:paraId="38C66619" w14:textId="77777777">
        <w:trPr>
          <w:cantSplit/>
        </w:trPr>
        <w:tc>
          <w:tcPr>
            <w:tcW w:w="9636" w:type="dxa"/>
          </w:tcPr>
          <w:p w14:paraId="5D91ADD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m) proiectul pentru acordul / autorizația </w:t>
            </w:r>
            <w:r w:rsidRPr="005B29C5">
              <w:rPr>
                <w:sz w:val="16"/>
                <w:lang w:val="fr-FR"/>
              </w:rPr>
              <w:t>administratorului drumului, pentru lucrările executate pe domeniul public la infrastructura tehnico-edilitară și căile de acces, dacă este cazul (1 exemplar original)</w:t>
            </w:r>
          </w:p>
        </w:tc>
      </w:tr>
      <w:tr w:rsidR="003C7CA3" w:rsidRPr="00F61A70" w14:paraId="0C5A4EBD" w14:textId="77777777">
        <w:trPr>
          <w:cantSplit/>
        </w:trPr>
        <w:tc>
          <w:tcPr>
            <w:tcW w:w="9636" w:type="dxa"/>
          </w:tcPr>
          <w:p w14:paraId="2E479CE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n) dovada privind luarea în evidență a proiectului de către Ordinul Arhitecților din R</w:t>
            </w:r>
            <w:r w:rsidRPr="005B29C5">
              <w:rPr>
                <w:sz w:val="16"/>
                <w:lang w:val="fr-FR"/>
              </w:rPr>
              <w:t>omânia (copie)</w:t>
            </w:r>
          </w:p>
        </w:tc>
      </w:tr>
      <w:tr w:rsidR="003C7CA3" w:rsidRPr="00F61A70" w14:paraId="228DE30A" w14:textId="77777777">
        <w:trPr>
          <w:cantSplit/>
        </w:trPr>
        <w:tc>
          <w:tcPr>
            <w:tcW w:w="9636" w:type="dxa"/>
          </w:tcPr>
          <w:p w14:paraId="7F8B6AD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o) devizul general al obiectivului de investiții (1 exemplar copie)</w:t>
            </w:r>
          </w:p>
        </w:tc>
      </w:tr>
      <w:tr w:rsidR="003C7CA3" w:rsidRPr="00F61A70" w14:paraId="4F2D87C4" w14:textId="77777777">
        <w:trPr>
          <w:cantSplit/>
        </w:trPr>
        <w:tc>
          <w:tcPr>
            <w:tcW w:w="9636" w:type="dxa"/>
          </w:tcPr>
          <w:p w14:paraId="384BCE1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p) documentele de plată a taxelor legale în vederea autorizării (copie)</w:t>
            </w:r>
          </w:p>
        </w:tc>
      </w:tr>
      <w:tr w:rsidR="003C7CA3" w:rsidRPr="00F61A70" w14:paraId="40B7CF7A" w14:textId="77777777">
        <w:trPr>
          <w:cantSplit/>
        </w:trPr>
        <w:tc>
          <w:tcPr>
            <w:tcW w:w="9636" w:type="dxa"/>
          </w:tcPr>
          <w:p w14:paraId="20BE5461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q) anexa la cererea pentru emiterea autorizației de construire / desființare, completată cu </w:t>
            </w:r>
            <w:r w:rsidRPr="005B29C5">
              <w:rPr>
                <w:sz w:val="16"/>
                <w:lang w:val="fr-FR"/>
              </w:rPr>
              <w:t>toate elementele necesare descrierii lucrărilor (2 exemplare originale)</w:t>
            </w:r>
          </w:p>
        </w:tc>
      </w:tr>
    </w:tbl>
    <w:p w14:paraId="669F44AC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1CE1AF1F" w14:textId="77777777">
        <w:trPr>
          <w:cantSplit/>
        </w:trPr>
        <w:tc>
          <w:tcPr>
            <w:tcW w:w="9636" w:type="dxa"/>
          </w:tcPr>
          <w:p w14:paraId="071A7406" w14:textId="22E062B9" w:rsidR="003C7CA3" w:rsidRDefault="003454F7">
            <w:pPr>
              <w:spacing w:line="228" w:lineRule="auto"/>
            </w:pPr>
            <w:r w:rsidRPr="005B29C5">
              <w:rPr>
                <w:i/>
                <w:sz w:val="17"/>
                <w:lang w:val="fr-FR"/>
              </w:rPr>
              <w:t xml:space="preserve">Declar pe propria răspundere, sub sancțiunea Codului penal privind infracțiunea de fals în declarații, că datele menționate în prezenta cerere sunt reale și exacte și mă angajez </w:t>
            </w:r>
            <w:proofErr w:type="gramStart"/>
            <w:r w:rsidRPr="005B29C5">
              <w:rPr>
                <w:i/>
                <w:sz w:val="17"/>
                <w:lang w:val="fr-FR"/>
              </w:rPr>
              <w:t>ca</w:t>
            </w:r>
            <w:proofErr w:type="gramEnd"/>
            <w:r w:rsidRPr="005B29C5">
              <w:rPr>
                <w:i/>
                <w:sz w:val="17"/>
                <w:lang w:val="fr-FR"/>
              </w:rPr>
              <w:t xml:space="preserve"> e</w:t>
            </w:r>
            <w:r w:rsidRPr="005B29C5">
              <w:rPr>
                <w:i/>
                <w:sz w:val="17"/>
                <w:lang w:val="fr-FR"/>
              </w:rPr>
              <w:t xml:space="preserve">xecutarea lucrărilor de construire să se realizeze cu respectarea autorizației de construire, a proiectului aferent vizat spre neschimbare și numai pe baza proiectului tehnic de execuție, astfel cum prevede art. 246 alin. </w:t>
            </w:r>
            <w:r>
              <w:rPr>
                <w:i/>
                <w:sz w:val="17"/>
              </w:rPr>
              <w:t>(3) din Leg</w:t>
            </w:r>
            <w:r w:rsidR="00FC2F0B">
              <w:rPr>
                <w:i/>
                <w:sz w:val="17"/>
              </w:rPr>
              <w:t>e</w:t>
            </w:r>
            <w:r w:rsidR="005B29C5">
              <w:rPr>
                <w:i/>
                <w:sz w:val="17"/>
              </w:rPr>
              <w:t>a nr.1</w:t>
            </w:r>
            <w:r w:rsidR="00FC2F0B">
              <w:rPr>
                <w:i/>
                <w:sz w:val="17"/>
              </w:rPr>
              <w:t>69</w:t>
            </w:r>
            <w:r w:rsidR="005B29C5">
              <w:rPr>
                <w:i/>
                <w:sz w:val="17"/>
              </w:rPr>
              <w:t>/2026.</w:t>
            </w:r>
            <w:bookmarkStart w:id="0" w:name="_GoBack"/>
            <w:bookmarkEnd w:id="0"/>
          </w:p>
        </w:tc>
      </w:tr>
    </w:tbl>
    <w:p w14:paraId="190800CC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C7CA3" w14:paraId="7464688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3133EFD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C7CA3" w14:paraId="437D5C75" w14:textId="77777777">
        <w:trPr>
          <w:cantSplit/>
          <w:trHeight w:val="510"/>
        </w:trPr>
        <w:tc>
          <w:tcPr>
            <w:tcW w:w="1606" w:type="dxa"/>
          </w:tcPr>
          <w:p w14:paraId="4B0B8745" w14:textId="77777777" w:rsidR="003C7CA3" w:rsidRDefault="003454F7">
            <w:r>
              <w:rPr>
                <w:b/>
                <w:color w:val="0D5F78"/>
              </w:rPr>
              <w:t>Data</w:t>
            </w:r>
          </w:p>
          <w:p w14:paraId="145135C4" w14:textId="77777777" w:rsidR="003C7CA3" w:rsidRDefault="003C7CA3"/>
        </w:tc>
        <w:tc>
          <w:tcPr>
            <w:tcW w:w="4818" w:type="dxa"/>
          </w:tcPr>
          <w:p w14:paraId="0A884F90" w14:textId="77777777" w:rsidR="003C7CA3" w:rsidRDefault="003454F7">
            <w:r>
              <w:rPr>
                <w:b/>
                <w:color w:val="0D5F78"/>
              </w:rPr>
              <w:t>Solicitantul</w:t>
            </w:r>
          </w:p>
          <w:p w14:paraId="2A60F2FF" w14:textId="77777777" w:rsidR="003C7CA3" w:rsidRDefault="003C7CA3"/>
        </w:tc>
        <w:tc>
          <w:tcPr>
            <w:tcW w:w="3212" w:type="dxa"/>
          </w:tcPr>
          <w:p w14:paraId="6456F681" w14:textId="77777777" w:rsidR="003C7CA3" w:rsidRDefault="003454F7">
            <w:r>
              <w:rPr>
                <w:b/>
                <w:color w:val="0D5F78"/>
              </w:rPr>
              <w:t>Semnătura</w:t>
            </w:r>
          </w:p>
          <w:p w14:paraId="773B92D8" w14:textId="77777777" w:rsidR="003C7CA3" w:rsidRDefault="003C7CA3"/>
        </w:tc>
      </w:tr>
    </w:tbl>
    <w:p w14:paraId="3B50D53D" w14:textId="77777777" w:rsidR="003C7CA3" w:rsidRDefault="003C7CA3">
      <w:pPr>
        <w:spacing w:line="168" w:lineRule="auto"/>
      </w:pPr>
    </w:p>
    <w:p w14:paraId="27114BBF" w14:textId="77777777" w:rsidR="003C7CA3" w:rsidRDefault="003454F7">
      <w:r>
        <w:br w:type="page"/>
      </w:r>
    </w:p>
    <w:p w14:paraId="5D9395E8" w14:textId="77777777" w:rsidR="003C7CA3" w:rsidRDefault="003454F7">
      <w:pPr>
        <w:spacing w:before="140" w:after="40"/>
        <w:jc w:val="center"/>
      </w:pPr>
      <w:r>
        <w:rPr>
          <w:b/>
          <w:sz w:val="34"/>
        </w:rPr>
        <w:lastRenderedPageBreak/>
        <w:t>ANEXA IMOBILE</w:t>
      </w:r>
    </w:p>
    <w:p w14:paraId="01EAD5FA" w14:textId="77777777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la</w:t>
      </w:r>
      <w:proofErr w:type="gramEnd"/>
      <w:r w:rsidRPr="005B29C5">
        <w:rPr>
          <w:sz w:val="19"/>
          <w:lang w:val="fr-FR"/>
        </w:rPr>
        <w:t xml:space="preserve"> cererea pentru emiterea autorizației de construire / desființare</w:t>
      </w:r>
    </w:p>
    <w:p w14:paraId="291F927E" w14:textId="224C0CCF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se</w:t>
      </w:r>
      <w:proofErr w:type="gramEnd"/>
      <w:r w:rsidRPr="005B29C5">
        <w:rPr>
          <w:sz w:val="19"/>
          <w:lang w:val="fr-FR"/>
        </w:rPr>
        <w:t xml:space="preserve"> completează numai atunci când cererea </w:t>
      </w:r>
      <w:r w:rsidR="00F61A70">
        <w:rPr>
          <w:sz w:val="19"/>
          <w:lang w:val="fr-FR"/>
        </w:rPr>
        <w:t>se referă la</w:t>
      </w:r>
      <w:r w:rsidRPr="005B29C5">
        <w:rPr>
          <w:sz w:val="19"/>
          <w:lang w:val="fr-FR"/>
        </w:rPr>
        <w:t xml:space="preserve"> mai multe imobile</w:t>
      </w:r>
    </w:p>
    <w:p w14:paraId="3B43A7DE" w14:textId="77777777" w:rsidR="003C7CA3" w:rsidRPr="005B29C5" w:rsidRDefault="003C7CA3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3C7CA3" w14:paraId="6852DFD8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2D8BD40E" w14:textId="77777777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I1. </w:t>
            </w:r>
            <w:r>
              <w:rPr>
                <w:b/>
                <w:color w:val="000000"/>
                <w:sz w:val="18"/>
              </w:rPr>
              <w:t>IMOBILELE LA CARE SE REFERĂ CEREREA</w:t>
            </w:r>
          </w:p>
        </w:tc>
      </w:tr>
      <w:tr w:rsidR="003C7CA3" w14:paraId="2E60FFA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E625B9A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2</w:t>
            </w:r>
          </w:p>
        </w:tc>
      </w:tr>
      <w:tr w:rsidR="003C7CA3" w14:paraId="4FBA9BF9" w14:textId="77777777">
        <w:trPr>
          <w:cantSplit/>
          <w:trHeight w:val="510"/>
        </w:trPr>
        <w:tc>
          <w:tcPr>
            <w:tcW w:w="3212" w:type="dxa"/>
          </w:tcPr>
          <w:p w14:paraId="5A3BB7C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40062389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468E1B3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54B785D1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F95858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46308DBE" w14:textId="77777777" w:rsidR="003C7CA3" w:rsidRDefault="003C7CA3">
            <w:pPr>
              <w:keepNext/>
            </w:pPr>
          </w:p>
        </w:tc>
      </w:tr>
      <w:tr w:rsidR="003C7CA3" w14:paraId="566323F2" w14:textId="77777777">
        <w:trPr>
          <w:cantSplit/>
          <w:trHeight w:val="510"/>
        </w:trPr>
        <w:tc>
          <w:tcPr>
            <w:tcW w:w="3212" w:type="dxa"/>
          </w:tcPr>
          <w:p w14:paraId="44FE732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09474E2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A54FA8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791B498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6E0CD5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19330C14" w14:textId="77777777" w:rsidR="003C7CA3" w:rsidRDefault="003C7CA3">
            <w:pPr>
              <w:keepNext/>
            </w:pPr>
          </w:p>
        </w:tc>
      </w:tr>
      <w:tr w:rsidR="003C7CA3" w14:paraId="172E0BD7" w14:textId="77777777">
        <w:trPr>
          <w:cantSplit/>
          <w:trHeight w:val="510"/>
        </w:trPr>
        <w:tc>
          <w:tcPr>
            <w:tcW w:w="3212" w:type="dxa"/>
          </w:tcPr>
          <w:p w14:paraId="3466DC1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916751C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1D979EB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5CAFDF3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214196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820448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8F12E3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78762B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FE261F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AD61581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4203D39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7D9775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CC4078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676134A8" w14:textId="77777777" w:rsidR="003C7CA3" w:rsidRDefault="003C7CA3">
            <w:pPr>
              <w:keepNext/>
            </w:pPr>
          </w:p>
        </w:tc>
      </w:tr>
      <w:tr w:rsidR="003C7CA3" w14:paraId="1E22F21E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5E87E32C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3</w:t>
            </w:r>
          </w:p>
        </w:tc>
      </w:tr>
      <w:tr w:rsidR="003C7CA3" w14:paraId="28BE262E" w14:textId="77777777">
        <w:trPr>
          <w:cantSplit/>
          <w:trHeight w:val="510"/>
        </w:trPr>
        <w:tc>
          <w:tcPr>
            <w:tcW w:w="3212" w:type="dxa"/>
          </w:tcPr>
          <w:p w14:paraId="3DAF284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03A96BFD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15A078D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484999B7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A9ADCB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32134801" w14:textId="77777777" w:rsidR="003C7CA3" w:rsidRDefault="003C7CA3">
            <w:pPr>
              <w:keepNext/>
            </w:pPr>
          </w:p>
        </w:tc>
      </w:tr>
      <w:tr w:rsidR="003C7CA3" w14:paraId="634A48BF" w14:textId="77777777">
        <w:trPr>
          <w:cantSplit/>
          <w:trHeight w:val="510"/>
        </w:trPr>
        <w:tc>
          <w:tcPr>
            <w:tcW w:w="3212" w:type="dxa"/>
          </w:tcPr>
          <w:p w14:paraId="21CB880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82F56A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6B1C2F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33495630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F7C4EA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7EE2F126" w14:textId="77777777" w:rsidR="003C7CA3" w:rsidRDefault="003C7CA3">
            <w:pPr>
              <w:keepNext/>
            </w:pPr>
          </w:p>
        </w:tc>
      </w:tr>
      <w:tr w:rsidR="003C7CA3" w14:paraId="2AB103DD" w14:textId="77777777">
        <w:trPr>
          <w:cantSplit/>
          <w:trHeight w:val="510"/>
        </w:trPr>
        <w:tc>
          <w:tcPr>
            <w:tcW w:w="3212" w:type="dxa"/>
          </w:tcPr>
          <w:p w14:paraId="33D5B0A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7E7251A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9872AE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1853B8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F48930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4E3EA66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483924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568F1F68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BB4B76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EED472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1FCFA7B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7C61FDC1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650D2F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75BB3A1B" w14:textId="77777777" w:rsidR="003C7CA3" w:rsidRDefault="003C7CA3">
            <w:pPr>
              <w:keepNext/>
            </w:pPr>
          </w:p>
        </w:tc>
      </w:tr>
      <w:tr w:rsidR="003C7CA3" w14:paraId="453408C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911A6AD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4</w:t>
            </w:r>
          </w:p>
        </w:tc>
      </w:tr>
      <w:tr w:rsidR="003C7CA3" w14:paraId="2F5765F6" w14:textId="77777777">
        <w:trPr>
          <w:cantSplit/>
          <w:trHeight w:val="510"/>
        </w:trPr>
        <w:tc>
          <w:tcPr>
            <w:tcW w:w="3212" w:type="dxa"/>
          </w:tcPr>
          <w:p w14:paraId="78416A2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0092F673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210552F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644BFE75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526DAD1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54969177" w14:textId="77777777" w:rsidR="003C7CA3" w:rsidRDefault="003C7CA3">
            <w:pPr>
              <w:keepNext/>
            </w:pPr>
          </w:p>
        </w:tc>
      </w:tr>
      <w:tr w:rsidR="003C7CA3" w14:paraId="3EDFDCA0" w14:textId="77777777">
        <w:trPr>
          <w:cantSplit/>
          <w:trHeight w:val="510"/>
        </w:trPr>
        <w:tc>
          <w:tcPr>
            <w:tcW w:w="3212" w:type="dxa"/>
          </w:tcPr>
          <w:p w14:paraId="46EF5F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821BA92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70FF72B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12E0C41B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53CFE96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</w:t>
            </w:r>
            <w:r>
              <w:rPr>
                <w:b/>
                <w:color w:val="0D5F78"/>
              </w:rPr>
              <w:t xml:space="preserve"> / sectorul</w:t>
            </w:r>
          </w:p>
          <w:p w14:paraId="6A399A43" w14:textId="77777777" w:rsidR="003C7CA3" w:rsidRDefault="003C7CA3">
            <w:pPr>
              <w:keepNext/>
            </w:pPr>
          </w:p>
        </w:tc>
      </w:tr>
      <w:tr w:rsidR="003C7CA3" w14:paraId="75B9426F" w14:textId="77777777">
        <w:trPr>
          <w:cantSplit/>
          <w:trHeight w:val="510"/>
        </w:trPr>
        <w:tc>
          <w:tcPr>
            <w:tcW w:w="3212" w:type="dxa"/>
          </w:tcPr>
          <w:p w14:paraId="2D1FA94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32AD3F97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3B6D4BF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B0705FC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77D7F8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492E00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1A9089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CBA7A1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8EBA9C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3DC8804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E5AC3B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6B1226A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261CE3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6D306C57" w14:textId="77777777" w:rsidR="003C7CA3" w:rsidRDefault="003C7CA3">
            <w:pPr>
              <w:keepNext/>
            </w:pPr>
          </w:p>
        </w:tc>
      </w:tr>
      <w:tr w:rsidR="003C7CA3" w14:paraId="1BA5C46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6717EB2B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5</w:t>
            </w:r>
          </w:p>
        </w:tc>
      </w:tr>
      <w:tr w:rsidR="003C7CA3" w14:paraId="52514A7A" w14:textId="77777777">
        <w:trPr>
          <w:cantSplit/>
          <w:trHeight w:val="510"/>
        </w:trPr>
        <w:tc>
          <w:tcPr>
            <w:tcW w:w="3212" w:type="dxa"/>
          </w:tcPr>
          <w:p w14:paraId="416BD5C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60F59FB1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49FC261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694D08B4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B53D9E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6ADA4335" w14:textId="77777777" w:rsidR="003C7CA3" w:rsidRDefault="003C7CA3">
            <w:pPr>
              <w:keepNext/>
            </w:pPr>
          </w:p>
        </w:tc>
      </w:tr>
      <w:tr w:rsidR="003C7CA3" w14:paraId="0B944771" w14:textId="77777777">
        <w:trPr>
          <w:cantSplit/>
          <w:trHeight w:val="510"/>
        </w:trPr>
        <w:tc>
          <w:tcPr>
            <w:tcW w:w="3212" w:type="dxa"/>
          </w:tcPr>
          <w:p w14:paraId="13A31ED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3E2BC8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5C6757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0386E0A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6865926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1BAE5F8C" w14:textId="77777777" w:rsidR="003C7CA3" w:rsidRDefault="003C7CA3">
            <w:pPr>
              <w:keepNext/>
            </w:pPr>
          </w:p>
        </w:tc>
      </w:tr>
      <w:tr w:rsidR="003C7CA3" w14:paraId="2D70221E" w14:textId="77777777">
        <w:trPr>
          <w:cantSplit/>
          <w:trHeight w:val="510"/>
        </w:trPr>
        <w:tc>
          <w:tcPr>
            <w:tcW w:w="3212" w:type="dxa"/>
          </w:tcPr>
          <w:p w14:paraId="52857BC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5E9CD24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56FCE1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D425DC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3613E30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3F92736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86207C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3D129DE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A401C1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88179A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A253F2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61F4B78C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43263C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1C2AB50B" w14:textId="77777777" w:rsidR="003C7CA3" w:rsidRDefault="003C7CA3">
            <w:pPr>
              <w:keepNext/>
            </w:pPr>
          </w:p>
        </w:tc>
      </w:tr>
      <w:tr w:rsidR="003C7CA3" w14:paraId="5B366A1F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C2F3CA6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6</w:t>
            </w:r>
          </w:p>
        </w:tc>
      </w:tr>
      <w:tr w:rsidR="003C7CA3" w14:paraId="7F67F832" w14:textId="77777777">
        <w:trPr>
          <w:cantSplit/>
          <w:trHeight w:val="510"/>
        </w:trPr>
        <w:tc>
          <w:tcPr>
            <w:tcW w:w="3212" w:type="dxa"/>
          </w:tcPr>
          <w:p w14:paraId="5191FB7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68697DD0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320C967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27F611E7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619924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3E0C7818" w14:textId="77777777" w:rsidR="003C7CA3" w:rsidRDefault="003C7CA3">
            <w:pPr>
              <w:keepNext/>
            </w:pPr>
          </w:p>
        </w:tc>
      </w:tr>
      <w:tr w:rsidR="003C7CA3" w14:paraId="09A0F0F6" w14:textId="77777777">
        <w:trPr>
          <w:cantSplit/>
          <w:trHeight w:val="510"/>
        </w:trPr>
        <w:tc>
          <w:tcPr>
            <w:tcW w:w="3212" w:type="dxa"/>
          </w:tcPr>
          <w:p w14:paraId="52A9A14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509E1303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5B4C469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183CC2E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6E0F078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1A031BD" w14:textId="77777777" w:rsidR="003C7CA3" w:rsidRDefault="003C7CA3">
            <w:pPr>
              <w:keepNext/>
            </w:pPr>
          </w:p>
        </w:tc>
      </w:tr>
      <w:tr w:rsidR="003C7CA3" w14:paraId="7CD30B99" w14:textId="77777777">
        <w:trPr>
          <w:cantSplit/>
          <w:trHeight w:val="510"/>
        </w:trPr>
        <w:tc>
          <w:tcPr>
            <w:tcW w:w="3212" w:type="dxa"/>
          </w:tcPr>
          <w:p w14:paraId="7E48C3E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890CAD7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5C2640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D857801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4598F3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AD7E41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755CED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1EC3C4A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ED188D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77CB060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758729C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D5B1F32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BC8A1E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2AF7BB24" w14:textId="77777777" w:rsidR="003C7CA3" w:rsidRDefault="003C7CA3">
            <w:pPr>
              <w:keepNext/>
            </w:pPr>
          </w:p>
        </w:tc>
      </w:tr>
      <w:tr w:rsidR="003C7CA3" w14:paraId="5F55098D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38563C53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7</w:t>
            </w:r>
          </w:p>
        </w:tc>
      </w:tr>
      <w:tr w:rsidR="003C7CA3" w14:paraId="6E8A3C01" w14:textId="77777777">
        <w:trPr>
          <w:cantSplit/>
          <w:trHeight w:val="510"/>
        </w:trPr>
        <w:tc>
          <w:tcPr>
            <w:tcW w:w="3212" w:type="dxa"/>
          </w:tcPr>
          <w:p w14:paraId="5C5C586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5DB8AD74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10E317E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7318CDC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99C76B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2281F46A" w14:textId="77777777" w:rsidR="003C7CA3" w:rsidRDefault="003C7CA3">
            <w:pPr>
              <w:keepNext/>
            </w:pPr>
          </w:p>
        </w:tc>
      </w:tr>
      <w:tr w:rsidR="003C7CA3" w14:paraId="0E827CAC" w14:textId="77777777">
        <w:trPr>
          <w:cantSplit/>
          <w:trHeight w:val="510"/>
        </w:trPr>
        <w:tc>
          <w:tcPr>
            <w:tcW w:w="3212" w:type="dxa"/>
          </w:tcPr>
          <w:p w14:paraId="482CE6B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D9C4AD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6FF092D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7B3F2A4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146120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382F6D57" w14:textId="77777777" w:rsidR="003C7CA3" w:rsidRDefault="003C7CA3">
            <w:pPr>
              <w:keepNext/>
            </w:pPr>
          </w:p>
        </w:tc>
      </w:tr>
      <w:tr w:rsidR="003C7CA3" w14:paraId="350ADAED" w14:textId="77777777">
        <w:trPr>
          <w:cantSplit/>
          <w:trHeight w:val="510"/>
        </w:trPr>
        <w:tc>
          <w:tcPr>
            <w:tcW w:w="3212" w:type="dxa"/>
          </w:tcPr>
          <w:p w14:paraId="3EF592B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E09AA0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3CDAA7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4104BF4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03E8B2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A6C79BB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E86E7B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874CF46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44057D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376C1C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6DF4ADA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EB5FE7C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6F0C4C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5DB99EB8" w14:textId="77777777" w:rsidR="003C7CA3" w:rsidRDefault="003C7CA3">
            <w:pPr>
              <w:keepNext/>
            </w:pPr>
          </w:p>
        </w:tc>
      </w:tr>
    </w:tbl>
    <w:p w14:paraId="19038766" w14:textId="77777777" w:rsidR="003C7CA3" w:rsidRDefault="003C7CA3">
      <w:pPr>
        <w:spacing w:line="168" w:lineRule="auto"/>
      </w:pPr>
    </w:p>
    <w:p w14:paraId="376E231B" w14:textId="77777777" w:rsidR="003C7CA3" w:rsidRDefault="003454F7">
      <w:r>
        <w:br w:type="page"/>
      </w:r>
    </w:p>
    <w:p w14:paraId="17458E7D" w14:textId="7666EFC2" w:rsidR="003C7CA3" w:rsidRDefault="003454F7">
      <w:pPr>
        <w:spacing w:before="140" w:after="40"/>
        <w:jc w:val="center"/>
      </w:pPr>
      <w:r>
        <w:rPr>
          <w:b/>
          <w:sz w:val="34"/>
        </w:rPr>
        <w:lastRenderedPageBreak/>
        <w:t xml:space="preserve">ANEXA TEHNICĂ </w:t>
      </w:r>
    </w:p>
    <w:p w14:paraId="6278166B" w14:textId="77777777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la</w:t>
      </w:r>
      <w:proofErr w:type="gramEnd"/>
      <w:r w:rsidRPr="005B29C5">
        <w:rPr>
          <w:sz w:val="19"/>
          <w:lang w:val="fr-FR"/>
        </w:rPr>
        <w:t xml:space="preserve"> cererea pentru emiterea autorizației de construire / desființare</w:t>
      </w:r>
    </w:p>
    <w:p w14:paraId="2265C486" w14:textId="5A9420AA" w:rsidR="003C7CA3" w:rsidRPr="005375AB" w:rsidRDefault="003454F7" w:rsidP="005375AB">
      <w:pPr>
        <w:spacing w:after="120"/>
        <w:jc w:val="center"/>
        <w:rPr>
          <w:sz w:val="19"/>
          <w:lang w:val="fr-FR"/>
        </w:rPr>
      </w:pPr>
      <w:proofErr w:type="gramStart"/>
      <w:r w:rsidRPr="005B29C5">
        <w:rPr>
          <w:sz w:val="19"/>
          <w:lang w:val="fr-FR"/>
        </w:rPr>
        <w:t>se</w:t>
      </w:r>
      <w:proofErr w:type="gramEnd"/>
      <w:r w:rsidRPr="005B29C5">
        <w:rPr>
          <w:sz w:val="19"/>
          <w:lang w:val="fr-FR"/>
        </w:rPr>
        <w:t xml:space="preserve"> întocmește de proiectantul documentației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:rsidRPr="00F61A70" w14:paraId="332C7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4C23CF0D" w14:textId="14CB0DE0" w:rsidR="00F61A70" w:rsidRPr="00F61A70" w:rsidRDefault="003454F7" w:rsidP="00F61A70">
            <w:pPr>
              <w:pStyle w:val="ListParagraph"/>
              <w:keepNext/>
              <w:numPr>
                <w:ilvl w:val="0"/>
                <w:numId w:val="10"/>
              </w:numPr>
              <w:rPr>
                <w:b/>
                <w:color w:val="000000"/>
                <w:sz w:val="18"/>
                <w:lang w:val="fr-FR"/>
              </w:rPr>
            </w:pPr>
            <w:r w:rsidRPr="00F61A70">
              <w:rPr>
                <w:b/>
                <w:color w:val="000000"/>
                <w:sz w:val="18"/>
                <w:lang w:val="fr-FR"/>
              </w:rPr>
              <w:t>CATEGORIILE DE LUCRĂRI</w:t>
            </w:r>
            <w:r w:rsidR="00E9623F" w:rsidRPr="00F61A70">
              <w:rPr>
                <w:b/>
                <w:color w:val="000000"/>
                <w:sz w:val="18"/>
                <w:lang w:val="fr-FR"/>
              </w:rPr>
              <w:t xml:space="preserve"> APLICABILE OBIECTIVULUI/OBIECTULUI DE INVESTIȚII</w:t>
            </w:r>
            <w:r w:rsidR="00F61A70" w:rsidRPr="00F61A70">
              <w:rPr>
                <w:b/>
                <w:color w:val="000000"/>
                <w:sz w:val="18"/>
                <w:lang w:val="fr-FR"/>
              </w:rPr>
              <w:t xml:space="preserve"> </w:t>
            </w:r>
          </w:p>
          <w:p w14:paraId="3530FB7B" w14:textId="0844A2BD" w:rsidR="003C7CA3" w:rsidRPr="00F61A70" w:rsidRDefault="00F61A70" w:rsidP="00F61A70">
            <w:pPr>
              <w:keepNext/>
              <w:ind w:left="45"/>
              <w:rPr>
                <w:bCs/>
                <w:lang w:val="fr-FR"/>
              </w:rPr>
            </w:pPr>
            <w:r w:rsidRPr="00F61A70">
              <w:rPr>
                <w:bCs/>
                <w:color w:val="000000"/>
                <w:sz w:val="18"/>
                <w:lang w:val="fr-FR"/>
              </w:rPr>
              <w:t>(</w:t>
            </w:r>
            <w:proofErr w:type="gramStart"/>
            <w:r w:rsidRPr="00F61A70">
              <w:rPr>
                <w:bCs/>
                <w:color w:val="000000"/>
                <w:sz w:val="18"/>
                <w:lang w:val="fr-FR"/>
              </w:rPr>
              <w:t>se</w:t>
            </w:r>
            <w:proofErr w:type="gramEnd"/>
            <w:r w:rsidRPr="00F61A70">
              <w:rPr>
                <w:bCs/>
                <w:color w:val="000000"/>
                <w:sz w:val="18"/>
                <w:lang w:val="fr-FR"/>
              </w:rPr>
              <w:t xml:space="preserve"> bifeaza toate cele aplicabile)</w:t>
            </w:r>
          </w:p>
        </w:tc>
      </w:tr>
      <w:tr w:rsidR="003C7CA3" w:rsidRPr="00F61A70" w14:paraId="3C6A968F" w14:textId="77777777">
        <w:trPr>
          <w:cantSplit/>
        </w:trPr>
        <w:tc>
          <w:tcPr>
            <w:tcW w:w="9636" w:type="dxa"/>
            <w:shd w:val="clear" w:color="auto" w:fill="F4F4F4"/>
          </w:tcPr>
          <w:p w14:paraId="4CD25743" w14:textId="34781603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A · Lucrări de construcții noi, </w:t>
            </w:r>
            <w:r w:rsidR="00F61A70">
              <w:rPr>
                <w:b/>
                <w:bCs/>
                <w:sz w:val="16"/>
                <w:lang w:val="fr-FR"/>
              </w:rPr>
              <w:t xml:space="preserve">inclusiv instalațiile aferente acestora, </w:t>
            </w:r>
            <w:r w:rsidRPr="00F61A70">
              <w:rPr>
                <w:b/>
                <w:bCs/>
                <w:sz w:val="16"/>
                <w:lang w:val="fr-FR"/>
              </w:rPr>
              <w:t>realizate</w:t>
            </w:r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</w:tc>
      </w:tr>
      <w:tr w:rsidR="003C7CA3" w:rsidRPr="00F61A70" w14:paraId="147A6BE2" w14:textId="77777777">
        <w:trPr>
          <w:cantSplit/>
        </w:trPr>
        <w:tc>
          <w:tcPr>
            <w:tcW w:w="9636" w:type="dxa"/>
          </w:tcPr>
          <w:p w14:paraId="601EB108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în afara zonelor de protecție a monumentelor istorice     ☐ în zona de protecție a monumentelor istorice     ☐ în afara zonelor construite protejate     ☐ în zone construite protejate</w:t>
            </w:r>
          </w:p>
        </w:tc>
      </w:tr>
      <w:tr w:rsidR="003C7CA3" w:rsidRPr="00F61A70" w14:paraId="2D382061" w14:textId="77777777">
        <w:trPr>
          <w:cantSplit/>
        </w:trPr>
        <w:tc>
          <w:tcPr>
            <w:tcW w:w="9636" w:type="dxa"/>
          </w:tcPr>
          <w:p w14:paraId="378966C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A.1 · clădiri civile </w:t>
            </w:r>
            <w:r w:rsidRPr="005B29C5">
              <w:rPr>
                <w:sz w:val="16"/>
                <w:lang w:val="fr-FR"/>
              </w:rPr>
              <w:t xml:space="preserve">— construcții de </w:t>
            </w:r>
            <w:proofErr w:type="gramStart"/>
            <w:r w:rsidRPr="005B29C5">
              <w:rPr>
                <w:sz w:val="16"/>
                <w:lang w:val="fr-FR"/>
              </w:rPr>
              <w:t>locuințe:</w:t>
            </w:r>
            <w:proofErr w:type="gramEnd"/>
            <w:r w:rsidRPr="005B29C5">
              <w:rPr>
                <w:sz w:val="16"/>
                <w:lang w:val="fr-FR"/>
              </w:rPr>
              <w:t xml:space="preserve">     ☐ individuale</w:t>
            </w:r>
            <w:r w:rsidRPr="005B29C5">
              <w:rPr>
                <w:sz w:val="16"/>
                <w:lang w:val="fr-FR"/>
              </w:rPr>
              <w:t xml:space="preserve">     ☐ semicolective     ☐ colective</w:t>
            </w:r>
          </w:p>
        </w:tc>
      </w:tr>
      <w:tr w:rsidR="003C7CA3" w:rsidRPr="00F61A70" w14:paraId="55BF03ED" w14:textId="77777777">
        <w:trPr>
          <w:cantSplit/>
        </w:trPr>
        <w:tc>
          <w:tcPr>
            <w:tcW w:w="9636" w:type="dxa"/>
          </w:tcPr>
          <w:p w14:paraId="5D3F0566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construcții pentru instituții publice și </w:t>
            </w:r>
            <w:proofErr w:type="gramStart"/>
            <w:r w:rsidRPr="005B29C5">
              <w:rPr>
                <w:sz w:val="16"/>
                <w:lang w:val="fr-FR"/>
              </w:rPr>
              <w:t>servicii:</w:t>
            </w:r>
            <w:proofErr w:type="gramEnd"/>
            <w:r w:rsidRPr="005B29C5">
              <w:rPr>
                <w:sz w:val="16"/>
                <w:lang w:val="fr-FR"/>
              </w:rPr>
              <w:t xml:space="preserve">     ☐ pentru sănătate     ☐ pentru asistență socială     ☐ pentru învățământ     ☐ pentru cultură     ☐ pentru turism     ☐ pentru culte     ☐ pentru administrație și finanțe     ☐ pentru comerț     ☐ p</w:t>
            </w:r>
            <w:r w:rsidRPr="005B29C5">
              <w:rPr>
                <w:sz w:val="16"/>
                <w:lang w:val="fr-FR"/>
              </w:rPr>
              <w:t>entru servicii     ☐ pentru sport     ☐ pentru recreere</w:t>
            </w:r>
          </w:p>
        </w:tc>
      </w:tr>
      <w:tr w:rsidR="003C7CA3" w:rsidRPr="00F61A70" w14:paraId="4289A147" w14:textId="77777777">
        <w:trPr>
          <w:cantSplit/>
        </w:trPr>
        <w:tc>
          <w:tcPr>
            <w:tcW w:w="9636" w:type="dxa"/>
          </w:tcPr>
          <w:p w14:paraId="1C068E3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A.2 · clădiri </w:t>
            </w:r>
            <w:proofErr w:type="gramStart"/>
            <w:r w:rsidRPr="00F61A70">
              <w:rPr>
                <w:b/>
                <w:bCs/>
                <w:sz w:val="16"/>
                <w:lang w:val="fr-FR"/>
              </w:rPr>
              <w:t>industriale</w:t>
            </w:r>
            <w:r w:rsidRPr="005B29C5">
              <w:rPr>
                <w:sz w:val="16"/>
                <w:lang w:val="fr-FR"/>
              </w:rPr>
              <w:t>:</w:t>
            </w:r>
            <w:proofErr w:type="gramEnd"/>
            <w:r w:rsidRPr="005B29C5">
              <w:rPr>
                <w:sz w:val="16"/>
                <w:lang w:val="fr-FR"/>
              </w:rPr>
              <w:t xml:space="preserve">     ☐ pentru producție     ☐ pentru depozitare</w:t>
            </w:r>
          </w:p>
        </w:tc>
      </w:tr>
      <w:tr w:rsidR="003C7CA3" w:rsidRPr="00F61A70" w14:paraId="66EE989E" w14:textId="77777777">
        <w:trPr>
          <w:cantSplit/>
        </w:trPr>
        <w:tc>
          <w:tcPr>
            <w:tcW w:w="9636" w:type="dxa"/>
          </w:tcPr>
          <w:p w14:paraId="37CC924E" w14:textId="000DBB95" w:rsidR="00F61A70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A.3 · clădiri agricole</w:t>
            </w:r>
            <w:r w:rsidR="00F61A70">
              <w:rPr>
                <w:b/>
                <w:bCs/>
                <w:sz w:val="16"/>
                <w:lang w:val="fr-FR"/>
              </w:rPr>
              <w:t> :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="00F61A70">
              <w:rPr>
                <w:sz w:val="16"/>
                <w:lang w:val="fr-FR"/>
              </w:rPr>
              <w:t xml:space="preserve">   </w:t>
            </w:r>
            <w:r w:rsidR="00F61A70"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F61A70" w:rsidRPr="005B29C5">
              <w:rPr>
                <w:sz w:val="16"/>
                <w:lang w:val="fr-FR"/>
              </w:rPr>
              <w:t xml:space="preserve"> pentru producție     </w:t>
            </w:r>
            <w:r w:rsidR="00F61A70"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F61A70" w:rsidRPr="005B29C5">
              <w:rPr>
                <w:sz w:val="16"/>
                <w:lang w:val="fr-FR"/>
              </w:rPr>
              <w:t xml:space="preserve"> pentru depozitare</w:t>
            </w:r>
          </w:p>
          <w:p w14:paraId="34FCF277" w14:textId="3E157D9F" w:rsidR="003C7CA3" w:rsidRPr="00F61A70" w:rsidRDefault="00F61A70">
            <w:pPr>
              <w:keepNext/>
              <w:rPr>
                <w:b/>
                <w:bCs/>
                <w:lang w:val="fr-FR"/>
              </w:rPr>
            </w:pPr>
            <w:r>
              <w:rPr>
                <w:b/>
                <w:bCs/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>☐ A.4 · clădiri / construcții cu caracter special</w:t>
            </w:r>
          </w:p>
        </w:tc>
      </w:tr>
      <w:tr w:rsidR="003C7CA3" w:rsidRPr="00F61A70" w14:paraId="46F48AAA" w14:textId="77777777">
        <w:trPr>
          <w:cantSplit/>
        </w:trPr>
        <w:tc>
          <w:tcPr>
            <w:tcW w:w="9636" w:type="dxa"/>
            <w:shd w:val="clear" w:color="auto" w:fill="F4F4F4"/>
          </w:tcPr>
          <w:p w14:paraId="655B49BC" w14:textId="4F4F659C" w:rsidR="003C7CA3" w:rsidRPr="00F61A70" w:rsidRDefault="003454F7">
            <w:pPr>
              <w:keepNext/>
              <w:rPr>
                <w:b/>
                <w:bCs/>
                <w:sz w:val="16"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B · Lucrări de intervenții asupra construcțiilor existente</w:t>
            </w:r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  <w:p w14:paraId="5D7C2172" w14:textId="6F7BB4BB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reparații capitale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interven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 xml:space="preserve">ie </w:t>
            </w:r>
            <w:r w:rsidRPr="005B29C5">
              <w:rPr>
                <w:rFonts w:cs="Times New Roman"/>
                <w:sz w:val="16"/>
                <w:lang w:val="fr-FR"/>
              </w:rPr>
              <w:t>î</w:t>
            </w:r>
            <w:r w:rsidRPr="005B29C5">
              <w:rPr>
                <w:sz w:val="16"/>
                <w:lang w:val="fr-FR"/>
              </w:rPr>
              <w:t>n prim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urgen</w:t>
            </w:r>
            <w:r w:rsidRPr="005B29C5">
              <w:rPr>
                <w:rFonts w:cs="Times New Roman"/>
                <w:sz w:val="16"/>
                <w:lang w:val="fr-FR"/>
              </w:rPr>
              <w:t>ță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extindere a amprentei la sol </w:t>
            </w:r>
            <w:r w:rsidRPr="005B29C5">
              <w:rPr>
                <w:rFonts w:cs="Times New Roman"/>
                <w:sz w:val="16"/>
                <w:lang w:val="fr-FR"/>
              </w:rPr>
              <w:t>ș</w:t>
            </w:r>
            <w:r w:rsidRPr="005B29C5">
              <w:rPr>
                <w:sz w:val="16"/>
                <w:lang w:val="fr-FR"/>
              </w:rPr>
              <w:t xml:space="preserve">i a volumului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supraetajare     </w:t>
            </w:r>
          </w:p>
          <w:p w14:paraId="11B8FA7A" w14:textId="0F9F5B3C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refunc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ionalizare / schimbare de destina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 xml:space="preserve">ie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consolidare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modernizare, reabilitare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str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mutare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reconstruire    </w:t>
            </w:r>
          </w:p>
          <w:p w14:paraId="3889BADC" w14:textId="77777777" w:rsidR="00F61A70" w:rsidRDefault="00F61A70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conservare </w:t>
            </w:r>
            <w:r w:rsidRPr="005B29C5">
              <w:rPr>
                <w:rFonts w:cs="Times New Roman"/>
                <w:sz w:val="16"/>
                <w:lang w:val="fr-FR"/>
              </w:rPr>
              <w:t>ș</w:t>
            </w:r>
            <w:r w:rsidRPr="005B29C5">
              <w:rPr>
                <w:sz w:val="16"/>
                <w:lang w:val="fr-FR"/>
              </w:rPr>
              <w:t xml:space="preserve">i restaurare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remodelare exterioar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mansardare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remodelare interioar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   </w:t>
            </w:r>
          </w:p>
          <w:p w14:paraId="6A61D9FC" w14:textId="2CF1F153" w:rsidR="00F61A70" w:rsidRPr="005B29C5" w:rsidRDefault="00F61A7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desfiin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are sau demontare par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sau total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desfiin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are sau demontare total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conservare la </w:t>
            </w:r>
            <w:r w:rsidRPr="005B29C5">
              <w:rPr>
                <w:rFonts w:cs="Times New Roman"/>
                <w:sz w:val="16"/>
                <w:lang w:val="fr-FR"/>
              </w:rPr>
              <w:t>î</w:t>
            </w:r>
            <w:r w:rsidRPr="005B29C5">
              <w:rPr>
                <w:sz w:val="16"/>
                <w:lang w:val="fr-FR"/>
              </w:rPr>
              <w:t>ntreruperea temporar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a execu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iei</w:t>
            </w:r>
          </w:p>
        </w:tc>
      </w:tr>
      <w:tr w:rsidR="003C7CA3" w:rsidRPr="00F61A70" w14:paraId="5C30782E" w14:textId="77777777">
        <w:trPr>
          <w:cantSplit/>
        </w:trPr>
        <w:tc>
          <w:tcPr>
            <w:tcW w:w="9636" w:type="dxa"/>
          </w:tcPr>
          <w:p w14:paraId="2E7867BD" w14:textId="77777777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B.1 · realizate la alte construcții decât cele de la B.2 și B.3:</w:t>
            </w:r>
          </w:p>
        </w:tc>
      </w:tr>
      <w:tr w:rsidR="003C7CA3" w14:paraId="4E54D5F5" w14:textId="77777777">
        <w:trPr>
          <w:cantSplit/>
        </w:trPr>
        <w:tc>
          <w:tcPr>
            <w:tcW w:w="9636" w:type="dxa"/>
          </w:tcPr>
          <w:p w14:paraId="15613C59" w14:textId="006DCEB3" w:rsidR="003C7CA3" w:rsidRPr="00F61A70" w:rsidRDefault="003454F7">
            <w:pPr>
              <w:keepNext/>
              <w:rPr>
                <w:b/>
                <w:bCs/>
              </w:rPr>
            </w:pPr>
            <w:r w:rsidRPr="00F61A70">
              <w:rPr>
                <w:b/>
                <w:bCs/>
                <w:sz w:val="16"/>
              </w:rPr>
              <w:t>☐</w:t>
            </w:r>
            <w:r w:rsidRPr="00F61A70">
              <w:rPr>
                <w:b/>
                <w:bCs/>
                <w:sz w:val="16"/>
              </w:rPr>
              <w:t xml:space="preserve"> B.2 · realizate la:</w:t>
            </w:r>
          </w:p>
        </w:tc>
      </w:tr>
      <w:tr w:rsidR="003C7CA3" w:rsidRPr="00F61A70" w14:paraId="21686F75" w14:textId="77777777">
        <w:trPr>
          <w:cantSplit/>
        </w:trPr>
        <w:tc>
          <w:tcPr>
            <w:tcW w:w="9636" w:type="dxa"/>
          </w:tcPr>
          <w:p w14:paraId="27A0F79D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construcții monument istoric (Legea nr. 422/2001), inclusiv anexele din același imobil</w:t>
            </w:r>
          </w:p>
          <w:p w14:paraId="6548132E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construcții în zona de protecție a monumentelor istorice</w:t>
            </w:r>
          </w:p>
          <w:p w14:paraId="1914C10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construcții în zone construite protejate</w:t>
            </w:r>
          </w:p>
          <w:p w14:paraId="4C3ED46E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construcții cu valoare arhitecturală sau istorică deosebită, stabilite prin documentații de urbanism aprobate</w:t>
            </w:r>
          </w:p>
        </w:tc>
      </w:tr>
      <w:tr w:rsidR="003C7CA3" w:rsidRPr="00F61A70" w14:paraId="365A3BB4" w14:textId="77777777">
        <w:trPr>
          <w:cantSplit/>
        </w:trPr>
        <w:tc>
          <w:tcPr>
            <w:tcW w:w="9636" w:type="dxa"/>
          </w:tcPr>
          <w:p w14:paraId="3E8899C5" w14:textId="67645643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B.3 · realizate la clădiri / </w:t>
            </w:r>
            <w:r w:rsidRPr="00F61A70">
              <w:rPr>
                <w:b/>
                <w:bCs/>
                <w:sz w:val="16"/>
                <w:lang w:val="fr-FR"/>
              </w:rPr>
              <w:t>construcții cu caracter special, care</w:t>
            </w:r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  <w:p w14:paraId="197FF23C" w14:textId="76775AA0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nu se încadrează</w:t>
            </w:r>
            <w:r w:rsidR="00F61A70">
              <w:rPr>
                <w:sz w:val="16"/>
                <w:lang w:val="fr-FR"/>
              </w:rPr>
              <w:t xml:space="preserve"> </w:t>
            </w:r>
            <w:r w:rsidR="00F61A70" w:rsidRPr="005B29C5">
              <w:rPr>
                <w:sz w:val="16"/>
                <w:lang w:val="fr-FR"/>
              </w:rPr>
              <w:t>în categoriile de la B.2</w:t>
            </w:r>
          </w:p>
          <w:p w14:paraId="5C7CAF34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se încadrează în categoriile de la B.2</w:t>
            </w:r>
          </w:p>
        </w:tc>
      </w:tr>
      <w:tr w:rsidR="003C7CA3" w14:paraId="2DE849E8" w14:textId="77777777">
        <w:trPr>
          <w:cantSplit/>
        </w:trPr>
        <w:tc>
          <w:tcPr>
            <w:tcW w:w="9636" w:type="dxa"/>
            <w:shd w:val="clear" w:color="auto" w:fill="F4F4F4"/>
          </w:tcPr>
          <w:p w14:paraId="3EB12BC0" w14:textId="77777777" w:rsidR="003C7CA3" w:rsidRPr="00F61A70" w:rsidRDefault="003454F7">
            <w:pPr>
              <w:keepNext/>
              <w:rPr>
                <w:b/>
                <w:bCs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</w:rPr>
              <w:t>C · Amenajări</w:t>
            </w:r>
          </w:p>
        </w:tc>
      </w:tr>
      <w:tr w:rsidR="003C7CA3" w:rsidRPr="00F61A70" w14:paraId="66C8F468" w14:textId="77777777">
        <w:trPr>
          <w:cantSplit/>
        </w:trPr>
        <w:tc>
          <w:tcPr>
            <w:tcW w:w="9636" w:type="dxa"/>
          </w:tcPr>
          <w:p w14:paraId="43680500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C.1 · amenajări civile</w:t>
            </w:r>
          </w:p>
          <w:p w14:paraId="0894A1ED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C.2 · amenajări și îmbunătățiri funciare</w:t>
            </w:r>
          </w:p>
          <w:p w14:paraId="4914BB2B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C.3 · construcții provizorii / cu caracter t</w:t>
            </w:r>
            <w:r>
              <w:rPr>
                <w:sz w:val="16"/>
              </w:rPr>
              <w:t>emporar</w:t>
            </w:r>
          </w:p>
          <w:p w14:paraId="3B5D31B2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C.4 · cercetarea / prospectarea terenurilor, foraje, excavări, studii topografice, geologice, geotehnice, geofizice, hidrologice</w:t>
            </w:r>
          </w:p>
          <w:p w14:paraId="014841AD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C.5 · cercetări pentru zăcăminte naturale</w:t>
            </w:r>
          </w:p>
          <w:p w14:paraId="4C0C2C5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C.6 · spații verzi, plantate</w:t>
            </w:r>
          </w:p>
          <w:p w14:paraId="0A0CE83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C.7 · spații publice</w:t>
            </w:r>
          </w:p>
          <w:p w14:paraId="2C342054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C.8 · organizare </w:t>
            </w:r>
            <w:r w:rsidRPr="005B29C5">
              <w:rPr>
                <w:sz w:val="16"/>
                <w:lang w:val="fr-FR"/>
              </w:rPr>
              <w:t>de șantier</w:t>
            </w:r>
          </w:p>
        </w:tc>
      </w:tr>
      <w:tr w:rsidR="003C7CA3" w:rsidRPr="00F61A70" w14:paraId="49124A1B" w14:textId="77777777">
        <w:trPr>
          <w:cantSplit/>
        </w:trPr>
        <w:tc>
          <w:tcPr>
            <w:tcW w:w="9636" w:type="dxa"/>
            <w:shd w:val="clear" w:color="auto" w:fill="F4F4F4"/>
          </w:tcPr>
          <w:p w14:paraId="465514F8" w14:textId="77777777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D · Lucrări inginerești, inclusiv intervenții la astfel de construcții</w:t>
            </w:r>
          </w:p>
        </w:tc>
      </w:tr>
      <w:tr w:rsidR="003C7CA3" w14:paraId="04D8B1F3" w14:textId="77777777">
        <w:trPr>
          <w:cantSplit/>
        </w:trPr>
        <w:tc>
          <w:tcPr>
            <w:tcW w:w="9636" w:type="dxa"/>
          </w:tcPr>
          <w:p w14:paraId="5DB1C9BE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D.1 · infrastructura de transport, alta decât cea de interes național</w:t>
            </w:r>
          </w:p>
          <w:p w14:paraId="0895795C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D.2 · infrastructură în domeniul energiei</w:t>
            </w:r>
          </w:p>
          <w:p w14:paraId="695D712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D.3 · rețele de comunicații electronice și infrastruc</w:t>
            </w:r>
            <w:r w:rsidRPr="005B29C5">
              <w:rPr>
                <w:sz w:val="16"/>
                <w:lang w:val="fr-FR"/>
              </w:rPr>
              <w:t>turile fizice aferente</w:t>
            </w:r>
          </w:p>
          <w:p w14:paraId="40CA978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D.4 · gospodărirea apelor</w:t>
            </w:r>
          </w:p>
          <w:p w14:paraId="3723A58E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D.5 · hidrotehnice</w:t>
            </w:r>
          </w:p>
          <w:p w14:paraId="6D930310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D.6 · miniere</w:t>
            </w:r>
          </w:p>
          <w:p w14:paraId="3BE96BC8" w14:textId="77777777" w:rsidR="003C7CA3" w:rsidRDefault="003454F7"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D.7 · alte lucrări inginerești necesare unor obiective de interes public</w:t>
            </w:r>
          </w:p>
        </w:tc>
      </w:tr>
    </w:tbl>
    <w:p w14:paraId="082F6609" w14:textId="77777777" w:rsidR="003C7CA3" w:rsidRPr="00913191" w:rsidRDefault="003C7CA3">
      <w:pPr>
        <w:spacing w:line="168" w:lineRule="auto"/>
        <w:rPr>
          <w:u w:val="single"/>
        </w:rPr>
      </w:pPr>
    </w:p>
    <w:p w14:paraId="7B0C7BA1" w14:textId="77777777" w:rsidR="00913191" w:rsidRPr="00913191" w:rsidRDefault="00913191">
      <w:pPr>
        <w:spacing w:line="168" w:lineRule="auto"/>
        <w:rPr>
          <w:sz w:val="18"/>
          <w:szCs w:val="18"/>
          <w:u w:val="single"/>
          <w:lang w:val="fr-FR"/>
        </w:rPr>
      </w:pPr>
    </w:p>
    <w:p w14:paraId="4AA9E511" w14:textId="2D0DDB8C" w:rsidR="00913191" w:rsidRPr="00913191" w:rsidRDefault="00913191" w:rsidP="00913191">
      <w:pPr>
        <w:rPr>
          <w:sz w:val="20"/>
          <w:szCs w:val="20"/>
          <w:u w:val="single"/>
          <w:lang w:val="fr-FR"/>
        </w:rPr>
      </w:pPr>
      <w:r w:rsidRPr="00913191">
        <w:rPr>
          <w:sz w:val="20"/>
          <w:szCs w:val="20"/>
          <w:u w:val="single"/>
          <w:lang w:val="fr-FR"/>
        </w:rPr>
        <w:t xml:space="preserve">Punctele 2-9 se completeaza în cazul cladirilor și al intervențiilor asupra clădirilor existente, </w:t>
      </w:r>
      <w:proofErr w:type="gramStart"/>
      <w:r w:rsidRPr="00913191">
        <w:rPr>
          <w:sz w:val="20"/>
          <w:szCs w:val="20"/>
          <w:u w:val="single"/>
          <w:lang w:val="fr-FR"/>
        </w:rPr>
        <w:t xml:space="preserve">iar </w:t>
      </w:r>
      <w:r w:rsidR="00F61A70">
        <w:rPr>
          <w:sz w:val="20"/>
          <w:szCs w:val="20"/>
          <w:u w:val="single"/>
          <w:lang w:val="fr-FR"/>
        </w:rPr>
        <w:t xml:space="preserve"> </w:t>
      </w:r>
      <w:r w:rsidRPr="00913191">
        <w:rPr>
          <w:sz w:val="20"/>
          <w:szCs w:val="20"/>
          <w:u w:val="single"/>
          <w:lang w:val="fr-FR"/>
        </w:rPr>
        <w:t>în</w:t>
      </w:r>
      <w:proofErr w:type="gramEnd"/>
      <w:r w:rsidRPr="00913191">
        <w:rPr>
          <w:sz w:val="20"/>
          <w:szCs w:val="20"/>
          <w:u w:val="single"/>
          <w:lang w:val="fr-FR"/>
        </w:rPr>
        <w:t xml:space="preserve"> cazul amenjărilor</w:t>
      </w:r>
      <w:r>
        <w:rPr>
          <w:sz w:val="20"/>
          <w:szCs w:val="20"/>
          <w:u w:val="single"/>
          <w:lang w:val="fr-FR"/>
        </w:rPr>
        <w:t xml:space="preserve"> </w:t>
      </w:r>
      <w:r w:rsidRPr="00913191">
        <w:rPr>
          <w:sz w:val="20"/>
          <w:szCs w:val="20"/>
          <w:u w:val="single"/>
          <w:lang w:val="fr-FR"/>
        </w:rPr>
        <w:t>/lucrărilor inginerești, doar dacă acestea cuprind și clădiri</w:t>
      </w:r>
    </w:p>
    <w:p w14:paraId="4D0FD730" w14:textId="77777777" w:rsidR="00913191" w:rsidRPr="00913191" w:rsidRDefault="00913191">
      <w:pPr>
        <w:spacing w:line="168" w:lineRule="auto"/>
        <w:rPr>
          <w:b/>
          <w:bCs/>
          <w:sz w:val="18"/>
          <w:szCs w:val="18"/>
          <w:u w:val="single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2409"/>
        <w:gridCol w:w="2409"/>
      </w:tblGrid>
      <w:tr w:rsidR="003C7CA3" w:rsidRPr="005B29C5" w14:paraId="0C8ACC4D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1D6A27EF" w14:textId="19CFC06A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2. </w:t>
            </w:r>
            <w:r w:rsidRPr="005B29C5">
              <w:rPr>
                <w:b/>
                <w:color w:val="000000"/>
                <w:sz w:val="18"/>
                <w:lang w:val="fr-FR"/>
              </w:rPr>
              <w:t>DATELE CARACTERISTICE ALE AMPLASAMENTULUI</w:t>
            </w:r>
          </w:p>
        </w:tc>
      </w:tr>
      <w:tr w:rsidR="003C7CA3" w:rsidRPr="00F61A70" w14:paraId="7869F015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3CC5C9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Suprafața terenului (m</w:t>
            </w:r>
            <w:r>
              <w:rPr>
                <w:b/>
                <w:color w:val="0D5F78"/>
              </w:rPr>
              <w:t>²)</w:t>
            </w:r>
          </w:p>
          <w:p w14:paraId="12091D05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3"/>
          </w:tcPr>
          <w:p w14:paraId="02AB0E94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Terenul este</w:t>
            </w:r>
          </w:p>
          <w:p w14:paraId="775AFB5C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liber de construcții     ☐ nu este liber de construcții</w:t>
            </w:r>
          </w:p>
        </w:tc>
      </w:tr>
      <w:tr w:rsidR="003C7CA3" w:rsidRPr="005B29C5" w14:paraId="7F716C47" w14:textId="77777777" w:rsidTr="0007047E">
        <w:trPr>
          <w:cantSplit/>
          <w:trHeight w:val="369"/>
        </w:trPr>
        <w:tc>
          <w:tcPr>
            <w:tcW w:w="4818" w:type="dxa"/>
            <w:gridSpan w:val="3"/>
          </w:tcPr>
          <w:p w14:paraId="132C498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Acces carosabil din strada</w:t>
            </w:r>
          </w:p>
          <w:p w14:paraId="250E3356" w14:textId="77777777" w:rsidR="003C7CA3" w:rsidRDefault="003C7CA3">
            <w:pPr>
              <w:keepNext/>
            </w:pPr>
          </w:p>
        </w:tc>
        <w:tc>
          <w:tcPr>
            <w:tcW w:w="4818" w:type="dxa"/>
            <w:gridSpan w:val="2"/>
          </w:tcPr>
          <w:p w14:paraId="650B5965" w14:textId="3B87D292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direct     ☐ prin drum p</w:t>
            </w:r>
            <w:r w:rsidR="0007047E">
              <w:rPr>
                <w:sz w:val="16"/>
                <w:lang w:val="fr-FR"/>
              </w:rPr>
              <w:t>rivat</w:t>
            </w:r>
          </w:p>
        </w:tc>
      </w:tr>
      <w:tr w:rsidR="003C7CA3" w:rsidRPr="00F61A70" w14:paraId="53A8A3B2" w14:textId="77777777">
        <w:trPr>
          <w:cantSplit/>
        </w:trPr>
        <w:tc>
          <w:tcPr>
            <w:tcW w:w="9636" w:type="dxa"/>
            <w:gridSpan w:val="5"/>
          </w:tcPr>
          <w:p w14:paraId="606E8547" w14:textId="77777777" w:rsidR="003C7CA3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terenul se află în zona de protecție a monumentelor istorice     ☐ terenul se află în zone construite protejate</w:t>
            </w:r>
          </w:p>
          <w:p w14:paraId="3D53D1E9" w14:textId="77777777" w:rsidR="00C46767" w:rsidRPr="005B29C5" w:rsidRDefault="00C46767" w:rsidP="00C46767">
            <w:pPr>
              <w:rPr>
                <w:lang w:val="fr-FR"/>
              </w:rPr>
            </w:pPr>
          </w:p>
        </w:tc>
      </w:tr>
      <w:tr w:rsidR="003C7CA3" w14:paraId="165B4D0A" w14:textId="77777777">
        <w:trPr>
          <w:cantSplit/>
        </w:trPr>
        <w:tc>
          <w:tcPr>
            <w:tcW w:w="9636" w:type="dxa"/>
            <w:gridSpan w:val="5"/>
          </w:tcPr>
          <w:p w14:paraId="079CCB85" w14:textId="77777777" w:rsidR="003C7CA3" w:rsidRDefault="003454F7">
            <w:pPr>
              <w:keepNext/>
              <w:pBdr>
                <w:bottom w:val="dotted" w:sz="6" w:space="0" w:color="999999"/>
              </w:pBdr>
              <w:spacing w:after="80"/>
            </w:pPr>
            <w:r>
              <w:rPr>
                <w:color w:val="0D5F78"/>
              </w:rPr>
              <w:t xml:space="preserve">Servituți  </w:t>
            </w:r>
          </w:p>
          <w:p w14:paraId="7D7BEDB6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C46767" w14:paraId="483B4B50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E8E6812" w14:textId="500AFB81" w:rsidR="00C46767" w:rsidRDefault="00C46767">
            <w:pPr>
              <w:keepNext/>
              <w:rPr>
                <w:sz w:val="16"/>
              </w:rPr>
            </w:pPr>
            <w:r>
              <w:rPr>
                <w:sz w:val="16"/>
              </w:rPr>
              <w:t>Amplasare</w:t>
            </w:r>
          </w:p>
        </w:tc>
      </w:tr>
      <w:tr w:rsidR="00C46767" w14:paraId="44377C56" w14:textId="77777777" w:rsidTr="00C46767">
        <w:trPr>
          <w:cantSplit/>
        </w:trPr>
        <w:tc>
          <w:tcPr>
            <w:tcW w:w="2409" w:type="dxa"/>
            <w:shd w:val="clear" w:color="auto" w:fill="FFFFFF" w:themeFill="background1"/>
          </w:tcPr>
          <w:p w14:paraId="7A9EEBA3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>Tip amplasare</w:t>
            </w:r>
          </w:p>
          <w:p w14:paraId="3DC2BE2E" w14:textId="77777777" w:rsidR="00C46767" w:rsidRPr="00C46767" w:rsidRDefault="00C46767" w:rsidP="00C46767">
            <w:pPr>
              <w:keepNext/>
            </w:pPr>
            <w:r w:rsidRPr="00C46767">
              <w:rPr>
                <w:i/>
                <w:color w:val="7A7A7A"/>
              </w:rPr>
              <w:t>izolat · cuplat · înșiruit</w:t>
            </w:r>
          </w:p>
          <w:p w14:paraId="13BE7951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gridSpan w:val="2"/>
            <w:shd w:val="clear" w:color="auto" w:fill="FFFFFF" w:themeFill="background1"/>
          </w:tcPr>
          <w:p w14:paraId="55A50C10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>Tipologie / morfologie urbană</w:t>
            </w:r>
          </w:p>
          <w:p w14:paraId="0D40C2D7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37CCB26E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 xml:space="preserve">Front construit </w:t>
            </w:r>
          </w:p>
          <w:p w14:paraId="087F5E3E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42E60006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>Curte interioară</w:t>
            </w:r>
          </w:p>
          <w:p w14:paraId="2BA71759" w14:textId="170AC89A" w:rsidR="00C46767" w:rsidRPr="00C46767" w:rsidRDefault="00C46767" w:rsidP="00C46767">
            <w:pPr>
              <w:keepNext/>
              <w:rPr>
                <w:sz w:val="16"/>
              </w:rPr>
            </w:pPr>
          </w:p>
        </w:tc>
      </w:tr>
      <w:tr w:rsidR="00C46767" w14:paraId="7605E0CD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7A73E17" w14:textId="77777777" w:rsidR="00C46767" w:rsidRDefault="00C46767" w:rsidP="00C46767">
            <w:pPr>
              <w:keepNext/>
            </w:pPr>
            <w:r>
              <w:rPr>
                <w:sz w:val="16"/>
              </w:rPr>
              <w:t xml:space="preserve"> Amplasarea clădirilor pe teren, după realizarea lucrărilor — retragerile minime</w:t>
            </w:r>
          </w:p>
        </w:tc>
      </w:tr>
      <w:tr w:rsidR="00C46767" w:rsidRPr="00F61A70" w14:paraId="2EE614B8" w14:textId="77777777">
        <w:trPr>
          <w:cantSplit/>
          <w:trHeight w:val="510"/>
        </w:trPr>
        <w:tc>
          <w:tcPr>
            <w:tcW w:w="2409" w:type="dxa"/>
          </w:tcPr>
          <w:p w14:paraId="5A8E209E" w14:textId="77777777" w:rsidR="00C46767" w:rsidRDefault="00C46767" w:rsidP="00C46767">
            <w:r>
              <w:rPr>
                <w:b/>
                <w:color w:val="0D5F78"/>
              </w:rPr>
              <w:t>față de aliniament (m)</w:t>
            </w:r>
          </w:p>
          <w:p w14:paraId="198628E3" w14:textId="77777777" w:rsidR="00C46767" w:rsidRDefault="00C46767" w:rsidP="00C46767"/>
        </w:tc>
        <w:tc>
          <w:tcPr>
            <w:tcW w:w="2409" w:type="dxa"/>
            <w:gridSpan w:val="2"/>
          </w:tcPr>
          <w:p w14:paraId="4ADB5DFD" w14:textId="77777777" w:rsidR="00C46767" w:rsidRDefault="00C46767" w:rsidP="00C46767">
            <w:r>
              <w:rPr>
                <w:b/>
                <w:color w:val="0D5F78"/>
              </w:rPr>
              <w:t>față de limita lateral-dreapta (m)</w:t>
            </w:r>
          </w:p>
          <w:p w14:paraId="5CB17E5D" w14:textId="77777777" w:rsidR="00C46767" w:rsidRDefault="00C46767" w:rsidP="00C46767"/>
        </w:tc>
        <w:tc>
          <w:tcPr>
            <w:tcW w:w="2409" w:type="dxa"/>
          </w:tcPr>
          <w:p w14:paraId="20498C41" w14:textId="77777777" w:rsidR="00C46767" w:rsidRPr="005B29C5" w:rsidRDefault="00C46767" w:rsidP="00C46767">
            <w:pPr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față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de limita lateral-stânga (m)</w:t>
            </w:r>
          </w:p>
          <w:p w14:paraId="4096649E" w14:textId="77777777" w:rsidR="00C46767" w:rsidRPr="005B29C5" w:rsidRDefault="00C46767" w:rsidP="00C46767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649ED46B" w14:textId="77777777" w:rsidR="00C46767" w:rsidRPr="005B29C5" w:rsidRDefault="00C46767" w:rsidP="00C46767">
            <w:pPr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față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de limita posterioară (m)</w:t>
            </w:r>
          </w:p>
          <w:p w14:paraId="3C47F09A" w14:textId="77777777" w:rsidR="00C46767" w:rsidRPr="005B29C5" w:rsidRDefault="00C46767" w:rsidP="00C46767">
            <w:pPr>
              <w:rPr>
                <w:lang w:val="fr-FR"/>
              </w:rPr>
            </w:pPr>
          </w:p>
        </w:tc>
      </w:tr>
      <w:tr w:rsidR="00C46767" w:rsidRPr="00F61A70" w14:paraId="41C06C37" w14:textId="77777777" w:rsidTr="0007047E">
        <w:trPr>
          <w:cantSplit/>
          <w:trHeight w:val="226"/>
        </w:trPr>
        <w:tc>
          <w:tcPr>
            <w:tcW w:w="4818" w:type="dxa"/>
            <w:gridSpan w:val="3"/>
            <w:shd w:val="clear" w:color="auto" w:fill="F2F2F2" w:themeFill="background1" w:themeFillShade="F2"/>
          </w:tcPr>
          <w:p w14:paraId="6B7999BC" w14:textId="33FF7E93" w:rsidR="00C46767" w:rsidRPr="0007047E" w:rsidRDefault="00C46767" w:rsidP="00C46767">
            <w:pPr>
              <w:rPr>
                <w:bCs/>
                <w:color w:val="000000" w:themeColor="text1"/>
                <w:lang w:val="fr-FR"/>
              </w:rPr>
            </w:pPr>
            <w:r w:rsidRPr="0007047E">
              <w:rPr>
                <w:bCs/>
                <w:color w:val="000000" w:themeColor="text1"/>
                <w:lang w:val="fr-FR"/>
              </w:rPr>
              <w:t>Procent de ocupare a terenului (%)</w:t>
            </w:r>
          </w:p>
        </w:tc>
        <w:tc>
          <w:tcPr>
            <w:tcW w:w="4818" w:type="dxa"/>
            <w:gridSpan w:val="2"/>
            <w:shd w:val="clear" w:color="auto" w:fill="F2F2F2" w:themeFill="background1" w:themeFillShade="F2"/>
          </w:tcPr>
          <w:p w14:paraId="62285E8F" w14:textId="2DCC1C68" w:rsidR="00C46767" w:rsidRPr="0007047E" w:rsidRDefault="00C46767" w:rsidP="00C46767">
            <w:pPr>
              <w:rPr>
                <w:bCs/>
                <w:color w:val="000000" w:themeColor="text1"/>
                <w:lang w:val="fr-FR"/>
              </w:rPr>
            </w:pPr>
            <w:r w:rsidRPr="0007047E">
              <w:rPr>
                <w:bCs/>
                <w:color w:val="000000" w:themeColor="text1"/>
                <w:lang w:val="fr-FR"/>
              </w:rPr>
              <w:t xml:space="preserve">Coeficient de utilizare a terenului </w:t>
            </w:r>
          </w:p>
        </w:tc>
      </w:tr>
      <w:tr w:rsidR="00C46767" w:rsidRPr="005B29C5" w14:paraId="060A73FB" w14:textId="77777777" w:rsidTr="0007047E">
        <w:trPr>
          <w:cantSplit/>
          <w:trHeight w:val="272"/>
        </w:trPr>
        <w:tc>
          <w:tcPr>
            <w:tcW w:w="2409" w:type="dxa"/>
          </w:tcPr>
          <w:p w14:paraId="0E0452C6" w14:textId="6F162BE0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Existent</w:t>
            </w:r>
          </w:p>
        </w:tc>
        <w:tc>
          <w:tcPr>
            <w:tcW w:w="2409" w:type="dxa"/>
            <w:gridSpan w:val="2"/>
          </w:tcPr>
          <w:p w14:paraId="56E832C5" w14:textId="77777777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</w:p>
        </w:tc>
        <w:tc>
          <w:tcPr>
            <w:tcW w:w="2409" w:type="dxa"/>
          </w:tcPr>
          <w:p w14:paraId="24F09C4A" w14:textId="4BD79D03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Existent</w:t>
            </w:r>
          </w:p>
        </w:tc>
        <w:tc>
          <w:tcPr>
            <w:tcW w:w="2409" w:type="dxa"/>
          </w:tcPr>
          <w:p w14:paraId="3DA88BDD" w14:textId="77777777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</w:p>
        </w:tc>
      </w:tr>
      <w:tr w:rsidR="00C46767" w:rsidRPr="005B29C5" w14:paraId="008E2BA0" w14:textId="77777777" w:rsidTr="0007047E">
        <w:trPr>
          <w:cantSplit/>
          <w:trHeight w:val="272"/>
        </w:trPr>
        <w:tc>
          <w:tcPr>
            <w:tcW w:w="2409" w:type="dxa"/>
          </w:tcPr>
          <w:p w14:paraId="7D7FB8E0" w14:textId="22FA1577" w:rsidR="00C46767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Propus</w:t>
            </w:r>
          </w:p>
        </w:tc>
        <w:tc>
          <w:tcPr>
            <w:tcW w:w="2409" w:type="dxa"/>
            <w:gridSpan w:val="2"/>
          </w:tcPr>
          <w:p w14:paraId="27E463A9" w14:textId="77777777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</w:p>
        </w:tc>
        <w:tc>
          <w:tcPr>
            <w:tcW w:w="2409" w:type="dxa"/>
          </w:tcPr>
          <w:p w14:paraId="7FD00EA7" w14:textId="29AF4CF0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Propus</w:t>
            </w:r>
          </w:p>
        </w:tc>
        <w:tc>
          <w:tcPr>
            <w:tcW w:w="2409" w:type="dxa"/>
          </w:tcPr>
          <w:p w14:paraId="6BCF08B6" w14:textId="77777777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</w:p>
        </w:tc>
      </w:tr>
    </w:tbl>
    <w:p w14:paraId="132E47EC" w14:textId="07AC5DB5" w:rsidR="003C7CA3" w:rsidRDefault="003C7CA3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09"/>
      </w:tblGrid>
      <w:tr w:rsidR="0007047E" w:rsidRPr="005B29C5" w14:paraId="03C946DF" w14:textId="77777777" w:rsidTr="00303E64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5F98CBA4" w14:textId="2EDCA382" w:rsidR="0007047E" w:rsidRPr="005B29C5" w:rsidRDefault="0007047E" w:rsidP="00303E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3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color w:val="000000"/>
                <w:sz w:val="18"/>
                <w:lang w:val="fr-FR"/>
              </w:rPr>
              <w:t xml:space="preserve">SUPRAFEȚE </w:t>
            </w:r>
          </w:p>
        </w:tc>
      </w:tr>
      <w:tr w:rsidR="0007047E" w14:paraId="0B55DA5B" w14:textId="77777777" w:rsidTr="00303E64">
        <w:trPr>
          <w:cantSplit/>
          <w:trHeight w:val="297"/>
        </w:trPr>
        <w:tc>
          <w:tcPr>
            <w:tcW w:w="2409" w:type="dxa"/>
          </w:tcPr>
          <w:p w14:paraId="5BB088E4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clădiri existente, din care:</w:t>
            </w:r>
          </w:p>
        </w:tc>
        <w:tc>
          <w:tcPr>
            <w:tcW w:w="2409" w:type="dxa"/>
          </w:tcPr>
          <w:p w14:paraId="1E806F4B" w14:textId="77777777" w:rsidR="0007047E" w:rsidRDefault="0007047E" w:rsidP="00303E64">
            <w:pPr>
              <w:keepNext/>
            </w:pPr>
            <w:r>
              <w:rPr>
                <w:b/>
                <w:color w:val="0D5F78"/>
              </w:rPr>
              <w:t>Suprafață construită (m²)</w:t>
            </w:r>
          </w:p>
          <w:p w14:paraId="403A4944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17199850" w14:textId="77777777" w:rsidR="0007047E" w:rsidRDefault="0007047E" w:rsidP="00303E64">
            <w:pPr>
              <w:keepNext/>
            </w:pPr>
            <w:r>
              <w:rPr>
                <w:b/>
                <w:color w:val="0D5F78"/>
              </w:rPr>
              <w:t>Suprafață desfășurată (m²)</w:t>
            </w:r>
          </w:p>
          <w:p w14:paraId="4BF4EA09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0DC34539" w14:textId="77777777" w:rsidR="0007047E" w:rsidRDefault="0007047E" w:rsidP="00303E64">
            <w:pPr>
              <w:keepNext/>
            </w:pPr>
            <w:r>
              <w:rPr>
                <w:b/>
                <w:color w:val="0D5F78"/>
              </w:rPr>
              <w:t>Suprafață utilă (m²)</w:t>
            </w:r>
          </w:p>
          <w:p w14:paraId="1743490B" w14:textId="77777777" w:rsidR="0007047E" w:rsidRDefault="0007047E" w:rsidP="00303E64">
            <w:pPr>
              <w:keepNext/>
            </w:pPr>
          </w:p>
        </w:tc>
      </w:tr>
      <w:tr w:rsidR="0007047E" w14:paraId="290E3B1A" w14:textId="77777777" w:rsidTr="00303E64">
        <w:trPr>
          <w:cantSplit/>
          <w:trHeight w:val="192"/>
        </w:trPr>
        <w:tc>
          <w:tcPr>
            <w:tcW w:w="2409" w:type="dxa"/>
          </w:tcPr>
          <w:p w14:paraId="77A680BD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— desființate</w:t>
            </w:r>
          </w:p>
        </w:tc>
        <w:tc>
          <w:tcPr>
            <w:tcW w:w="2409" w:type="dxa"/>
          </w:tcPr>
          <w:p w14:paraId="49A5CEE4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78FEE0F5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650918ED" w14:textId="77777777" w:rsidR="0007047E" w:rsidRDefault="0007047E" w:rsidP="00303E64">
            <w:pPr>
              <w:keepNext/>
            </w:pPr>
          </w:p>
        </w:tc>
      </w:tr>
      <w:tr w:rsidR="0007047E" w14:paraId="56C425C9" w14:textId="77777777" w:rsidTr="00303E64">
        <w:trPr>
          <w:cantSplit/>
          <w:trHeight w:val="137"/>
        </w:trPr>
        <w:tc>
          <w:tcPr>
            <w:tcW w:w="2409" w:type="dxa"/>
          </w:tcPr>
          <w:p w14:paraId="21FE29B7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— menținute</w:t>
            </w:r>
          </w:p>
        </w:tc>
        <w:tc>
          <w:tcPr>
            <w:tcW w:w="2409" w:type="dxa"/>
          </w:tcPr>
          <w:p w14:paraId="2E932015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D428DDC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D490EA8" w14:textId="77777777" w:rsidR="0007047E" w:rsidRDefault="0007047E" w:rsidP="00303E64">
            <w:pPr>
              <w:keepNext/>
            </w:pPr>
          </w:p>
        </w:tc>
      </w:tr>
      <w:tr w:rsidR="0007047E" w14:paraId="1C398D53" w14:textId="77777777" w:rsidTr="00303E64">
        <w:trPr>
          <w:cantSplit/>
          <w:trHeight w:val="226"/>
        </w:trPr>
        <w:tc>
          <w:tcPr>
            <w:tcW w:w="2409" w:type="dxa"/>
          </w:tcPr>
          <w:p w14:paraId="3DEA794B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clădiri propuse</w:t>
            </w:r>
          </w:p>
        </w:tc>
        <w:tc>
          <w:tcPr>
            <w:tcW w:w="2409" w:type="dxa"/>
          </w:tcPr>
          <w:p w14:paraId="673C13F3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06D64C17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6631B6AA" w14:textId="77777777" w:rsidR="0007047E" w:rsidRDefault="0007047E" w:rsidP="00303E64">
            <w:pPr>
              <w:keepNext/>
            </w:pPr>
          </w:p>
        </w:tc>
      </w:tr>
      <w:tr w:rsidR="0007047E" w14:paraId="60C12F08" w14:textId="77777777" w:rsidTr="00303E64">
        <w:trPr>
          <w:cantSplit/>
          <w:trHeight w:val="130"/>
        </w:trPr>
        <w:tc>
          <w:tcPr>
            <w:tcW w:w="2409" w:type="dxa"/>
          </w:tcPr>
          <w:p w14:paraId="66EF5C67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TOTAL (menținute + propuse)</w:t>
            </w:r>
          </w:p>
        </w:tc>
        <w:tc>
          <w:tcPr>
            <w:tcW w:w="2409" w:type="dxa"/>
          </w:tcPr>
          <w:p w14:paraId="07B8BE8D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572E69C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3405E223" w14:textId="77777777" w:rsidR="0007047E" w:rsidRDefault="0007047E" w:rsidP="00303E64">
            <w:pPr>
              <w:keepNext/>
            </w:pPr>
          </w:p>
        </w:tc>
      </w:tr>
    </w:tbl>
    <w:p w14:paraId="5B8A3179" w14:textId="77777777" w:rsidR="0007047E" w:rsidRPr="005B29C5" w:rsidRDefault="0007047E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803"/>
        <w:gridCol w:w="803"/>
        <w:gridCol w:w="803"/>
        <w:gridCol w:w="803"/>
        <w:gridCol w:w="803"/>
        <w:gridCol w:w="803"/>
        <w:gridCol w:w="1606"/>
      </w:tblGrid>
      <w:tr w:rsidR="003C7CA3" w:rsidRPr="00F61A70" w14:paraId="53C8B325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189EFFD" w14:textId="0AA3EC08" w:rsidR="007E5D45" w:rsidRPr="0007047E" w:rsidRDefault="003454F7">
            <w:pPr>
              <w:keepNext/>
              <w:rPr>
                <w:sz w:val="19"/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07047E">
              <w:rPr>
                <w:b/>
                <w:sz w:val="16"/>
                <w:lang w:val="fr-FR"/>
              </w:rPr>
              <w:t>4</w:t>
            </w:r>
            <w:r w:rsidRPr="007E5D45">
              <w:rPr>
                <w:b/>
                <w:sz w:val="16"/>
                <w:lang w:val="fr-FR"/>
              </w:rPr>
              <w:t xml:space="preserve">. </w:t>
            </w:r>
            <w:r w:rsidRPr="007E5D45">
              <w:rPr>
                <w:b/>
                <w:color w:val="000000"/>
                <w:sz w:val="18"/>
                <w:lang w:val="fr-FR"/>
              </w:rPr>
              <w:t>FIȘA CLĂDIRII</w:t>
            </w:r>
            <w:r w:rsidR="007E5D45">
              <w:rPr>
                <w:sz w:val="19"/>
                <w:lang w:val="fr-FR"/>
              </w:rPr>
              <w:t xml:space="preserve"> (se completeaza </w:t>
            </w:r>
            <w:r w:rsidR="007E5D45" w:rsidRPr="005B29C5">
              <w:rPr>
                <w:sz w:val="19"/>
                <w:lang w:val="fr-FR"/>
              </w:rPr>
              <w:t>câte una pentru fiecare imobil</w:t>
            </w:r>
            <w:r w:rsidR="007E5D45">
              <w:rPr>
                <w:sz w:val="19"/>
                <w:lang w:val="fr-FR"/>
              </w:rPr>
              <w:t>)</w:t>
            </w:r>
          </w:p>
        </w:tc>
      </w:tr>
      <w:tr w:rsidR="003C7CA3" w14:paraId="31232DE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558D848E" w14:textId="77777777" w:rsidR="003C7CA3" w:rsidRDefault="003454F7">
            <w:pPr>
              <w:keepNext/>
            </w:pPr>
            <w:r w:rsidRPr="007E5D45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Identificarea clădirii în </w:t>
            </w:r>
            <w:r>
              <w:rPr>
                <w:sz w:val="16"/>
              </w:rPr>
              <w:t>registru</w:t>
            </w:r>
          </w:p>
        </w:tc>
      </w:tr>
      <w:tr w:rsidR="003C7CA3" w14:paraId="3E0214C2" w14:textId="77777777">
        <w:trPr>
          <w:cantSplit/>
          <w:trHeight w:val="510"/>
        </w:trPr>
        <w:tc>
          <w:tcPr>
            <w:tcW w:w="2409" w:type="dxa"/>
          </w:tcPr>
          <w:p w14:paraId="2DA5BDF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NIS</w:t>
            </w:r>
          </w:p>
          <w:p w14:paraId="4A761AB4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numărul din Registrul Național al Clădirilor, dacă e deja înregistrată</w:t>
            </w:r>
          </w:p>
          <w:p w14:paraId="2FEB4109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6F2AC158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Nr. </w:t>
            </w:r>
            <w:proofErr w:type="gramStart"/>
            <w:r w:rsidRPr="005B29C5">
              <w:rPr>
                <w:b/>
                <w:color w:val="0D5F78"/>
                <w:lang w:val="fr-FR"/>
              </w:rPr>
              <w:t>cadastral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al clădirii</w:t>
            </w:r>
          </w:p>
          <w:p w14:paraId="56484D52" w14:textId="77777777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i/>
                <w:color w:val="7A7A7A"/>
                <w:lang w:val="fr-FR"/>
              </w:rPr>
              <w:t>forma</w:t>
            </w:r>
            <w:proofErr w:type="gramEnd"/>
            <w:r w:rsidRPr="005B29C5">
              <w:rPr>
                <w:i/>
                <w:color w:val="7A7A7A"/>
                <w:lang w:val="fr-FR"/>
              </w:rPr>
              <w:t xml:space="preserve"> 123456-C1</w:t>
            </w:r>
          </w:p>
          <w:p w14:paraId="2ECB2279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1F6541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Identificator e-Terra (IE)</w:t>
            </w:r>
          </w:p>
          <w:p w14:paraId="220427C2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1476029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 carte funciară</w:t>
            </w:r>
          </w:p>
          <w:p w14:paraId="0E4D13ED" w14:textId="77777777" w:rsidR="003C7CA3" w:rsidRDefault="003C7CA3">
            <w:pPr>
              <w:keepNext/>
            </w:pPr>
          </w:p>
        </w:tc>
      </w:tr>
      <w:tr w:rsidR="003C7CA3" w:rsidRPr="00F61A70" w14:paraId="3EE8CE22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0E3300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Tipul obiectului</w:t>
            </w:r>
          </w:p>
          <w:p w14:paraId="56B5E59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clădire     ☐ corp de clădire     ☐ unități locative</w:t>
            </w:r>
          </w:p>
        </w:tc>
        <w:tc>
          <w:tcPr>
            <w:tcW w:w="4015" w:type="dxa"/>
            <w:gridSpan w:val="4"/>
          </w:tcPr>
          <w:p w14:paraId="1B36A21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Clădirea este</w:t>
            </w:r>
          </w:p>
          <w:p w14:paraId="19F3F41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existentă     ☐ propusă prin proiect</w:t>
            </w:r>
          </w:p>
        </w:tc>
      </w:tr>
      <w:tr w:rsidR="003C7CA3" w14:paraId="11A82C2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438C0C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Denumirea clădirii</w:t>
            </w:r>
          </w:p>
          <w:p w14:paraId="10483E47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7"/>
          </w:tcPr>
          <w:p w14:paraId="3E89F52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Descriere</w:t>
            </w:r>
          </w:p>
          <w:p w14:paraId="4D8F687C" w14:textId="77777777" w:rsidR="003C7CA3" w:rsidRDefault="003C7CA3">
            <w:pPr>
              <w:keepNext/>
            </w:pPr>
          </w:p>
        </w:tc>
      </w:tr>
      <w:tr w:rsidR="003C7CA3" w:rsidRPr="00F61A70" w14:paraId="2C7515B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953601D" w14:textId="24E379E4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CARACTERISTICI ALE CLĂDIRII</w:t>
            </w:r>
          </w:p>
          <w:p w14:paraId="7BB366A1" w14:textId="13E9544A" w:rsidR="0007047E" w:rsidRPr="0007047E" w:rsidRDefault="0007047E">
            <w:pPr>
              <w:keepNext/>
              <w:rPr>
                <w:sz w:val="16"/>
                <w:lang w:val="fr-FR"/>
              </w:rPr>
            </w:pPr>
            <w:r w:rsidRPr="0007047E">
              <w:rPr>
                <w:sz w:val="16"/>
                <w:lang w:val="fr-FR"/>
              </w:rPr>
              <w:t>(</w:t>
            </w:r>
            <w:r w:rsidRPr="0007047E">
              <w:rPr>
                <w:sz w:val="16"/>
                <w:szCs w:val="16"/>
                <w:lang w:val="fr-FR"/>
              </w:rPr>
              <w:t>În cazul intervențiilor asupra clădirilor existente, pentru fiecare câmp, se vor preciza caracteristicile clădirii existente/respectiv</w:t>
            </w:r>
            <w:r w:rsidR="00F61A70">
              <w:rPr>
                <w:sz w:val="16"/>
                <w:szCs w:val="16"/>
                <w:lang w:val="fr-FR"/>
              </w:rPr>
              <w:t xml:space="preserve"> ale celei</w:t>
            </w:r>
            <w:r w:rsidRPr="0007047E">
              <w:rPr>
                <w:sz w:val="16"/>
                <w:szCs w:val="16"/>
                <w:lang w:val="fr-FR"/>
              </w:rPr>
              <w:t xml:space="preserve"> propuse</w:t>
            </w:r>
            <w:r>
              <w:rPr>
                <w:sz w:val="16"/>
                <w:szCs w:val="16"/>
                <w:lang w:val="fr-FR"/>
              </w:rPr>
              <w:t>)</w:t>
            </w:r>
          </w:p>
        </w:tc>
      </w:tr>
      <w:tr w:rsidR="003C7CA3" w14:paraId="723DEA41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9BCBAA" w14:textId="72AC694E" w:rsidR="00F61A70" w:rsidRPr="00F61A70" w:rsidRDefault="003454F7" w:rsidP="00F61A70">
            <w:pPr>
              <w:keepNext/>
              <w:rPr>
                <w:lang w:val="fr-FR"/>
              </w:rPr>
            </w:pPr>
            <w:r w:rsidRPr="007E5D45">
              <w:rPr>
                <w:b/>
                <w:color w:val="0D5F78"/>
                <w:lang w:val="fr-FR"/>
              </w:rPr>
              <w:t>Destinația / funcțiunea principală</w:t>
            </w:r>
            <w:r w:rsidR="007E5D45" w:rsidRPr="007E5D45">
              <w:rPr>
                <w:b/>
                <w:color w:val="0D5F78"/>
                <w:lang w:val="fr-FR"/>
              </w:rPr>
              <w:t xml:space="preserve"> 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22CFD931" w14:textId="58E0F812" w:rsidR="003C7CA3" w:rsidRPr="007E5D45" w:rsidRDefault="003C7CA3">
            <w:pPr>
              <w:keepNext/>
              <w:rPr>
                <w:lang w:val="fr-FR"/>
              </w:rPr>
            </w:pPr>
          </w:p>
          <w:p w14:paraId="1ACBE500" w14:textId="77777777" w:rsidR="003C7CA3" w:rsidRPr="007E5D4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1B1CED52" w14:textId="5CFC24C7" w:rsidR="003C7CA3" w:rsidRDefault="003454F7">
            <w:pPr>
              <w:keepNext/>
            </w:pPr>
            <w:r>
              <w:rPr>
                <w:b/>
                <w:color w:val="0D5F78"/>
              </w:rPr>
              <w:t>Funcțiuni secundare</w:t>
            </w:r>
            <w:r w:rsidR="007E5D45">
              <w:rPr>
                <w:b/>
                <w:color w:val="0D5F78"/>
              </w:rPr>
              <w:t xml:space="preserve"> </w:t>
            </w:r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</w:t>
            </w:r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nt/propus)</w:t>
            </w:r>
          </w:p>
          <w:p w14:paraId="3FC91EBB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21ACD1C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Regim juridic</w:t>
            </w:r>
          </w:p>
          <w:p w14:paraId="7DF7F9E8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D3B31D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Zonă fiscală</w:t>
            </w:r>
          </w:p>
          <w:p w14:paraId="52F3E8FC" w14:textId="77777777" w:rsidR="003C7CA3" w:rsidRDefault="003C7CA3">
            <w:pPr>
              <w:keepNext/>
            </w:pPr>
          </w:p>
        </w:tc>
      </w:tr>
      <w:tr w:rsidR="003C7CA3" w:rsidRPr="00F61A70" w14:paraId="6377A5DB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7944B95" w14:textId="77777777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>Anul construirii</w:t>
            </w:r>
          </w:p>
          <w:p w14:paraId="0F248267" w14:textId="77777777" w:rsidR="003C7CA3" w:rsidRPr="00F61A70" w:rsidRDefault="003454F7">
            <w:pPr>
              <w:keepNext/>
              <w:rPr>
                <w:lang w:val="fr-FR"/>
              </w:rPr>
            </w:pPr>
            <w:proofErr w:type="gramStart"/>
            <w:r w:rsidRPr="00F61A70">
              <w:rPr>
                <w:i/>
                <w:color w:val="7A7A7A"/>
                <w:lang w:val="fr-FR"/>
              </w:rPr>
              <w:t>la</w:t>
            </w:r>
            <w:proofErr w:type="gramEnd"/>
            <w:r w:rsidRPr="00F61A70">
              <w:rPr>
                <w:i/>
                <w:color w:val="7A7A7A"/>
                <w:lang w:val="fr-FR"/>
              </w:rPr>
              <w:t xml:space="preserve"> clădirile existente</w:t>
            </w:r>
          </w:p>
          <w:p w14:paraId="06AB52DB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4"/>
          </w:tcPr>
          <w:p w14:paraId="7596603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Anul ultimei renovări</w:t>
            </w:r>
          </w:p>
          <w:p w14:paraId="24F52054" w14:textId="77777777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i/>
                <w:color w:val="7A7A7A"/>
                <w:lang w:val="fr-FR"/>
              </w:rPr>
              <w:t>dacă</w:t>
            </w:r>
            <w:proofErr w:type="gramEnd"/>
            <w:r w:rsidRPr="005B29C5">
              <w:rPr>
                <w:i/>
                <w:color w:val="7A7A7A"/>
                <w:lang w:val="fr-FR"/>
              </w:rPr>
              <w:t xml:space="preserve"> e cazul</w:t>
            </w:r>
          </w:p>
          <w:p w14:paraId="6AE5F8F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3"/>
          </w:tcPr>
          <w:p w14:paraId="138D6D15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Durata de viață estimată (ani)</w:t>
            </w:r>
          </w:p>
          <w:p w14:paraId="339E8596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:rsidRPr="00F61A70" w14:paraId="559AFCD9" w14:textId="77777777">
        <w:trPr>
          <w:cantSplit/>
          <w:trHeight w:val="510"/>
        </w:trPr>
        <w:tc>
          <w:tcPr>
            <w:tcW w:w="2409" w:type="dxa"/>
          </w:tcPr>
          <w:p w14:paraId="18D30FAF" w14:textId="78F88610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Regim de înălțime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740D6E0F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i/>
                <w:color w:val="7A7A7A"/>
                <w:lang w:val="fr-FR"/>
              </w:rPr>
              <w:t>ex. S+P+2E+M</w:t>
            </w:r>
          </w:p>
          <w:p w14:paraId="42442C36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C60E9B6" w14:textId="257A5600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>Înălțimea la cornișă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(existent/propus)</w:t>
            </w:r>
          </w:p>
          <w:p w14:paraId="3CF2B9A4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6C8B034" w14:textId="3C240C9C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>Înălțimea maximă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(existent/propus)</w:t>
            </w:r>
          </w:p>
          <w:p w14:paraId="1C1C9CC0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10B62DC5" w14:textId="081E05DF" w:rsidR="003C7CA3" w:rsidRPr="0007047E" w:rsidRDefault="0007047E">
            <w:pPr>
              <w:keepNext/>
              <w:rPr>
                <w:lang w:val="fr-FR"/>
              </w:rPr>
            </w:pPr>
            <w:r w:rsidRPr="003F6F31">
              <w:rPr>
                <w:b/>
                <w:color w:val="0D5F78"/>
                <w:lang w:val="fr-FR"/>
              </w:rPr>
              <w:t>Cota terenului amenajat</w:t>
            </w:r>
            <w:r w:rsidRPr="0007047E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</w:t>
            </w:r>
            <w:r w:rsidR="00F61A70">
              <w:rPr>
                <w:bCs/>
                <w:i/>
                <w:iCs/>
                <w:color w:val="808080" w:themeColor="background1" w:themeShade="80"/>
                <w:lang w:val="fr-FR"/>
              </w:rPr>
              <w:t>inițială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t/propus)</w:t>
            </w:r>
          </w:p>
          <w:p w14:paraId="7E8DBEBB" w14:textId="77777777" w:rsidR="003C7CA3" w:rsidRDefault="003C7CA3" w:rsidP="0007047E">
            <w:pPr>
              <w:keepNext/>
              <w:rPr>
                <w:lang w:val="fr-FR"/>
              </w:rPr>
            </w:pPr>
          </w:p>
          <w:p w14:paraId="6A190CD2" w14:textId="717968AA" w:rsidR="0007047E" w:rsidRDefault="0007047E" w:rsidP="0007047E">
            <w:pPr>
              <w:keepNext/>
              <w:rPr>
                <w:b/>
                <w:color w:val="0D5F78"/>
                <w:lang w:val="fr-FR"/>
              </w:rPr>
            </w:pPr>
            <w:r w:rsidRPr="003F6F31">
              <w:rPr>
                <w:b/>
                <w:color w:val="0D5F78"/>
                <w:lang w:val="fr-FR"/>
              </w:rPr>
              <w:t>Cota terenului natural</w:t>
            </w:r>
            <w:r w:rsidRPr="0007047E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</w:t>
            </w:r>
          </w:p>
          <w:p w14:paraId="71F4C0F2" w14:textId="3DC91D9A" w:rsidR="0007047E" w:rsidRPr="0007047E" w:rsidRDefault="0007047E" w:rsidP="0007047E">
            <w:pPr>
              <w:keepNext/>
              <w:rPr>
                <w:lang w:val="fr-FR"/>
              </w:rPr>
            </w:pPr>
          </w:p>
        </w:tc>
      </w:tr>
      <w:tr w:rsidR="003C7CA3" w14:paraId="5E4E8EC6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35E2F144" w14:textId="2A34E000" w:rsidR="003C7CA3" w:rsidRDefault="003454F7">
            <w:pPr>
              <w:keepNext/>
            </w:pPr>
            <w:r w:rsidRPr="0007047E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Suprafețe și volum</w:t>
            </w:r>
            <w:r w:rsidR="007E5D45">
              <w:rPr>
                <w:sz w:val="16"/>
              </w:rPr>
              <w:t xml:space="preserve"> </w:t>
            </w:r>
          </w:p>
        </w:tc>
      </w:tr>
      <w:tr w:rsidR="003C7CA3" w14:paraId="2FD126AF" w14:textId="77777777">
        <w:trPr>
          <w:cantSplit/>
          <w:trHeight w:val="510"/>
        </w:trPr>
        <w:tc>
          <w:tcPr>
            <w:tcW w:w="2409" w:type="dxa"/>
          </w:tcPr>
          <w:p w14:paraId="06C8304E" w14:textId="7F817497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 xml:space="preserve">Suprafața construită </w:t>
            </w:r>
            <w:r w:rsidRPr="00F61A70">
              <w:rPr>
                <w:b/>
                <w:color w:val="0D5F78"/>
                <w:lang w:val="fr-FR"/>
              </w:rPr>
              <w:t>(m²)</w:t>
            </w:r>
            <w:r w:rsidR="00F61A70" w:rsidRPr="00F61A70">
              <w:rPr>
                <w:b/>
                <w:color w:val="0D5F78"/>
                <w:lang w:val="fr-FR"/>
              </w:rPr>
              <w:t xml:space="preserve"> 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48F1C2CE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7DCB2196" w14:textId="77777777" w:rsidR="003C7CA3" w:rsidRDefault="003454F7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Suprafața desfășurată (m²)</w:t>
            </w:r>
          </w:p>
          <w:p w14:paraId="7E1A2C27" w14:textId="4D1CD3B2" w:rsidR="00F61A70" w:rsidRDefault="00F61A70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74D48601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5748DFD2" w14:textId="77777777" w:rsidR="009E435D" w:rsidRDefault="003454F7">
            <w:pPr>
              <w:keepNext/>
              <w:rPr>
                <w:b/>
                <w:color w:val="0D5F78"/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Suprafața utilă (m²)</w:t>
            </w:r>
          </w:p>
          <w:p w14:paraId="1825C0CA" w14:textId="1651B2E6" w:rsidR="003C7CA3" w:rsidRPr="009E435D" w:rsidRDefault="009E435D">
            <w:pPr>
              <w:keepNext/>
              <w:rPr>
                <w:lang w:val="fr-FR"/>
              </w:rPr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7B61B290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6E0C2C74" w14:textId="77777777" w:rsidR="003C7CA3" w:rsidRDefault="003454F7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Volum construit (m³)</w:t>
            </w:r>
          </w:p>
          <w:p w14:paraId="43DE4869" w14:textId="418CC1F4" w:rsidR="009E435D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64125EF1" w14:textId="77777777" w:rsidR="003C7CA3" w:rsidRDefault="003C7CA3">
            <w:pPr>
              <w:keepNext/>
            </w:pPr>
          </w:p>
        </w:tc>
      </w:tr>
      <w:tr w:rsidR="003C7CA3" w14:paraId="0F6EBED6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5C5C6F8" w14:textId="77777777" w:rsidR="003C7CA3" w:rsidRDefault="003454F7">
            <w:pPr>
              <w:keepNext/>
            </w:pPr>
            <w:r>
              <w:rPr>
                <w:sz w:val="16"/>
              </w:rPr>
              <w:t xml:space="preserve"> Rezistență mecanică și stabilitate</w:t>
            </w:r>
          </w:p>
        </w:tc>
      </w:tr>
      <w:tr w:rsidR="003C7CA3" w14:paraId="648D619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69BC7B3" w14:textId="3530AFF0" w:rsidR="003C7CA3" w:rsidRDefault="003454F7">
            <w:pPr>
              <w:keepNext/>
            </w:pPr>
            <w:r>
              <w:rPr>
                <w:b/>
                <w:color w:val="0D5F78"/>
              </w:rPr>
              <w:t>Sistem structural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4148DB1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230A02FC" w14:textId="017863FE" w:rsidR="003C7CA3" w:rsidRDefault="003454F7">
            <w:pPr>
              <w:keepNext/>
            </w:pPr>
            <w:r>
              <w:rPr>
                <w:b/>
                <w:color w:val="0D5F78"/>
              </w:rPr>
              <w:t>Material structural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52213A2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5FC13512" w14:textId="6C261E0A" w:rsidR="003C7CA3" w:rsidRPr="009E435D" w:rsidRDefault="003454F7">
            <w:pPr>
              <w:keepNext/>
              <w:rPr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Clasa de risc seismic</w:t>
            </w:r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121DEF40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Rs I … Rs IV</w:t>
            </w:r>
          </w:p>
          <w:p w14:paraId="21701975" w14:textId="77777777" w:rsidR="003C7CA3" w:rsidRDefault="003C7CA3">
            <w:pPr>
              <w:keepNext/>
            </w:pPr>
          </w:p>
        </w:tc>
      </w:tr>
      <w:tr w:rsidR="003C7CA3" w14:paraId="10E744A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1EE6A226" w14:textId="77777777" w:rsidR="003C7CA3" w:rsidRDefault="003454F7">
            <w:pPr>
              <w:keepNext/>
            </w:pPr>
            <w:r>
              <w:rPr>
                <w:sz w:val="16"/>
              </w:rPr>
              <w:t xml:space="preserve"> Anvelopă</w:t>
            </w:r>
          </w:p>
        </w:tc>
      </w:tr>
      <w:tr w:rsidR="003C7CA3" w:rsidRPr="009E435D" w14:paraId="7BA6871E" w14:textId="77777777">
        <w:trPr>
          <w:cantSplit/>
          <w:trHeight w:val="510"/>
        </w:trPr>
        <w:tc>
          <w:tcPr>
            <w:tcW w:w="2409" w:type="dxa"/>
          </w:tcPr>
          <w:p w14:paraId="13427585" w14:textId="056B9861" w:rsidR="003C7CA3" w:rsidRDefault="003454F7">
            <w:pPr>
              <w:keepNext/>
            </w:pPr>
            <w:r>
              <w:rPr>
                <w:b/>
                <w:color w:val="0D5F78"/>
              </w:rPr>
              <w:t>Acoperiș / învelitoare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77A32C88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ș</w:t>
            </w:r>
            <w:r>
              <w:rPr>
                <w:i/>
                <w:color w:val="7A7A7A"/>
              </w:rPr>
              <w:t>arpantă sau terasă</w:t>
            </w:r>
          </w:p>
          <w:p w14:paraId="49F0469B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21D1830D" w14:textId="77777777" w:rsidR="003C7CA3" w:rsidRDefault="003454F7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Învelitoare (material / culoare)</w:t>
            </w:r>
          </w:p>
          <w:p w14:paraId="19E92829" w14:textId="20B66F95" w:rsidR="009E435D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7D9D3BEC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74D7EE9D" w14:textId="77777777" w:rsidR="009E435D" w:rsidRDefault="003454F7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Finisaj / tâmplărie exterioară</w:t>
            </w:r>
          </w:p>
          <w:p w14:paraId="1410C167" w14:textId="5DE35244" w:rsidR="003C7CA3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61D838D9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material, culoare</w:t>
            </w:r>
          </w:p>
          <w:p w14:paraId="3F09D205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6AC4C09E" w14:textId="77777777" w:rsidR="009E435D" w:rsidRDefault="003454F7">
            <w:pPr>
              <w:keepNext/>
              <w:rPr>
                <w:b/>
                <w:color w:val="0D5F78"/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Sistem de încălzire</w:t>
            </w:r>
          </w:p>
          <w:p w14:paraId="76CAE6F3" w14:textId="1DA1FF1D" w:rsidR="003C7CA3" w:rsidRPr="009E435D" w:rsidRDefault="009E435D">
            <w:pPr>
              <w:keepNext/>
              <w:rPr>
                <w:lang w:val="fr-FR"/>
              </w:rPr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610AF003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</w:tr>
      <w:tr w:rsidR="003C7CA3" w14:paraId="46C29B05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3E9A768B" w14:textId="77777777" w:rsidR="003C7CA3" w:rsidRDefault="003454F7">
            <w:pPr>
              <w:keepNext/>
            </w:pPr>
            <w:r w:rsidRPr="009E435D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Siguranță la incendiu</w:t>
            </w:r>
          </w:p>
        </w:tc>
      </w:tr>
      <w:tr w:rsidR="003C7CA3" w:rsidRPr="009E435D" w14:paraId="654642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32C1F791" w14:textId="3C57619C" w:rsidR="003C7CA3" w:rsidRPr="009E435D" w:rsidRDefault="003454F7">
            <w:pPr>
              <w:keepNext/>
              <w:rPr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Nivel de stabilitate la incendiu</w:t>
            </w:r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56434CF7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4"/>
          </w:tcPr>
          <w:p w14:paraId="6EEC9105" w14:textId="1B1D82C1" w:rsidR="003C7CA3" w:rsidRPr="009E435D" w:rsidRDefault="003454F7">
            <w:pPr>
              <w:keepNext/>
              <w:rPr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Număr maxim utilizatori</w:t>
            </w:r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04845F3C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</w:tr>
    </w:tbl>
    <w:p w14:paraId="5444A95F" w14:textId="77777777" w:rsidR="003C7CA3" w:rsidRPr="009E435D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3"/>
        <w:gridCol w:w="803"/>
        <w:gridCol w:w="803"/>
        <w:gridCol w:w="803"/>
        <w:gridCol w:w="1606"/>
        <w:gridCol w:w="803"/>
        <w:gridCol w:w="803"/>
        <w:gridCol w:w="1606"/>
      </w:tblGrid>
      <w:tr w:rsidR="003C7CA3" w:rsidRPr="005B29C5" w14:paraId="6C362E1B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69228431" w14:textId="79EC420A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5. </w:t>
            </w:r>
            <w:r w:rsidRPr="005B29C5">
              <w:rPr>
                <w:b/>
                <w:color w:val="000000"/>
                <w:sz w:val="18"/>
                <w:lang w:val="fr-FR"/>
              </w:rPr>
              <w:t>CAPACITĂȚILE FUNCȚIONALE ALE CONSTRUCȚIILOR PROIECTATE</w:t>
            </w:r>
          </w:p>
        </w:tc>
      </w:tr>
      <w:tr w:rsidR="003C7CA3" w14:paraId="3C92EC5C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593A7A2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Construcții de </w:t>
            </w:r>
            <w:r>
              <w:rPr>
                <w:sz w:val="16"/>
              </w:rPr>
              <w:t>locuințe</w:t>
            </w:r>
          </w:p>
        </w:tc>
      </w:tr>
      <w:tr w:rsidR="003C7CA3" w:rsidRPr="00F61A70" w14:paraId="0376600D" w14:textId="77777777">
        <w:trPr>
          <w:cantSplit/>
        </w:trPr>
        <w:tc>
          <w:tcPr>
            <w:tcW w:w="9636" w:type="dxa"/>
            <w:gridSpan w:val="9"/>
          </w:tcPr>
          <w:p w14:paraId="6B825EA9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principale (</w:t>
            </w:r>
            <w:proofErr w:type="gramStart"/>
            <w:r w:rsidRPr="005B29C5">
              <w:rPr>
                <w:sz w:val="16"/>
                <w:lang w:val="fr-FR"/>
              </w:rPr>
              <w:t xml:space="preserve">permanente)   </w:t>
            </w:r>
            <w:proofErr w:type="gramEnd"/>
            <w:r w:rsidRPr="005B29C5">
              <w:rPr>
                <w:sz w:val="16"/>
                <w:lang w:val="fr-FR"/>
              </w:rPr>
              <w:t xml:space="preserve">  ☐ sezoniere (de vacanță)     ☐ pentru închiriere     ☐ sociale     ☐ de serviciu     ☐ de necesitate     ☐ de intervenție     ☐ de protocol</w:t>
            </w:r>
          </w:p>
        </w:tc>
      </w:tr>
      <w:tr w:rsidR="003C7CA3" w14:paraId="5B05CAB7" w14:textId="77777777">
        <w:trPr>
          <w:cantSplit/>
          <w:trHeight w:val="510"/>
        </w:trPr>
        <w:tc>
          <w:tcPr>
            <w:tcW w:w="1606" w:type="dxa"/>
          </w:tcPr>
          <w:p w14:paraId="6F4F808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de apartamente</w:t>
            </w:r>
          </w:p>
          <w:p w14:paraId="5801AE07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537E226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cu 1 cameră</w:t>
            </w:r>
          </w:p>
          <w:p w14:paraId="28F9A2EE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0BEC471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2 camere</w:t>
            </w:r>
          </w:p>
          <w:p w14:paraId="026F69BD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738363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3 camere</w:t>
            </w:r>
          </w:p>
          <w:p w14:paraId="12851C40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1799912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4 camere</w:t>
            </w:r>
          </w:p>
          <w:p w14:paraId="7962E59D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620FA91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5+ camere</w:t>
            </w:r>
          </w:p>
          <w:p w14:paraId="0DD5B823" w14:textId="77777777" w:rsidR="003C7CA3" w:rsidRDefault="003C7CA3">
            <w:pPr>
              <w:keepNext/>
            </w:pPr>
          </w:p>
        </w:tc>
      </w:tr>
      <w:tr w:rsidR="003C7CA3" w:rsidRPr="00F61A70" w14:paraId="67225F94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83EAA9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Construcții pentru instituții publice și servicii</w:t>
            </w:r>
          </w:p>
        </w:tc>
      </w:tr>
      <w:tr w:rsidR="003C7CA3" w14:paraId="48DCBDEE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2CB9A7F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sănătate — nr. de paturi</w:t>
            </w:r>
          </w:p>
          <w:p w14:paraId="696DFB4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3B4DF4B7" w14:textId="040DD092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învățământ — </w:t>
            </w:r>
            <w:r w:rsidR="00B0669A">
              <w:rPr>
                <w:b/>
                <w:color w:val="0D5F78"/>
              </w:rPr>
              <w:t>nr. s</w:t>
            </w:r>
            <w:r>
              <w:rPr>
                <w:b/>
                <w:color w:val="0D5F78"/>
              </w:rPr>
              <w:t xml:space="preserve">ăli / </w:t>
            </w:r>
            <w:r w:rsidR="00B0669A">
              <w:rPr>
                <w:b/>
                <w:color w:val="0D5F78"/>
              </w:rPr>
              <w:t xml:space="preserve">nr. </w:t>
            </w:r>
            <w:r>
              <w:rPr>
                <w:b/>
                <w:color w:val="0D5F78"/>
              </w:rPr>
              <w:t xml:space="preserve">locuri / </w:t>
            </w:r>
            <w:r w:rsidR="00B0669A">
              <w:rPr>
                <w:b/>
                <w:color w:val="0D5F78"/>
              </w:rPr>
              <w:t xml:space="preserve">nr. </w:t>
            </w:r>
            <w:r>
              <w:rPr>
                <w:b/>
                <w:color w:val="0D5F78"/>
              </w:rPr>
              <w:t>grupe</w:t>
            </w:r>
          </w:p>
          <w:p w14:paraId="38B1D81D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19BC9CE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cultură — nr. de locuri</w:t>
            </w:r>
          </w:p>
          <w:p w14:paraId="73DB8DD3" w14:textId="77777777" w:rsidR="003C7CA3" w:rsidRDefault="003C7CA3">
            <w:pPr>
              <w:keepNext/>
            </w:pPr>
          </w:p>
        </w:tc>
      </w:tr>
      <w:tr w:rsidR="003C7CA3" w14:paraId="5F9F33DB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576F2B0D" w14:textId="2EBEFE6B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hoteliere — </w:t>
            </w:r>
            <w:r w:rsidR="00B0669A">
              <w:rPr>
                <w:b/>
                <w:color w:val="0D5F78"/>
              </w:rPr>
              <w:t xml:space="preserve">nr. </w:t>
            </w:r>
            <w:r>
              <w:rPr>
                <w:b/>
                <w:color w:val="0D5F78"/>
              </w:rPr>
              <w:t>camere /</w:t>
            </w:r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 xml:space="preserve"> locuri</w:t>
            </w:r>
          </w:p>
          <w:p w14:paraId="5ED3788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71C38E9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culte — nr. de locuri</w:t>
            </w:r>
          </w:p>
          <w:p w14:paraId="7642E005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7E9908A3" w14:textId="2A87A6F6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administrative și financiare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</w:p>
          <w:p w14:paraId="4FED59EA" w14:textId="77777777" w:rsidR="003C7CA3" w:rsidRDefault="003C7CA3">
            <w:pPr>
              <w:keepNext/>
            </w:pPr>
          </w:p>
        </w:tc>
      </w:tr>
      <w:tr w:rsidR="003C7CA3" w14:paraId="38F7A7A2" w14:textId="77777777">
        <w:trPr>
          <w:cantSplit/>
          <w:trHeight w:val="510"/>
        </w:trPr>
        <w:tc>
          <w:tcPr>
            <w:tcW w:w="2409" w:type="dxa"/>
            <w:gridSpan w:val="2"/>
          </w:tcPr>
          <w:p w14:paraId="79954E31" w14:textId="0F435CFF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comerț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</w:p>
          <w:p w14:paraId="6FE5B4BE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5A53E278" w14:textId="7ADE5129" w:rsidR="003C7CA3" w:rsidRPr="00B0669A" w:rsidRDefault="003454F7">
            <w:pPr>
              <w:keepNext/>
              <w:rPr>
                <w:lang w:val="fr-FR"/>
              </w:rPr>
            </w:pPr>
            <w:proofErr w:type="gramStart"/>
            <w:r w:rsidRPr="00B0669A">
              <w:rPr>
                <w:b/>
                <w:color w:val="0D5F78"/>
                <w:lang w:val="fr-FR"/>
              </w:rPr>
              <w:t>alimentație</w:t>
            </w:r>
            <w:proofErr w:type="gramEnd"/>
            <w:r w:rsidRPr="00B0669A">
              <w:rPr>
                <w:b/>
                <w:color w:val="0D5F78"/>
                <w:lang w:val="fr-FR"/>
              </w:rPr>
              <w:t xml:space="preserve"> publică — </w:t>
            </w:r>
            <w:r w:rsidR="00B0669A" w:rsidRPr="00B0669A">
              <w:rPr>
                <w:b/>
                <w:color w:val="0D5F78"/>
                <w:lang w:val="fr-FR"/>
              </w:rPr>
              <w:t>nr.</w:t>
            </w:r>
            <w:r w:rsidRPr="00B0669A">
              <w:rPr>
                <w:b/>
                <w:color w:val="0D5F78"/>
                <w:lang w:val="fr-FR"/>
              </w:rPr>
              <w:t xml:space="preserve">locuri / </w:t>
            </w:r>
            <w:r w:rsidR="00B0669A" w:rsidRPr="00B0669A">
              <w:rPr>
                <w:b/>
                <w:color w:val="0D5F78"/>
                <w:lang w:val="fr-FR"/>
              </w:rPr>
              <w:t>nr.</w:t>
            </w:r>
            <w:r w:rsidRPr="00B0669A">
              <w:rPr>
                <w:b/>
                <w:color w:val="0D5F78"/>
                <w:lang w:val="fr-FR"/>
              </w:rPr>
              <w:t>personal</w:t>
            </w:r>
          </w:p>
          <w:p w14:paraId="5F2402C3" w14:textId="77777777" w:rsidR="003C7CA3" w:rsidRPr="00B0669A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038AE5A2" w14:textId="771FB35C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servicii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</w:p>
          <w:p w14:paraId="029835D2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24557515" w14:textId="7A52047F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sport / recreere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locuri</w:t>
            </w:r>
            <w:proofErr w:type="gramEnd"/>
          </w:p>
          <w:p w14:paraId="7D797E85" w14:textId="77777777" w:rsidR="003C7CA3" w:rsidRDefault="003C7CA3">
            <w:pPr>
              <w:keepNext/>
            </w:pPr>
          </w:p>
        </w:tc>
      </w:tr>
      <w:tr w:rsidR="003C7CA3" w14:paraId="130398B3" w14:textId="77777777">
        <w:trPr>
          <w:cantSplit/>
          <w:trHeight w:val="510"/>
        </w:trPr>
        <w:tc>
          <w:tcPr>
            <w:tcW w:w="4015" w:type="dxa"/>
            <w:gridSpan w:val="4"/>
          </w:tcPr>
          <w:p w14:paraId="0FE6BA4F" w14:textId="3AC1EE71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agricole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— nr. </w:t>
            </w:r>
            <w:proofErr w:type="gramStart"/>
            <w:r w:rsidRPr="005B29C5">
              <w:rPr>
                <w:b/>
                <w:color w:val="0D5F78"/>
                <w:lang w:val="fr-FR"/>
              </w:rPr>
              <w:t>de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capete / capacitate</w:t>
            </w:r>
          </w:p>
          <w:p w14:paraId="218634F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34AB3137" w14:textId="243B5D05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producție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</w:p>
          <w:p w14:paraId="268BCF04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5C91A398" w14:textId="41675E9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depozitare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  <w:r>
              <w:rPr>
                <w:b/>
                <w:color w:val="0D5F78"/>
              </w:rPr>
              <w:t xml:space="preserve"> / capacitate</w:t>
            </w:r>
          </w:p>
          <w:p w14:paraId="5A3DE193" w14:textId="77777777" w:rsidR="003C7CA3" w:rsidRDefault="003C7CA3">
            <w:pPr>
              <w:keepNext/>
            </w:pPr>
          </w:p>
        </w:tc>
      </w:tr>
      <w:tr w:rsidR="003C7CA3" w:rsidRPr="00F61A70" w14:paraId="69EA93CE" w14:textId="77777777">
        <w:trPr>
          <w:cantSplit/>
          <w:trHeight w:val="510"/>
        </w:trPr>
        <w:tc>
          <w:tcPr>
            <w:tcW w:w="9636" w:type="dxa"/>
            <w:gridSpan w:val="9"/>
          </w:tcPr>
          <w:p w14:paraId="0C05CBC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Alte caracteristici ale </w:t>
            </w:r>
            <w:r w:rsidRPr="005B29C5">
              <w:rPr>
                <w:b/>
                <w:color w:val="0D5F78"/>
                <w:lang w:val="fr-FR"/>
              </w:rPr>
              <w:t>capacităților funcționale, necuprinse mai sus</w:t>
            </w:r>
          </w:p>
          <w:p w14:paraId="5566F5A5" w14:textId="77777777" w:rsidR="003C7CA3" w:rsidRPr="005B29C5" w:rsidRDefault="003C7CA3">
            <w:pPr>
              <w:rPr>
                <w:lang w:val="fr-FR"/>
              </w:rPr>
            </w:pPr>
          </w:p>
        </w:tc>
      </w:tr>
    </w:tbl>
    <w:p w14:paraId="67353002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629"/>
        <w:gridCol w:w="1842"/>
        <w:gridCol w:w="2347"/>
        <w:gridCol w:w="1606"/>
        <w:gridCol w:w="1606"/>
      </w:tblGrid>
      <w:tr w:rsidR="003C7CA3" w:rsidRPr="00F61A70" w14:paraId="01F650E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E7FA553" w14:textId="77AE8320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lastRenderedPageBreak/>
              <w:t xml:space="preserve"> 6. </w:t>
            </w:r>
            <w:r w:rsidRPr="005B29C5">
              <w:rPr>
                <w:b/>
                <w:color w:val="000000"/>
                <w:sz w:val="18"/>
                <w:lang w:val="fr-FR"/>
              </w:rPr>
              <w:t>UTILITĂȚI · GARAJE ȘI PARCAJE · AMENAJĂRI EXTERIOARE</w:t>
            </w:r>
          </w:p>
        </w:tc>
      </w:tr>
      <w:tr w:rsidR="003C7CA3" w:rsidRPr="00F61A70" w14:paraId="6B8C0C3F" w14:textId="77777777">
        <w:trPr>
          <w:cantSplit/>
        </w:trPr>
        <w:tc>
          <w:tcPr>
            <w:tcW w:w="9636" w:type="dxa"/>
            <w:gridSpan w:val="6"/>
          </w:tcPr>
          <w:p w14:paraId="61894E4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apă     ☐ canalizare     ☐ energie electrică     ☐ energie termică     ☐ gaze naturale     ☐ telefonizare     ☐ salubritate     ☐ transport urban     ☐ alte </w:t>
            </w:r>
            <w:proofErr w:type="gramStart"/>
            <w:r w:rsidRPr="005B29C5">
              <w:rPr>
                <w:sz w:val="16"/>
                <w:lang w:val="fr-FR"/>
              </w:rPr>
              <w:t>utilități:</w:t>
            </w:r>
            <w:proofErr w:type="gramEnd"/>
          </w:p>
        </w:tc>
      </w:tr>
      <w:tr w:rsidR="00C46767" w:rsidRPr="00F61A70" w14:paraId="27EC2DE3" w14:textId="77777777" w:rsidTr="00C46767">
        <w:trPr>
          <w:cantSplit/>
          <w:trHeight w:val="510"/>
        </w:trPr>
        <w:tc>
          <w:tcPr>
            <w:tcW w:w="2235" w:type="dxa"/>
            <w:gridSpan w:val="2"/>
          </w:tcPr>
          <w:p w14:paraId="76BECEA9" w14:textId="320759E1" w:rsidR="00C46767" w:rsidRDefault="00C46767">
            <w:pPr>
              <w:keepNext/>
            </w:pPr>
            <w:r>
              <w:rPr>
                <w:b/>
                <w:color w:val="0D5F78"/>
              </w:rPr>
              <w:t xml:space="preserve">garaje — nr. locuri </w:t>
            </w:r>
          </w:p>
          <w:p w14:paraId="110B1A51" w14:textId="77777777" w:rsidR="00C46767" w:rsidRDefault="00C46767">
            <w:pPr>
              <w:keepNext/>
            </w:pPr>
          </w:p>
        </w:tc>
        <w:tc>
          <w:tcPr>
            <w:tcW w:w="1842" w:type="dxa"/>
          </w:tcPr>
          <w:p w14:paraId="0ABBB532" w14:textId="77777777" w:rsidR="00C46767" w:rsidRPr="00C46767" w:rsidRDefault="00C46767">
            <w:pPr>
              <w:keepNext/>
              <w:rPr>
                <w:lang w:val="fr-FR"/>
              </w:rPr>
            </w:pPr>
            <w:proofErr w:type="gramStart"/>
            <w:r w:rsidRPr="00C46767">
              <w:rPr>
                <w:b/>
                <w:color w:val="0D5F78"/>
                <w:lang w:val="fr-FR"/>
              </w:rPr>
              <w:t>parcaje</w:t>
            </w:r>
            <w:proofErr w:type="gramEnd"/>
            <w:r w:rsidRPr="00C46767">
              <w:rPr>
                <w:b/>
                <w:color w:val="0D5F78"/>
                <w:lang w:val="fr-FR"/>
              </w:rPr>
              <w:t xml:space="preserve"> — nr. </w:t>
            </w:r>
            <w:proofErr w:type="gramStart"/>
            <w:r w:rsidRPr="00C46767">
              <w:rPr>
                <w:b/>
                <w:color w:val="0D5F78"/>
                <w:lang w:val="fr-FR"/>
              </w:rPr>
              <w:t>locuri</w:t>
            </w:r>
            <w:proofErr w:type="gramEnd"/>
            <w:r w:rsidRPr="00C46767">
              <w:rPr>
                <w:b/>
                <w:color w:val="0D5F78"/>
                <w:lang w:val="fr-FR"/>
              </w:rPr>
              <w:t xml:space="preserve"> </w:t>
            </w:r>
          </w:p>
        </w:tc>
        <w:tc>
          <w:tcPr>
            <w:tcW w:w="2347" w:type="dxa"/>
          </w:tcPr>
          <w:p w14:paraId="5E230273" w14:textId="480ECC30" w:rsidR="00C46767" w:rsidRPr="00C46767" w:rsidRDefault="00C46767" w:rsidP="00C46767">
            <w:pPr>
              <w:rPr>
                <w:lang w:val="fr-FR"/>
              </w:rPr>
            </w:pPr>
            <w:proofErr w:type="gramStart"/>
            <w:r>
              <w:rPr>
                <w:b/>
                <w:color w:val="0D5F78"/>
                <w:lang w:val="fr-FR"/>
              </w:rPr>
              <w:t>p</w:t>
            </w:r>
            <w:r w:rsidRPr="00C46767">
              <w:rPr>
                <w:b/>
                <w:color w:val="0D5F78"/>
                <w:lang w:val="fr-FR"/>
              </w:rPr>
              <w:t>arc</w:t>
            </w:r>
            <w:r>
              <w:rPr>
                <w:b/>
                <w:color w:val="0D5F78"/>
                <w:lang w:val="fr-FR"/>
              </w:rPr>
              <w:t>aje</w:t>
            </w:r>
            <w:proofErr w:type="gramEnd"/>
            <w:r w:rsidRPr="00C46767">
              <w:rPr>
                <w:b/>
                <w:color w:val="0D5F78"/>
                <w:lang w:val="fr-FR"/>
              </w:rPr>
              <w:t xml:space="preserve"> pentru biciclete – nr. </w:t>
            </w:r>
            <w:proofErr w:type="gramStart"/>
            <w:r w:rsidRPr="00C46767">
              <w:rPr>
                <w:b/>
                <w:color w:val="0D5F78"/>
                <w:lang w:val="fr-FR"/>
              </w:rPr>
              <w:t>locuri</w:t>
            </w:r>
            <w:proofErr w:type="gramEnd"/>
          </w:p>
          <w:p w14:paraId="1B5BA92E" w14:textId="423BC9DB" w:rsidR="00C46767" w:rsidRPr="00C46767" w:rsidRDefault="00C46767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2"/>
          </w:tcPr>
          <w:p w14:paraId="26761444" w14:textId="77777777" w:rsidR="00C46767" w:rsidRPr="005B29C5" w:rsidRDefault="00C4676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alei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carosabile, inclusiv parcaje la sol (m²)</w:t>
            </w:r>
          </w:p>
          <w:p w14:paraId="1AF44448" w14:textId="77777777" w:rsidR="00C46767" w:rsidRPr="005B29C5" w:rsidRDefault="00C46767">
            <w:pPr>
              <w:keepNext/>
              <w:rPr>
                <w:lang w:val="fr-FR"/>
              </w:rPr>
            </w:pPr>
          </w:p>
        </w:tc>
      </w:tr>
      <w:tr w:rsidR="003C7CA3" w14:paraId="6E7FDA17" w14:textId="77777777" w:rsidTr="00C46767">
        <w:trPr>
          <w:cantSplit/>
          <w:trHeight w:val="510"/>
        </w:trPr>
        <w:tc>
          <w:tcPr>
            <w:tcW w:w="1606" w:type="dxa"/>
          </w:tcPr>
          <w:p w14:paraId="2AA92BFE" w14:textId="77777777" w:rsidR="003C7CA3" w:rsidRDefault="003454F7">
            <w:r>
              <w:rPr>
                <w:b/>
                <w:color w:val="0D5F78"/>
              </w:rPr>
              <w:t>alei pietonale (m²)</w:t>
            </w:r>
          </w:p>
          <w:p w14:paraId="37097089" w14:textId="77777777" w:rsidR="003C7CA3" w:rsidRDefault="003C7CA3"/>
        </w:tc>
        <w:tc>
          <w:tcPr>
            <w:tcW w:w="2471" w:type="dxa"/>
            <w:gridSpan w:val="2"/>
          </w:tcPr>
          <w:p w14:paraId="002F19A1" w14:textId="77777777" w:rsidR="003C7CA3" w:rsidRPr="005B29C5" w:rsidRDefault="003454F7">
            <w:pPr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alte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platforme la nivelul solului (m²)</w:t>
            </w:r>
          </w:p>
          <w:p w14:paraId="29F6F182" w14:textId="77777777" w:rsidR="003C7CA3" w:rsidRDefault="003454F7">
            <w:r>
              <w:rPr>
                <w:i/>
                <w:color w:val="7A7A7A"/>
              </w:rPr>
              <w:t>deșeuri etc.</w:t>
            </w:r>
          </w:p>
          <w:p w14:paraId="019BCEAA" w14:textId="77777777" w:rsidR="003C7CA3" w:rsidRDefault="003C7CA3"/>
        </w:tc>
        <w:tc>
          <w:tcPr>
            <w:tcW w:w="3953" w:type="dxa"/>
            <w:gridSpan w:val="2"/>
          </w:tcPr>
          <w:p w14:paraId="515407BB" w14:textId="77777777" w:rsidR="003C7CA3" w:rsidRPr="005B29C5" w:rsidRDefault="003454F7">
            <w:pPr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arbori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tăiați / menținuți / plantați (nr.)</w:t>
            </w:r>
          </w:p>
          <w:p w14:paraId="1FB95EB6" w14:textId="77777777" w:rsidR="003C7CA3" w:rsidRPr="005B29C5" w:rsidRDefault="003C7CA3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25733FE4" w14:textId="77777777" w:rsidR="003C7CA3" w:rsidRDefault="003454F7">
            <w:r>
              <w:rPr>
                <w:b/>
                <w:color w:val="0D5F78"/>
              </w:rPr>
              <w:t>spații verzi (m²)</w:t>
            </w:r>
          </w:p>
          <w:p w14:paraId="5166C427" w14:textId="77777777" w:rsidR="003C7CA3" w:rsidRDefault="003C7CA3"/>
        </w:tc>
      </w:tr>
    </w:tbl>
    <w:p w14:paraId="39DEA0F6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3C7CA3" w:rsidRPr="00F61A70" w14:paraId="09A15946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CD1D9E8" w14:textId="5C533AE5" w:rsidR="003C7CA3" w:rsidRPr="00481869" w:rsidRDefault="003454F7">
            <w:pPr>
              <w:keepNext/>
              <w:rPr>
                <w:lang w:val="fr-FR"/>
              </w:rPr>
            </w:pPr>
            <w:r w:rsidRPr="00481869">
              <w:rPr>
                <w:b/>
                <w:sz w:val="16"/>
                <w:lang w:val="fr-FR"/>
              </w:rPr>
              <w:t xml:space="preserve"> 7. </w:t>
            </w:r>
            <w:r w:rsidRPr="00481869">
              <w:rPr>
                <w:b/>
                <w:color w:val="000000"/>
                <w:sz w:val="18"/>
                <w:lang w:val="fr-FR"/>
              </w:rPr>
              <w:t xml:space="preserve">MĂSURI </w:t>
            </w:r>
            <w:r w:rsidR="00481869" w:rsidRPr="00481869">
              <w:rPr>
                <w:b/>
                <w:color w:val="000000"/>
                <w:sz w:val="18"/>
                <w:lang w:val="fr-FR"/>
              </w:rPr>
              <w:t xml:space="preserve">DE PROTECȚIE </w:t>
            </w:r>
            <w:r w:rsidR="00481869">
              <w:rPr>
                <w:b/>
                <w:color w:val="000000"/>
                <w:sz w:val="18"/>
                <w:lang w:val="fr-FR"/>
              </w:rPr>
              <w:t>A MEDIULUI/SECURITATE LA INCENDIU/PROTECTIE CIVILA</w:t>
            </w:r>
          </w:p>
        </w:tc>
      </w:tr>
      <w:tr w:rsidR="003C7CA3" w:rsidRPr="00F61A70" w14:paraId="64A301DA" w14:textId="77777777">
        <w:trPr>
          <w:cantSplit/>
          <w:trHeight w:val="510"/>
        </w:trPr>
        <w:tc>
          <w:tcPr>
            <w:tcW w:w="4818" w:type="dxa"/>
          </w:tcPr>
          <w:p w14:paraId="0DEA8A8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Modul de evacuare a deșeurilor</w:t>
            </w:r>
          </w:p>
          <w:p w14:paraId="79D21EEF" w14:textId="77777777" w:rsidR="003C7CA3" w:rsidRDefault="003C7CA3">
            <w:pPr>
              <w:keepNext/>
            </w:pPr>
          </w:p>
        </w:tc>
        <w:tc>
          <w:tcPr>
            <w:tcW w:w="4818" w:type="dxa"/>
          </w:tcPr>
          <w:p w14:paraId="0CF99D41" w14:textId="6EA15F11" w:rsidR="003C7CA3" w:rsidRPr="005B29C5" w:rsidRDefault="00B0669A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>Alte m</w:t>
            </w:r>
            <w:r w:rsidRPr="005B29C5">
              <w:rPr>
                <w:b/>
                <w:color w:val="0D5F78"/>
                <w:lang w:val="fr-FR"/>
              </w:rPr>
              <w:t>ăsuri de securitate la incendiu și protecție civilă</w:t>
            </w:r>
          </w:p>
          <w:p w14:paraId="5F1285C7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14:paraId="3A6BBC96" w14:textId="77777777">
        <w:trPr>
          <w:cantSplit/>
          <w:trHeight w:val="510"/>
        </w:trPr>
        <w:tc>
          <w:tcPr>
            <w:tcW w:w="4818" w:type="dxa"/>
          </w:tcPr>
          <w:p w14:paraId="5C8AEAE0" w14:textId="77777777" w:rsidR="003C7CA3" w:rsidRDefault="003454F7">
            <w:r>
              <w:rPr>
                <w:b/>
                <w:color w:val="0D5F78"/>
              </w:rPr>
              <w:t>Măsuri de protecție a mediului</w:t>
            </w:r>
          </w:p>
          <w:p w14:paraId="586175AE" w14:textId="77777777" w:rsidR="003C7CA3" w:rsidRDefault="003C7CA3"/>
        </w:tc>
        <w:tc>
          <w:tcPr>
            <w:tcW w:w="4818" w:type="dxa"/>
          </w:tcPr>
          <w:p w14:paraId="2DEC7A0A" w14:textId="181A6029" w:rsidR="003C7CA3" w:rsidRDefault="003454F7">
            <w:r>
              <w:rPr>
                <w:b/>
                <w:color w:val="0D5F78"/>
              </w:rPr>
              <w:t xml:space="preserve">Alte </w:t>
            </w:r>
            <w:r w:rsidR="00481869">
              <w:rPr>
                <w:b/>
                <w:color w:val="0D5F78"/>
              </w:rPr>
              <w:t xml:space="preserve">măsuri </w:t>
            </w:r>
            <w:r w:rsidR="009E435D">
              <w:rPr>
                <w:b/>
                <w:color w:val="0D5F78"/>
              </w:rPr>
              <w:t>specifice:</w:t>
            </w:r>
          </w:p>
          <w:p w14:paraId="6412A5B3" w14:textId="77777777" w:rsidR="003C7CA3" w:rsidRDefault="003C7CA3"/>
        </w:tc>
      </w:tr>
    </w:tbl>
    <w:p w14:paraId="522EAA4C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3C7CA3" w14:paraId="5BCF3412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347FD59" w14:textId="1C8D5E4A" w:rsidR="003C7CA3" w:rsidRDefault="003454F7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>ÎNTOCMIT</w:t>
            </w:r>
          </w:p>
        </w:tc>
      </w:tr>
      <w:tr w:rsidR="003C7CA3" w14:paraId="2FAD5169" w14:textId="77777777">
        <w:trPr>
          <w:cantSplit/>
          <w:trHeight w:val="510"/>
        </w:trPr>
        <w:tc>
          <w:tcPr>
            <w:tcW w:w="4818" w:type="dxa"/>
          </w:tcPr>
          <w:p w14:paraId="370D703B" w14:textId="77777777" w:rsidR="003C7CA3" w:rsidRDefault="003454F7">
            <w:r>
              <w:rPr>
                <w:b/>
                <w:color w:val="0D5F78"/>
              </w:rPr>
              <w:t>Numele și prenumele / firma și reprezentantul</w:t>
            </w:r>
          </w:p>
          <w:p w14:paraId="19974B2C" w14:textId="77777777" w:rsidR="003C7CA3" w:rsidRDefault="003C7CA3"/>
        </w:tc>
        <w:tc>
          <w:tcPr>
            <w:tcW w:w="1606" w:type="dxa"/>
          </w:tcPr>
          <w:p w14:paraId="5C2B9240" w14:textId="77777777" w:rsidR="003C7CA3" w:rsidRDefault="003454F7">
            <w:r>
              <w:rPr>
                <w:b/>
                <w:color w:val="0D5F78"/>
              </w:rPr>
              <w:t>Data</w:t>
            </w:r>
          </w:p>
          <w:p w14:paraId="0E969518" w14:textId="77777777" w:rsidR="003C7CA3" w:rsidRDefault="003C7CA3"/>
        </w:tc>
        <w:tc>
          <w:tcPr>
            <w:tcW w:w="3212" w:type="dxa"/>
          </w:tcPr>
          <w:p w14:paraId="41E26627" w14:textId="77777777" w:rsidR="003C7CA3" w:rsidRDefault="003454F7">
            <w:r>
              <w:rPr>
                <w:b/>
                <w:color w:val="0D5F78"/>
              </w:rPr>
              <w:t>Semnătura și parafa</w:t>
            </w:r>
          </w:p>
          <w:p w14:paraId="2575B4FF" w14:textId="77777777" w:rsidR="003C7CA3" w:rsidRDefault="003C7CA3"/>
        </w:tc>
      </w:tr>
    </w:tbl>
    <w:p w14:paraId="2718FA85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1606"/>
        <w:gridCol w:w="803"/>
        <w:gridCol w:w="3212"/>
      </w:tblGrid>
      <w:tr w:rsidR="003C7CA3" w14:paraId="789B3316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044F7DD6" w14:textId="6A35DD59" w:rsidR="003C7CA3" w:rsidRDefault="003454F7">
            <w:pPr>
              <w:keepNext/>
            </w:pPr>
            <w:r>
              <w:rPr>
                <w:b/>
                <w:sz w:val="16"/>
              </w:rPr>
              <w:t xml:space="preserve"> 9. </w:t>
            </w:r>
            <w:r>
              <w:rPr>
                <w:b/>
                <w:color w:val="000000"/>
                <w:sz w:val="18"/>
              </w:rPr>
              <w:t>COMUNICAREA ÎN REGISTRUL NAȚIONAL AL CLĂDIRILOR</w:t>
            </w:r>
          </w:p>
        </w:tc>
      </w:tr>
      <w:tr w:rsidR="003C7CA3" w14:paraId="09C9D1CA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7503C39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Clădirea a fost</w:t>
            </w:r>
          </w:p>
          <w:p w14:paraId="2C7411D0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identificată în registru     ☐ declarată acum</w:t>
            </w:r>
          </w:p>
        </w:tc>
        <w:tc>
          <w:tcPr>
            <w:tcW w:w="2409" w:type="dxa"/>
            <w:gridSpan w:val="2"/>
          </w:tcPr>
          <w:p w14:paraId="7BDC1FD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NIS atribuit / confirmat</w:t>
            </w:r>
          </w:p>
          <w:p w14:paraId="46BD8B2A" w14:textId="77777777" w:rsidR="003C7CA3" w:rsidRDefault="003C7CA3">
            <w:pPr>
              <w:keepNext/>
            </w:pPr>
          </w:p>
        </w:tc>
        <w:tc>
          <w:tcPr>
            <w:tcW w:w="3212" w:type="dxa"/>
          </w:tcPr>
          <w:p w14:paraId="7090960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investiție</w:t>
            </w:r>
          </w:p>
          <w:p w14:paraId="75D7BD10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dacă lucrarea e legată de o investiție</w:t>
            </w:r>
          </w:p>
          <w:p w14:paraId="707D1635" w14:textId="77777777" w:rsidR="003C7CA3" w:rsidRDefault="003C7CA3">
            <w:pPr>
              <w:keepNext/>
            </w:pPr>
          </w:p>
        </w:tc>
      </w:tr>
      <w:tr w:rsidR="003C7CA3" w14:paraId="404DE9B4" w14:textId="77777777">
        <w:trPr>
          <w:cantSplit/>
          <w:trHeight w:val="510"/>
        </w:trPr>
        <w:tc>
          <w:tcPr>
            <w:tcW w:w="2409" w:type="dxa"/>
          </w:tcPr>
          <w:p w14:paraId="1E81E077" w14:textId="77777777" w:rsidR="003C7CA3" w:rsidRDefault="003454F7">
            <w:r>
              <w:rPr>
                <w:b/>
                <w:color w:val="0D5F78"/>
              </w:rPr>
              <w:t>Data comunicării</w:t>
            </w:r>
          </w:p>
          <w:p w14:paraId="778D03E7" w14:textId="77777777" w:rsidR="003C7CA3" w:rsidRDefault="003C7CA3"/>
        </w:tc>
        <w:tc>
          <w:tcPr>
            <w:tcW w:w="3212" w:type="dxa"/>
            <w:gridSpan w:val="2"/>
          </w:tcPr>
          <w:p w14:paraId="77DBAA7A" w14:textId="77777777" w:rsidR="003C7CA3" w:rsidRDefault="003454F7">
            <w:r>
              <w:rPr>
                <w:b/>
                <w:color w:val="0D5F78"/>
              </w:rPr>
              <w:t>Numărul tranzacției</w:t>
            </w:r>
          </w:p>
          <w:p w14:paraId="41280A5F" w14:textId="77777777" w:rsidR="003C7CA3" w:rsidRDefault="003C7CA3"/>
        </w:tc>
        <w:tc>
          <w:tcPr>
            <w:tcW w:w="4015" w:type="dxa"/>
            <w:gridSpan w:val="2"/>
          </w:tcPr>
          <w:p w14:paraId="3822C8B0" w14:textId="77777777" w:rsidR="003C7CA3" w:rsidRDefault="003454F7">
            <w:r>
              <w:rPr>
                <w:b/>
                <w:color w:val="0D5F78"/>
              </w:rPr>
              <w:t>Comunicat de</w:t>
            </w:r>
          </w:p>
          <w:p w14:paraId="2979CA2D" w14:textId="77777777" w:rsidR="003C7CA3" w:rsidRDefault="003C7CA3"/>
        </w:tc>
      </w:tr>
    </w:tbl>
    <w:p w14:paraId="080B7191" w14:textId="77777777" w:rsidR="003C7CA3" w:rsidRDefault="003C7CA3">
      <w:pPr>
        <w:spacing w:line="168" w:lineRule="auto"/>
      </w:pPr>
    </w:p>
    <w:p w14:paraId="0A206510" w14:textId="77777777" w:rsidR="00913191" w:rsidRDefault="00913191">
      <w:pPr>
        <w:spacing w:line="168" w:lineRule="auto"/>
      </w:pPr>
    </w:p>
    <w:p w14:paraId="763CAB70" w14:textId="557CB50E" w:rsidR="00913191" w:rsidRPr="00913191" w:rsidRDefault="00913191" w:rsidP="00913191">
      <w:pPr>
        <w:rPr>
          <w:sz w:val="20"/>
          <w:szCs w:val="20"/>
          <w:u w:val="single"/>
        </w:rPr>
      </w:pPr>
      <w:r w:rsidRPr="00913191">
        <w:rPr>
          <w:sz w:val="20"/>
          <w:szCs w:val="20"/>
          <w:u w:val="single"/>
        </w:rPr>
        <w:t xml:space="preserve">Punctele </w:t>
      </w:r>
      <w:r>
        <w:rPr>
          <w:sz w:val="20"/>
          <w:szCs w:val="20"/>
          <w:u w:val="single"/>
        </w:rPr>
        <w:t>10</w:t>
      </w:r>
      <w:r w:rsidRPr="00913191">
        <w:rPr>
          <w:sz w:val="20"/>
          <w:szCs w:val="20"/>
          <w:u w:val="single"/>
        </w:rPr>
        <w:t>-</w:t>
      </w:r>
      <w:r>
        <w:rPr>
          <w:sz w:val="20"/>
          <w:szCs w:val="20"/>
          <w:u w:val="single"/>
        </w:rPr>
        <w:t>1</w:t>
      </w:r>
      <w:r w:rsidR="00481869">
        <w:rPr>
          <w:sz w:val="20"/>
          <w:szCs w:val="20"/>
          <w:u w:val="single"/>
        </w:rPr>
        <w:t xml:space="preserve">3 </w:t>
      </w:r>
      <w:r w:rsidRPr="00913191">
        <w:rPr>
          <w:sz w:val="20"/>
          <w:szCs w:val="20"/>
          <w:u w:val="single"/>
        </w:rPr>
        <w:t>se completeaza în cazul amenjărilor /lucrărilor inginerești</w:t>
      </w:r>
    </w:p>
    <w:p w14:paraId="67473F2C" w14:textId="77777777" w:rsidR="00913191" w:rsidRPr="00913191" w:rsidRDefault="00913191">
      <w:pPr>
        <w:spacing w:line="168" w:lineRule="auto"/>
      </w:pPr>
    </w:p>
    <w:p w14:paraId="088990E5" w14:textId="77777777" w:rsidR="00913191" w:rsidRPr="00913191" w:rsidRDefault="00913191">
      <w:pPr>
        <w:spacing w:line="168" w:lineRule="auto"/>
      </w:pPr>
    </w:p>
    <w:p w14:paraId="26959348" w14:textId="77777777" w:rsidR="00913191" w:rsidRPr="00913191" w:rsidRDefault="00913191">
      <w:pPr>
        <w:spacing w:line="168" w:lineRule="auto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913191" w14:paraId="15E654A6" w14:textId="77777777" w:rsidTr="00303E64">
        <w:tc>
          <w:tcPr>
            <w:tcW w:w="9636" w:type="dxa"/>
            <w:shd w:val="clear" w:color="auto" w:fill="F4F4F4"/>
          </w:tcPr>
          <w:p w14:paraId="15526B2D" w14:textId="6391DFF7" w:rsidR="00481869" w:rsidRPr="00481869" w:rsidRDefault="00913191" w:rsidP="00303E64">
            <w:pPr>
              <w:rPr>
                <w:b/>
                <w:color w:val="000000"/>
                <w:sz w:val="18"/>
                <w:szCs w:val="18"/>
              </w:rPr>
            </w:pPr>
            <w:r w:rsidRPr="00481869">
              <w:rPr>
                <w:b/>
                <w:sz w:val="18"/>
                <w:szCs w:val="18"/>
              </w:rPr>
              <w:t xml:space="preserve">10.  </w:t>
            </w:r>
            <w:r w:rsidRPr="00481869">
              <w:rPr>
                <w:b/>
                <w:color w:val="000000"/>
                <w:sz w:val="18"/>
                <w:szCs w:val="18"/>
              </w:rPr>
              <w:t>DATELE CARACTERISTICE ALE AMPLASAMENTULUI</w:t>
            </w:r>
          </w:p>
        </w:tc>
      </w:tr>
      <w:tr w:rsidR="00913191" w14:paraId="35BBF072" w14:textId="77777777" w:rsidTr="00303E64">
        <w:trPr>
          <w:trHeight w:val="311"/>
        </w:trPr>
        <w:tc>
          <w:tcPr>
            <w:tcW w:w="9636" w:type="dxa"/>
          </w:tcPr>
          <w:p w14:paraId="404A19BB" w14:textId="77777777" w:rsidR="00913191" w:rsidRDefault="00913191" w:rsidP="00303E64"/>
          <w:p w14:paraId="75C9E1F6" w14:textId="77777777" w:rsidR="00913191" w:rsidRDefault="00913191" w:rsidP="00303E64"/>
          <w:p w14:paraId="5CEEA210" w14:textId="77777777" w:rsidR="00913191" w:rsidRDefault="00913191" w:rsidP="00303E64"/>
          <w:p w14:paraId="49CC17DA" w14:textId="77777777" w:rsidR="00913191" w:rsidRDefault="00913191" w:rsidP="00303E64"/>
        </w:tc>
      </w:tr>
      <w:tr w:rsidR="00913191" w:rsidRPr="00F61A70" w14:paraId="64B1AEFE" w14:textId="77777777" w:rsidTr="00481869">
        <w:trPr>
          <w:trHeight w:val="311"/>
        </w:trPr>
        <w:tc>
          <w:tcPr>
            <w:tcW w:w="9636" w:type="dxa"/>
            <w:shd w:val="clear" w:color="auto" w:fill="F2F2F2" w:themeFill="background1" w:themeFillShade="F2"/>
          </w:tcPr>
          <w:p w14:paraId="06040E9F" w14:textId="73498F5D" w:rsidR="00913191" w:rsidRPr="00481869" w:rsidRDefault="00913191" w:rsidP="00303E64">
            <w:pPr>
              <w:rPr>
                <w:sz w:val="18"/>
                <w:szCs w:val="18"/>
                <w:lang w:val="fr-FR"/>
              </w:rPr>
            </w:pPr>
            <w:r w:rsidRPr="00481869">
              <w:rPr>
                <w:b/>
                <w:sz w:val="18"/>
                <w:szCs w:val="18"/>
                <w:lang w:val="fr-FR"/>
              </w:rPr>
              <w:t xml:space="preserve">11.  CARACTERISTICI TEHNICE SI </w:t>
            </w:r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 xml:space="preserve">CAPACITĂȚI </w:t>
            </w:r>
            <w:proofErr w:type="gramStart"/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>FUNCȚIONALE  SPECIFICE</w:t>
            </w:r>
            <w:proofErr w:type="gramEnd"/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 xml:space="preserve"> </w:t>
            </w:r>
          </w:p>
        </w:tc>
      </w:tr>
      <w:tr w:rsidR="00913191" w:rsidRPr="00F61A70" w14:paraId="6CA09AF3" w14:textId="77777777" w:rsidTr="00303E64">
        <w:trPr>
          <w:trHeight w:val="311"/>
        </w:trPr>
        <w:tc>
          <w:tcPr>
            <w:tcW w:w="9636" w:type="dxa"/>
          </w:tcPr>
          <w:p w14:paraId="0F93402F" w14:textId="77777777" w:rsidR="00913191" w:rsidRPr="00913191" w:rsidRDefault="00913191" w:rsidP="00303E64">
            <w:pPr>
              <w:rPr>
                <w:lang w:val="fr-FR"/>
              </w:rPr>
            </w:pPr>
          </w:p>
          <w:p w14:paraId="1F1212DC" w14:textId="77777777" w:rsidR="00913191" w:rsidRPr="00913191" w:rsidRDefault="00913191" w:rsidP="00303E64">
            <w:pPr>
              <w:rPr>
                <w:lang w:val="fr-FR"/>
              </w:rPr>
            </w:pPr>
          </w:p>
          <w:p w14:paraId="136A35DA" w14:textId="77777777" w:rsidR="00913191" w:rsidRPr="00913191" w:rsidRDefault="00913191" w:rsidP="00303E64">
            <w:pPr>
              <w:rPr>
                <w:lang w:val="fr-FR"/>
              </w:rPr>
            </w:pPr>
          </w:p>
        </w:tc>
      </w:tr>
    </w:tbl>
    <w:p w14:paraId="57F60CB5" w14:textId="77777777" w:rsidR="00913191" w:rsidRDefault="0091319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481869" w:rsidRPr="00F61A70" w14:paraId="48814357" w14:textId="77777777" w:rsidTr="00303E64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149411" w14:textId="5CE759DD" w:rsidR="00481869" w:rsidRPr="00481869" w:rsidRDefault="00481869" w:rsidP="00303E64">
            <w:pPr>
              <w:keepNext/>
              <w:rPr>
                <w:lang w:val="fr-FR"/>
              </w:rPr>
            </w:pPr>
            <w:r w:rsidRPr="00481869">
              <w:rPr>
                <w:b/>
                <w:sz w:val="16"/>
                <w:lang w:val="fr-FR"/>
              </w:rPr>
              <w:t xml:space="preserve">12. </w:t>
            </w:r>
            <w:r w:rsidRPr="00481869">
              <w:rPr>
                <w:b/>
                <w:color w:val="000000"/>
                <w:sz w:val="18"/>
                <w:lang w:val="fr-FR"/>
              </w:rPr>
              <w:t>MĂSURI DE PROTECTIE A M</w:t>
            </w:r>
            <w:r>
              <w:rPr>
                <w:b/>
                <w:color w:val="000000"/>
                <w:sz w:val="18"/>
                <w:lang w:val="fr-FR"/>
              </w:rPr>
              <w:t>EDIULUI / SECURITATE LA INCENDIU</w:t>
            </w:r>
          </w:p>
        </w:tc>
      </w:tr>
      <w:tr w:rsidR="00481869" w:rsidRPr="005B29C5" w14:paraId="0827F875" w14:textId="77777777" w:rsidTr="00303E64">
        <w:trPr>
          <w:cantSplit/>
          <w:trHeight w:val="510"/>
        </w:trPr>
        <w:tc>
          <w:tcPr>
            <w:tcW w:w="4818" w:type="dxa"/>
          </w:tcPr>
          <w:p w14:paraId="2201417D" w14:textId="77777777" w:rsidR="00481869" w:rsidRDefault="00481869" w:rsidP="00303E64">
            <w:pPr>
              <w:keepNext/>
            </w:pPr>
            <w:r>
              <w:rPr>
                <w:b/>
                <w:color w:val="0D5F78"/>
              </w:rPr>
              <w:t>Modul de evacuare a deșeurilor</w:t>
            </w:r>
          </w:p>
          <w:p w14:paraId="253A2CEE" w14:textId="77777777" w:rsidR="00481869" w:rsidRDefault="00481869" w:rsidP="00303E64">
            <w:pPr>
              <w:keepNext/>
            </w:pPr>
          </w:p>
        </w:tc>
        <w:tc>
          <w:tcPr>
            <w:tcW w:w="4818" w:type="dxa"/>
          </w:tcPr>
          <w:p w14:paraId="43DA7C1B" w14:textId="3909995D" w:rsidR="00481869" w:rsidRPr="005B29C5" w:rsidRDefault="00481869" w:rsidP="00303E64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>M</w:t>
            </w:r>
            <w:r w:rsidRPr="005B29C5">
              <w:rPr>
                <w:b/>
                <w:color w:val="0D5F78"/>
                <w:lang w:val="fr-FR"/>
              </w:rPr>
              <w:t>ăsuri de securitate la incendiu</w:t>
            </w:r>
          </w:p>
          <w:p w14:paraId="2FD7E2E3" w14:textId="77777777" w:rsidR="00481869" w:rsidRPr="005B29C5" w:rsidRDefault="00481869" w:rsidP="00303E64">
            <w:pPr>
              <w:keepNext/>
              <w:rPr>
                <w:lang w:val="fr-FR"/>
              </w:rPr>
            </w:pPr>
          </w:p>
        </w:tc>
      </w:tr>
      <w:tr w:rsidR="00481869" w14:paraId="6A3E6F3D" w14:textId="77777777" w:rsidTr="00303E64">
        <w:trPr>
          <w:cantSplit/>
          <w:trHeight w:val="510"/>
        </w:trPr>
        <w:tc>
          <w:tcPr>
            <w:tcW w:w="4818" w:type="dxa"/>
          </w:tcPr>
          <w:p w14:paraId="007359C1" w14:textId="77777777" w:rsidR="00481869" w:rsidRDefault="00481869" w:rsidP="00303E64">
            <w:r>
              <w:rPr>
                <w:b/>
                <w:color w:val="0D5F78"/>
              </w:rPr>
              <w:t>Măsuri de protecție a mediului</w:t>
            </w:r>
          </w:p>
          <w:p w14:paraId="6446EBE5" w14:textId="77777777" w:rsidR="00481869" w:rsidRDefault="00481869" w:rsidP="00303E64"/>
        </w:tc>
        <w:tc>
          <w:tcPr>
            <w:tcW w:w="4818" w:type="dxa"/>
          </w:tcPr>
          <w:p w14:paraId="0FD4A589" w14:textId="1EE59EF2" w:rsidR="00481869" w:rsidRDefault="00481869" w:rsidP="00303E64">
            <w:proofErr w:type="gramStart"/>
            <w:r>
              <w:rPr>
                <w:b/>
                <w:color w:val="0D5F78"/>
              </w:rPr>
              <w:t>Alte  măsuri</w:t>
            </w:r>
            <w:proofErr w:type="gramEnd"/>
            <w:r>
              <w:rPr>
                <w:b/>
                <w:color w:val="0D5F78"/>
              </w:rPr>
              <w:t xml:space="preserve"> specifice</w:t>
            </w:r>
          </w:p>
          <w:p w14:paraId="6BDF2294" w14:textId="77777777" w:rsidR="00481869" w:rsidRDefault="00481869" w:rsidP="00303E64"/>
        </w:tc>
      </w:tr>
    </w:tbl>
    <w:p w14:paraId="56875253" w14:textId="77777777" w:rsidR="00481869" w:rsidRDefault="00481869">
      <w:pPr>
        <w:spacing w:line="168" w:lineRule="auto"/>
        <w:rPr>
          <w:lang w:val="fr-FR"/>
        </w:rPr>
      </w:pPr>
    </w:p>
    <w:p w14:paraId="3C380F78" w14:textId="77777777" w:rsidR="00481869" w:rsidRDefault="00481869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481869" w14:paraId="05487BBA" w14:textId="77777777" w:rsidTr="00303E64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4CC38EC2" w14:textId="2887E864" w:rsidR="00481869" w:rsidRDefault="00481869" w:rsidP="00303E64">
            <w:pPr>
              <w:keepNext/>
            </w:pPr>
            <w:r>
              <w:rPr>
                <w:b/>
                <w:sz w:val="16"/>
              </w:rPr>
              <w:t xml:space="preserve">13. </w:t>
            </w:r>
            <w:r>
              <w:rPr>
                <w:b/>
                <w:color w:val="000000"/>
                <w:sz w:val="18"/>
              </w:rPr>
              <w:t>ÎNTOCMIT</w:t>
            </w:r>
          </w:p>
        </w:tc>
      </w:tr>
      <w:tr w:rsidR="00481869" w14:paraId="7D366BD0" w14:textId="77777777" w:rsidTr="00303E64">
        <w:trPr>
          <w:cantSplit/>
          <w:trHeight w:val="510"/>
        </w:trPr>
        <w:tc>
          <w:tcPr>
            <w:tcW w:w="4818" w:type="dxa"/>
          </w:tcPr>
          <w:p w14:paraId="48BF3A7A" w14:textId="77777777" w:rsidR="00481869" w:rsidRDefault="00481869" w:rsidP="00303E64">
            <w:r>
              <w:rPr>
                <w:b/>
                <w:color w:val="0D5F78"/>
              </w:rPr>
              <w:t>Numele și prenumele / firma și reprezentantul</w:t>
            </w:r>
          </w:p>
          <w:p w14:paraId="6B334517" w14:textId="77777777" w:rsidR="00481869" w:rsidRDefault="00481869" w:rsidP="00303E64"/>
        </w:tc>
        <w:tc>
          <w:tcPr>
            <w:tcW w:w="1606" w:type="dxa"/>
          </w:tcPr>
          <w:p w14:paraId="28EE7D57" w14:textId="77777777" w:rsidR="00481869" w:rsidRDefault="00481869" w:rsidP="00303E64">
            <w:r>
              <w:rPr>
                <w:b/>
                <w:color w:val="0D5F78"/>
              </w:rPr>
              <w:t>Data</w:t>
            </w:r>
          </w:p>
          <w:p w14:paraId="604B415A" w14:textId="77777777" w:rsidR="00481869" w:rsidRDefault="00481869" w:rsidP="00303E64"/>
        </w:tc>
        <w:tc>
          <w:tcPr>
            <w:tcW w:w="3212" w:type="dxa"/>
          </w:tcPr>
          <w:p w14:paraId="4217163A" w14:textId="77777777" w:rsidR="00481869" w:rsidRDefault="00481869" w:rsidP="00303E64">
            <w:r>
              <w:rPr>
                <w:b/>
                <w:color w:val="0D5F78"/>
              </w:rPr>
              <w:t>Semnătura și parafa</w:t>
            </w:r>
          </w:p>
          <w:p w14:paraId="0ABC8491" w14:textId="77777777" w:rsidR="00481869" w:rsidRDefault="00481869" w:rsidP="00303E64"/>
        </w:tc>
      </w:tr>
    </w:tbl>
    <w:p w14:paraId="6405C781" w14:textId="77777777" w:rsidR="00481869" w:rsidRPr="00913191" w:rsidRDefault="00481869">
      <w:pPr>
        <w:spacing w:line="168" w:lineRule="auto"/>
        <w:rPr>
          <w:lang w:val="fr-FR"/>
        </w:rPr>
      </w:pPr>
    </w:p>
    <w:sectPr w:rsidR="00481869" w:rsidRPr="00913191" w:rsidSect="002B61AC">
      <w:footerReference w:type="default" r:id="rId9"/>
      <w:pgSz w:w="11906" w:h="16838"/>
      <w:pgMar w:top="450" w:right="1134" w:bottom="454" w:left="1134" w:header="720" w:footer="22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92EB5E" w14:textId="77777777" w:rsidR="003454F7" w:rsidRDefault="003454F7">
      <w:r>
        <w:separator/>
      </w:r>
    </w:p>
  </w:endnote>
  <w:endnote w:type="continuationSeparator" w:id="0">
    <w:p w14:paraId="39F2EA36" w14:textId="77777777" w:rsidR="003454F7" w:rsidRDefault="00345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EC1461" w14:textId="0660487A" w:rsidR="003C7CA3" w:rsidRDefault="003454F7">
    <w:pPr>
      <w:pStyle w:val="Footer"/>
      <w:tabs>
        <w:tab w:val="right" w:pos="9639"/>
      </w:tabs>
    </w:pPr>
    <w:r>
      <w:rPr>
        <w:color w:val="595959"/>
      </w:rPr>
      <w:t xml:space="preserve">F_A_01 </w:t>
    </w:r>
    <w:r>
      <w:rPr>
        <w:color w:val="595959"/>
      </w:rPr>
      <w:t>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5B29C5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5B29C5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78399A" w14:textId="77777777" w:rsidR="003454F7" w:rsidRDefault="003454F7">
      <w:r>
        <w:separator/>
      </w:r>
    </w:p>
  </w:footnote>
  <w:footnote w:type="continuationSeparator" w:id="0">
    <w:p w14:paraId="6B0808E1" w14:textId="77777777" w:rsidR="003454F7" w:rsidRDefault="003454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E110B0" w14:textId="57BD5E57" w:rsidR="002B61AC" w:rsidRDefault="002B61AC">
    <w:pPr>
      <w:pStyle w:val="Header"/>
    </w:pPr>
    <w:r>
      <w:rPr>
        <w:color w:val="595959"/>
      </w:rPr>
      <w:t>F_A_01 · versiunea 1.0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628B78" w14:textId="05EF2CCB" w:rsidR="002B61AC" w:rsidRDefault="002B61AC">
    <w:pPr>
      <w:pStyle w:val="Header"/>
      <w:rPr>
        <w:i/>
        <w:iCs/>
        <w:sz w:val="24"/>
        <w:szCs w:val="24"/>
        <w:u w:val="single"/>
        <w:lang w:val="ro-RO"/>
      </w:rPr>
    </w:pPr>
    <w:r w:rsidRPr="002B61AC">
      <w:rPr>
        <w:i/>
        <w:iCs/>
        <w:sz w:val="24"/>
        <w:szCs w:val="24"/>
        <w:u w:val="single"/>
        <w:lang w:val="ro-RO"/>
      </w:rPr>
      <w:t>Anexa nr.2</w:t>
    </w:r>
  </w:p>
  <w:p w14:paraId="260ED929" w14:textId="22ADB072" w:rsidR="002B61AC" w:rsidRPr="002B61AC" w:rsidRDefault="002B61AC">
    <w:pPr>
      <w:pStyle w:val="Header"/>
      <w:rPr>
        <w:i/>
        <w:iCs/>
        <w:sz w:val="24"/>
        <w:szCs w:val="24"/>
        <w:u w:val="single"/>
        <w:lang w:val="ro-RO"/>
      </w:rPr>
    </w:pPr>
    <w:r>
      <w:rPr>
        <w:color w:val="595959"/>
      </w:rPr>
      <w:t>F_A_01 · versiunea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5E65C2"/>
    <w:multiLevelType w:val="hybridMultilevel"/>
    <w:tmpl w:val="939C5BF2"/>
    <w:lvl w:ilvl="0" w:tplc="724C5A7A">
      <w:start w:val="1"/>
      <w:numFmt w:val="decimal"/>
      <w:lvlText w:val="%1."/>
      <w:lvlJc w:val="left"/>
      <w:pPr>
        <w:ind w:left="405" w:hanging="360"/>
      </w:pPr>
      <w:rPr>
        <w:rFonts w:hint="default"/>
        <w:color w:val="auto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047E"/>
    <w:rsid w:val="0015074B"/>
    <w:rsid w:val="001531A5"/>
    <w:rsid w:val="0029639D"/>
    <w:rsid w:val="002B61AC"/>
    <w:rsid w:val="002E47B8"/>
    <w:rsid w:val="0031113E"/>
    <w:rsid w:val="00326F90"/>
    <w:rsid w:val="003454F7"/>
    <w:rsid w:val="003C7CA3"/>
    <w:rsid w:val="003F6F31"/>
    <w:rsid w:val="00481869"/>
    <w:rsid w:val="005375AB"/>
    <w:rsid w:val="005B29C5"/>
    <w:rsid w:val="006C103E"/>
    <w:rsid w:val="007E5D45"/>
    <w:rsid w:val="00913191"/>
    <w:rsid w:val="009E435D"/>
    <w:rsid w:val="00A80531"/>
    <w:rsid w:val="00AA1D8D"/>
    <w:rsid w:val="00B0669A"/>
    <w:rsid w:val="00B47730"/>
    <w:rsid w:val="00C32AB5"/>
    <w:rsid w:val="00C46767"/>
    <w:rsid w:val="00CB0664"/>
    <w:rsid w:val="00CD3FD2"/>
    <w:rsid w:val="00DB3B82"/>
    <w:rsid w:val="00E61A6B"/>
    <w:rsid w:val="00E9623F"/>
    <w:rsid w:val="00EC2567"/>
    <w:rsid w:val="00F61A70"/>
    <w:rsid w:val="00F97996"/>
    <w:rsid w:val="00FC2F0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78F16EB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722CA0-0F59-406E-9ADC-7FFF681EB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6</Pages>
  <Words>2400</Words>
  <Characters>13681</Characters>
  <DocSecurity>0</DocSecurity>
  <Lines>114</Lines>
  <Paragraphs>32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16049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2026-08-25T07:16:00Z</dcterms:modified>
  <cp:category/>
</cp:coreProperties>
</file>