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 xml:space="preserve">Suceava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4E09A09" w14:textId="77777777" w:rsidR="00BF6E35" w:rsidRDefault="00BF6E35">
            <w:pPr>
              <w:keepNext/>
            </w:pPr>
            <w:r>
              <w:t xml:space="preserve">Comuna Poieni - Solca</w:t>
            </w: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554460AB" w14:textId="77777777" w:rsidR="00BF6E35" w:rsidRDefault="00BF6E35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