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B053CC" w14:paraId="4C67CBA5" w14:textId="77777777">
        <w:trPr>
          <w:cantSplit/>
          <w:trHeight w:val="510"/>
        </w:trPr>
        <w:tc>
          <w:tcPr>
            <w:tcW w:w="1606" w:type="dxa"/>
            <w:vMerge w:val="restart"/>
            <w:vAlign w:val="center"/>
          </w:tcPr>
          <w:p w14:paraId="111B7B70" w14:textId="77777777" w:rsidR="00B053CC" w:rsidRDefault="00000000">
            <w:pPr>
              <w:keepNext/>
              <w:jc w:val="center"/>
            </w:pPr>
            <w:r>
              <w:drawing>
                <wp:inline distT="0" distB="0" distL="0" distR="0">
                  <wp:extent cx="786848" cy="904875"/>
                  <wp:effectExtent l="0" t="0" r="0" b="0"/>
                  <wp:docPr id="9001" name="Stema"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Stema" descr="Stema"/>
                          <pic:cNvPicPr>
                            <a:picLocks noChangeAspect="1" noChangeArrowheads="1"/>
                          </pic:cNvPicPr>
                        </pic:nvPicPr>
                        <pic:blipFill>
                          <a:blip r:embed="rIdStema"/>
                          <a:stretch>
                            <a:fillRect/>
                          </a:stretch>
                        </pic:blipFill>
                        <pic:spPr bwMode="auto">
                          <a:xfrm>
                            <a:off x="0" y="0"/>
                            <a:ext cx="786848" cy="904875"/>
                          </a:xfrm>
                          <a:prstGeom prst="rect">
                            <a:avLst/>
                          </a:prstGeom>
                          <a:noFill/>
                        </pic:spPr>
                      </pic:pic>
                    </a:graphicData>
                  </a:graphic>
                </wp:inline>
              </w:drawing>
            </w:r>
          </w:p>
        </w:tc>
        <w:tc>
          <w:tcPr>
            <w:tcW w:w="8030" w:type="dxa"/>
            <w:gridSpan w:val="3"/>
          </w:tcPr>
          <w:p w14:paraId="665B44DD" w14:textId="77777777" w:rsidR="00B053CC" w:rsidRDefault="00000000">
            <w:pPr>
              <w:keepNext/>
            </w:pPr>
            <w:r>
              <w:rPr>
                <w:b/>
                <w:color w:val="0D5F78"/>
              </w:rPr>
              <w:t>Județul</w:t>
            </w:r>
          </w:p>
          <w:p w14:paraId="566DC693" w14:textId="77777777" w:rsidR="00B053CC" w:rsidRDefault="00B053CC">
            <w:pPr>
              <w:keepNext/>
            </w:pPr>
            <w:r>
              <w:t xml:space="preserve">Suceava</w:t>
            </w:r>
          </w:p>
        </w:tc>
      </w:tr>
      <w:tr w:rsidR="00B053CC" w14:paraId="5E0E109A" w14:textId="77777777">
        <w:trPr>
          <w:cantSplit/>
          <w:trHeight w:val="510"/>
        </w:trPr>
        <w:tc>
          <w:tcPr>
            <w:tcW w:w="1606" w:type="dxa"/>
            <w:vMerge/>
          </w:tcPr>
          <w:p w14:paraId="44FC5567" w14:textId="77777777" w:rsidR="00B053CC" w:rsidRDefault="00B053CC"/>
        </w:tc>
        <w:tc>
          <w:tcPr>
            <w:tcW w:w="8030" w:type="dxa"/>
            <w:gridSpan w:val="3"/>
          </w:tcPr>
          <w:p w14:paraId="1F652FCE" w14:textId="77777777" w:rsidR="00B053CC" w:rsidRDefault="00000000">
            <w:pPr>
              <w:keepNext/>
            </w:pPr>
            <w:r>
              <w:rPr>
                <w:b/>
                <w:color w:val="0D5F78"/>
              </w:rPr>
              <w:t>Autoritatea administrației publice</w:t>
            </w:r>
          </w:p>
          <w:p w14:paraId="07E7AE15" w14:textId="77777777" w:rsidR="00B053CC" w:rsidRDefault="00B053CC">
            <w:pPr>
              <w:keepNext/>
            </w:pPr>
            <w:r>
              <w:t xml:space="preserve">Comuna Poieni - Solca</w:t>
            </w:r>
          </w:p>
        </w:tc>
      </w:tr>
      <w:tr w:rsidR="00B053CC" w14:paraId="257A4216" w14:textId="77777777">
        <w:trPr>
          <w:cantSplit/>
          <w:trHeight w:val="510"/>
        </w:trPr>
        <w:tc>
          <w:tcPr>
            <w:tcW w:w="1606" w:type="dxa"/>
            <w:vMerge/>
          </w:tcPr>
          <w:p w14:paraId="5C9FCDE4" w14:textId="77777777" w:rsidR="00B053CC" w:rsidRDefault="00B053CC"/>
        </w:tc>
        <w:tc>
          <w:tcPr>
            <w:tcW w:w="2409" w:type="dxa"/>
          </w:tcPr>
          <w:p w14:paraId="79AA9DE2" w14:textId="77777777" w:rsidR="00B053CC" w:rsidRPr="00051E37" w:rsidRDefault="00000000">
            <w:pPr>
              <w:keepNext/>
              <w:rPr>
                <w:lang w:val="fr-FR"/>
              </w:rPr>
            </w:pPr>
            <w:r w:rsidRPr="00051E37">
              <w:rPr>
                <w:b/>
                <w:color w:val="0D5F78"/>
                <w:lang w:val="fr-FR"/>
              </w:rPr>
              <w:t>Cod de identificare fiscală (CIF)</w:t>
            </w:r>
          </w:p>
          <w:p w14:paraId="2177E32F" w14:textId="77777777" w:rsidR="00B053CC" w:rsidRPr="00051E37" w:rsidRDefault="00B053CC">
            <w:pPr>
              <w:keepNext/>
              <w:rPr>
                <w:lang w:val="fr-FR"/>
              </w:rPr>
            </w:pPr>
            <w:r>
              <w:t xml:space="preserve">21769911</w:t>
            </w:r>
          </w:p>
        </w:tc>
        <w:tc>
          <w:tcPr>
            <w:tcW w:w="5621" w:type="dxa"/>
            <w:gridSpan w:val="2"/>
          </w:tcPr>
          <w:p w14:paraId="0F535420" w14:textId="77777777" w:rsidR="00B053CC" w:rsidRDefault="00000000">
            <w:pPr>
              <w:keepNext/>
            </w:pPr>
            <w:r>
              <w:rPr>
                <w:b/>
                <w:color w:val="0D5F78"/>
              </w:rPr>
              <w:t>Adresa oficială</w:t>
            </w:r>
          </w:p>
          <w:p w14:paraId="421E74F9" w14:textId="77777777" w:rsidR="00B053CC" w:rsidRDefault="00B053CC">
            <w:pPr>
              <w:keepNext/>
            </w:pPr>
            <w:r>
              <w:t xml:space="preserve">Județul Suceava, Comuna Poieni-Solca, Strada Principala, Nr. 33 · contact@comunapoienisolca.ro</w:t>
            </w:r>
          </w:p>
        </w:tc>
      </w:tr>
      <w:tr w:rsidR="00B053CC" w14:paraId="13A8147E" w14:textId="77777777">
        <w:trPr>
          <w:cantSplit/>
          <w:trHeight w:val="510"/>
        </w:trPr>
        <w:tc>
          <w:tcPr>
            <w:tcW w:w="1606" w:type="dxa"/>
            <w:vMerge/>
          </w:tcPr>
          <w:p w14:paraId="5E46005C" w14:textId="77777777" w:rsidR="00B053CC" w:rsidRDefault="00B053CC"/>
        </w:tc>
        <w:tc>
          <w:tcPr>
            <w:tcW w:w="4818" w:type="dxa"/>
            <w:gridSpan w:val="2"/>
          </w:tcPr>
          <w:p w14:paraId="3E88B65E" w14:textId="77777777" w:rsidR="00B053CC" w:rsidRDefault="00000000">
            <w:r>
              <w:rPr>
                <w:b/>
                <w:color w:val="0D5F78"/>
              </w:rPr>
              <w:t>Numărul actului</w:t>
            </w:r>
          </w:p>
          <w:p w14:paraId="1DC91209" w14:textId="77777777" w:rsidR="00B053CC" w:rsidRDefault="00B053CC"/>
        </w:tc>
        <w:tc>
          <w:tcPr>
            <w:tcW w:w="3212" w:type="dxa"/>
          </w:tcPr>
          <w:p w14:paraId="45C5AD99" w14:textId="77777777" w:rsidR="00B053CC" w:rsidRDefault="00000000">
            <w:r>
              <w:rPr>
                <w:b/>
                <w:color w:val="0D5F78"/>
              </w:rPr>
              <w:t>Data emiterii</w:t>
            </w:r>
          </w:p>
          <w:p w14:paraId="4BA1A79D" w14:textId="77777777" w:rsidR="00B053CC" w:rsidRDefault="00B053CC"/>
        </w:tc>
      </w:tr>
    </w:tbl>
    <w:p w14:paraId="3226F32D" w14:textId="77777777" w:rsidR="00B053CC" w:rsidRDefault="00B053CC">
      <w:pPr>
        <w:spacing w:line="168" w:lineRule="auto"/>
      </w:pPr>
    </w:p>
    <w:p w14:paraId="1B4BD12D" w14:textId="77777777" w:rsidR="00B053CC" w:rsidRPr="00A038DB" w:rsidRDefault="00000000">
      <w:pPr>
        <w:spacing w:before="140" w:after="40"/>
        <w:jc w:val="center"/>
        <w:rPr>
          <w:sz w:val="28"/>
          <w:szCs w:val="28"/>
        </w:rPr>
      </w:pPr>
      <w:r w:rsidRPr="00A038DB">
        <w:rPr>
          <w:b/>
          <w:sz w:val="28"/>
          <w:szCs w:val="28"/>
        </w:rPr>
        <w:t>AUTORIZAȚIE DE CONSTRUIRE / DESFIINȚARE</w:t>
      </w:r>
    </w:p>
    <w:p w14:paraId="46A47E4B" w14:textId="77777777" w:rsidR="00B053CC" w:rsidRDefault="00B053CC">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B053CC" w14:paraId="70D7819E" w14:textId="77777777">
        <w:trPr>
          <w:cantSplit/>
        </w:trPr>
        <w:tc>
          <w:tcPr>
            <w:tcW w:w="9636" w:type="dxa"/>
            <w:gridSpan w:val="4"/>
            <w:shd w:val="clear" w:color="auto" w:fill="F4F4F4"/>
          </w:tcPr>
          <w:p w14:paraId="2F8DE002" w14:textId="77777777" w:rsidR="00B053CC" w:rsidRDefault="00000000">
            <w:pPr>
              <w:keepNext/>
            </w:pPr>
            <w:r>
              <w:rPr>
                <w:b/>
                <w:sz w:val="16"/>
              </w:rPr>
              <w:t xml:space="preserve"> 1. </w:t>
            </w:r>
            <w:r>
              <w:rPr>
                <w:b/>
                <w:color w:val="000000"/>
                <w:sz w:val="18"/>
              </w:rPr>
              <w:t>REFERINȚE</w:t>
            </w:r>
          </w:p>
        </w:tc>
      </w:tr>
      <w:tr w:rsidR="00B053CC" w14:paraId="459A6160" w14:textId="77777777">
        <w:trPr>
          <w:cantSplit/>
          <w:trHeight w:val="510"/>
        </w:trPr>
        <w:tc>
          <w:tcPr>
            <w:tcW w:w="3212" w:type="dxa"/>
          </w:tcPr>
          <w:p w14:paraId="169482E3" w14:textId="77777777" w:rsidR="00B053CC" w:rsidRDefault="00000000">
            <w:pPr>
              <w:keepNext/>
            </w:pPr>
            <w:r>
              <w:rPr>
                <w:b/>
                <w:color w:val="0D5F78"/>
              </w:rPr>
              <w:t>Ca urmare a cererii nr.</w:t>
            </w:r>
          </w:p>
          <w:p w14:paraId="5A6DF4F0" w14:textId="77777777" w:rsidR="00B053CC" w:rsidRDefault="00B053CC">
            <w:pPr>
              <w:keepNext/>
            </w:pPr>
          </w:p>
        </w:tc>
        <w:tc>
          <w:tcPr>
            <w:tcW w:w="2409" w:type="dxa"/>
            <w:gridSpan w:val="2"/>
          </w:tcPr>
          <w:p w14:paraId="475A770D" w14:textId="77777777" w:rsidR="00B053CC" w:rsidRDefault="00000000">
            <w:pPr>
              <w:keepNext/>
            </w:pPr>
            <w:r>
              <w:rPr>
                <w:b/>
                <w:color w:val="0D5F78"/>
              </w:rPr>
              <w:t>din data</w:t>
            </w:r>
          </w:p>
          <w:p w14:paraId="7495FBB8" w14:textId="77777777" w:rsidR="00B053CC" w:rsidRDefault="00B053CC">
            <w:pPr>
              <w:keepNext/>
            </w:pPr>
          </w:p>
        </w:tc>
        <w:tc>
          <w:tcPr>
            <w:tcW w:w="4015" w:type="dxa"/>
          </w:tcPr>
          <w:p w14:paraId="38E6C56B" w14:textId="77777777" w:rsidR="00B053CC" w:rsidRDefault="00000000">
            <w:pPr>
              <w:keepNext/>
            </w:pPr>
            <w:r>
              <w:rPr>
                <w:b/>
                <w:color w:val="0D5F78"/>
              </w:rPr>
              <w:t>înregistrată la nr. / din</w:t>
            </w:r>
          </w:p>
          <w:p w14:paraId="08307237" w14:textId="77777777" w:rsidR="00B053CC" w:rsidRDefault="00B053CC">
            <w:pPr>
              <w:keepNext/>
            </w:pPr>
          </w:p>
        </w:tc>
      </w:tr>
      <w:tr w:rsidR="00B053CC" w14:paraId="5E8411CD" w14:textId="77777777">
        <w:trPr>
          <w:cantSplit/>
          <w:trHeight w:val="510"/>
        </w:trPr>
        <w:tc>
          <w:tcPr>
            <w:tcW w:w="4015" w:type="dxa"/>
            <w:gridSpan w:val="2"/>
          </w:tcPr>
          <w:p w14:paraId="4E967EF5" w14:textId="77777777" w:rsidR="00B053CC" w:rsidRDefault="00000000">
            <w:r>
              <w:rPr>
                <w:b/>
                <w:color w:val="0D5F78"/>
              </w:rPr>
              <w:t>Certificatul de urbanism nr. / data</w:t>
            </w:r>
          </w:p>
          <w:p w14:paraId="7E916A19" w14:textId="77777777" w:rsidR="00B053CC" w:rsidRDefault="00B053CC"/>
        </w:tc>
        <w:tc>
          <w:tcPr>
            <w:tcW w:w="5621" w:type="dxa"/>
            <w:gridSpan w:val="2"/>
          </w:tcPr>
          <w:p w14:paraId="2BA02CE8" w14:textId="77777777" w:rsidR="00B053CC" w:rsidRDefault="00000000">
            <w:r>
              <w:rPr>
                <w:b/>
                <w:color w:val="0D5F78"/>
              </w:rPr>
              <w:t>emis de</w:t>
            </w:r>
          </w:p>
          <w:p w14:paraId="3AE78272" w14:textId="77777777" w:rsidR="00B053CC" w:rsidRDefault="00B053CC"/>
        </w:tc>
      </w:tr>
    </w:tbl>
    <w:p w14:paraId="0BABBCC5"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7341C267" w14:textId="77777777">
        <w:trPr>
          <w:cantSplit/>
        </w:trPr>
        <w:tc>
          <w:tcPr>
            <w:tcW w:w="9636" w:type="dxa"/>
            <w:gridSpan w:val="7"/>
            <w:shd w:val="clear" w:color="auto" w:fill="F4F4F4"/>
          </w:tcPr>
          <w:p w14:paraId="56757621" w14:textId="77777777" w:rsidR="00B053CC" w:rsidRDefault="00000000">
            <w:pPr>
              <w:keepNext/>
            </w:pPr>
            <w:r>
              <w:rPr>
                <w:b/>
                <w:sz w:val="16"/>
              </w:rPr>
              <w:t xml:space="preserve"> 2. </w:t>
            </w:r>
            <w:r>
              <w:rPr>
                <w:b/>
                <w:color w:val="000000"/>
                <w:sz w:val="18"/>
              </w:rPr>
              <w:t>SOLICITANTUL</w:t>
            </w:r>
          </w:p>
        </w:tc>
      </w:tr>
      <w:tr w:rsidR="00B053CC" w14:paraId="5599F7BB" w14:textId="77777777">
        <w:trPr>
          <w:cantSplit/>
          <w:trHeight w:val="510"/>
        </w:trPr>
        <w:tc>
          <w:tcPr>
            <w:tcW w:w="5621" w:type="dxa"/>
            <w:gridSpan w:val="4"/>
          </w:tcPr>
          <w:p w14:paraId="3CCBD145" w14:textId="77777777" w:rsidR="00B053CC" w:rsidRDefault="00000000">
            <w:pPr>
              <w:keepNext/>
            </w:pPr>
            <w:r>
              <w:rPr>
                <w:b/>
                <w:color w:val="0D5F78"/>
              </w:rPr>
              <w:t>Nume și prenume</w:t>
            </w:r>
          </w:p>
          <w:p w14:paraId="7228149D" w14:textId="77777777" w:rsidR="00B053CC" w:rsidRDefault="00B053CC">
            <w:pPr>
              <w:keepNext/>
            </w:pPr>
          </w:p>
        </w:tc>
        <w:tc>
          <w:tcPr>
            <w:tcW w:w="4015" w:type="dxa"/>
            <w:gridSpan w:val="3"/>
          </w:tcPr>
          <w:p w14:paraId="06ABAEFE" w14:textId="77777777" w:rsidR="00B053CC" w:rsidRDefault="00000000">
            <w:pPr>
              <w:keepNext/>
            </w:pPr>
            <w:r>
              <w:rPr>
                <w:b/>
                <w:color w:val="0D5F78"/>
              </w:rPr>
              <w:t>CNP</w:t>
            </w:r>
          </w:p>
          <w:p w14:paraId="036505BE" w14:textId="77777777" w:rsidR="00B053CC" w:rsidRDefault="00B053CC">
            <w:pPr>
              <w:keepNext/>
            </w:pPr>
          </w:p>
        </w:tc>
      </w:tr>
      <w:tr w:rsidR="00B053CC" w14:paraId="33363CCB" w14:textId="77777777">
        <w:trPr>
          <w:cantSplit/>
        </w:trPr>
        <w:tc>
          <w:tcPr>
            <w:tcW w:w="9636" w:type="dxa"/>
            <w:gridSpan w:val="7"/>
            <w:shd w:val="clear" w:color="auto" w:fill="F4F4F4"/>
          </w:tcPr>
          <w:p w14:paraId="0EC19322" w14:textId="77777777" w:rsidR="00B053CC" w:rsidRDefault="00000000">
            <w:pPr>
              <w:keepNext/>
            </w:pPr>
            <w:r>
              <w:rPr>
                <w:sz w:val="16"/>
              </w:rPr>
              <w:t xml:space="preserve"> Domiciliul</w:t>
            </w:r>
          </w:p>
        </w:tc>
      </w:tr>
      <w:tr w:rsidR="00B053CC" w14:paraId="24369B92" w14:textId="77777777">
        <w:trPr>
          <w:cantSplit/>
          <w:trHeight w:val="510"/>
        </w:trPr>
        <w:tc>
          <w:tcPr>
            <w:tcW w:w="3212" w:type="dxa"/>
          </w:tcPr>
          <w:p w14:paraId="42C70F7D" w14:textId="77777777" w:rsidR="00B053CC" w:rsidRDefault="00000000">
            <w:pPr>
              <w:keepNext/>
            </w:pPr>
            <w:r>
              <w:rPr>
                <w:b/>
                <w:color w:val="0D5F78"/>
              </w:rPr>
              <w:t>Județul</w:t>
            </w:r>
          </w:p>
          <w:p w14:paraId="69A9FCC8" w14:textId="77777777" w:rsidR="00B053CC" w:rsidRDefault="00B053CC">
            <w:pPr>
              <w:keepNext/>
            </w:pPr>
          </w:p>
        </w:tc>
        <w:tc>
          <w:tcPr>
            <w:tcW w:w="3212" w:type="dxa"/>
            <w:gridSpan w:val="4"/>
          </w:tcPr>
          <w:p w14:paraId="395384B6" w14:textId="77777777" w:rsidR="00B053CC" w:rsidRDefault="00000000">
            <w:pPr>
              <w:keepNext/>
            </w:pPr>
            <w:r>
              <w:rPr>
                <w:b/>
                <w:color w:val="0D5F78"/>
              </w:rPr>
              <w:t>Municipiul / orașul / comuna</w:t>
            </w:r>
          </w:p>
          <w:p w14:paraId="5416FDDA" w14:textId="77777777" w:rsidR="00B053CC" w:rsidRDefault="00B053CC">
            <w:pPr>
              <w:keepNext/>
            </w:pPr>
          </w:p>
        </w:tc>
        <w:tc>
          <w:tcPr>
            <w:tcW w:w="3212" w:type="dxa"/>
            <w:gridSpan w:val="2"/>
          </w:tcPr>
          <w:p w14:paraId="111575D4" w14:textId="77777777" w:rsidR="00B053CC" w:rsidRDefault="00000000">
            <w:pPr>
              <w:keepNext/>
            </w:pPr>
            <w:r>
              <w:rPr>
                <w:b/>
                <w:color w:val="0D5F78"/>
              </w:rPr>
              <w:t>Satul / sectorul</w:t>
            </w:r>
          </w:p>
          <w:p w14:paraId="7F56137D" w14:textId="77777777" w:rsidR="00B053CC" w:rsidRDefault="00B053CC">
            <w:pPr>
              <w:keepNext/>
            </w:pPr>
          </w:p>
        </w:tc>
      </w:tr>
      <w:tr w:rsidR="00B053CC" w14:paraId="3F783AA0" w14:textId="77777777">
        <w:trPr>
          <w:cantSplit/>
          <w:trHeight w:val="510"/>
        </w:trPr>
        <w:tc>
          <w:tcPr>
            <w:tcW w:w="3212" w:type="dxa"/>
          </w:tcPr>
          <w:p w14:paraId="5DFAFEF0" w14:textId="77777777" w:rsidR="00B053CC" w:rsidRDefault="00000000">
            <w:pPr>
              <w:keepNext/>
            </w:pPr>
            <w:r>
              <w:rPr>
                <w:b/>
                <w:color w:val="0D5F78"/>
              </w:rPr>
              <w:t>Strada</w:t>
            </w:r>
          </w:p>
          <w:p w14:paraId="0113214C" w14:textId="77777777" w:rsidR="00B053CC" w:rsidRDefault="00B053CC">
            <w:pPr>
              <w:keepNext/>
            </w:pPr>
          </w:p>
        </w:tc>
        <w:tc>
          <w:tcPr>
            <w:tcW w:w="803" w:type="dxa"/>
          </w:tcPr>
          <w:p w14:paraId="55F1077F" w14:textId="77777777" w:rsidR="00B053CC" w:rsidRDefault="00000000">
            <w:pPr>
              <w:keepNext/>
            </w:pPr>
            <w:r>
              <w:rPr>
                <w:b/>
                <w:color w:val="0D5F78"/>
              </w:rPr>
              <w:t>Nr.</w:t>
            </w:r>
          </w:p>
          <w:p w14:paraId="1AB97765" w14:textId="77777777" w:rsidR="00B053CC" w:rsidRDefault="00B053CC">
            <w:pPr>
              <w:keepNext/>
            </w:pPr>
          </w:p>
        </w:tc>
        <w:tc>
          <w:tcPr>
            <w:tcW w:w="803" w:type="dxa"/>
          </w:tcPr>
          <w:p w14:paraId="58261DFB" w14:textId="77777777" w:rsidR="00B053CC" w:rsidRDefault="00000000">
            <w:pPr>
              <w:keepNext/>
            </w:pPr>
            <w:r>
              <w:rPr>
                <w:b/>
                <w:color w:val="0D5F78"/>
              </w:rPr>
              <w:t>Sc.</w:t>
            </w:r>
          </w:p>
          <w:p w14:paraId="4958FA2E" w14:textId="77777777" w:rsidR="00B053CC" w:rsidRDefault="00B053CC">
            <w:pPr>
              <w:keepNext/>
            </w:pPr>
          </w:p>
        </w:tc>
        <w:tc>
          <w:tcPr>
            <w:tcW w:w="803" w:type="dxa"/>
          </w:tcPr>
          <w:p w14:paraId="758281F0" w14:textId="77777777" w:rsidR="00B053CC" w:rsidRDefault="00000000">
            <w:pPr>
              <w:keepNext/>
            </w:pPr>
            <w:r>
              <w:rPr>
                <w:b/>
                <w:color w:val="0D5F78"/>
              </w:rPr>
              <w:t>Et.</w:t>
            </w:r>
          </w:p>
          <w:p w14:paraId="2ABFBC1D" w14:textId="77777777" w:rsidR="00B053CC" w:rsidRDefault="00B053CC">
            <w:pPr>
              <w:keepNext/>
            </w:pPr>
          </w:p>
        </w:tc>
        <w:tc>
          <w:tcPr>
            <w:tcW w:w="803" w:type="dxa"/>
          </w:tcPr>
          <w:p w14:paraId="18A07BFB" w14:textId="77777777" w:rsidR="00B053CC" w:rsidRDefault="00000000">
            <w:pPr>
              <w:keepNext/>
            </w:pPr>
            <w:r>
              <w:rPr>
                <w:b/>
                <w:color w:val="0D5F78"/>
              </w:rPr>
              <w:t>Ap.</w:t>
            </w:r>
          </w:p>
          <w:p w14:paraId="5FC0FEAF" w14:textId="77777777" w:rsidR="00B053CC" w:rsidRDefault="00B053CC">
            <w:pPr>
              <w:keepNext/>
            </w:pPr>
          </w:p>
        </w:tc>
        <w:tc>
          <w:tcPr>
            <w:tcW w:w="1606" w:type="dxa"/>
          </w:tcPr>
          <w:p w14:paraId="09F769C0" w14:textId="77777777" w:rsidR="00B053CC" w:rsidRDefault="00000000">
            <w:pPr>
              <w:keepNext/>
            </w:pPr>
            <w:r>
              <w:rPr>
                <w:b/>
                <w:color w:val="0D5F78"/>
              </w:rPr>
              <w:t>Cod poștal</w:t>
            </w:r>
          </w:p>
          <w:p w14:paraId="73A0ACFC" w14:textId="77777777" w:rsidR="00B053CC" w:rsidRDefault="00B053CC">
            <w:pPr>
              <w:keepNext/>
            </w:pPr>
          </w:p>
        </w:tc>
        <w:tc>
          <w:tcPr>
            <w:tcW w:w="1606" w:type="dxa"/>
          </w:tcPr>
          <w:p w14:paraId="76192F43" w14:textId="77777777" w:rsidR="00B053CC" w:rsidRDefault="00000000">
            <w:pPr>
              <w:keepNext/>
            </w:pPr>
            <w:r>
              <w:rPr>
                <w:b/>
                <w:color w:val="0D5F78"/>
              </w:rPr>
              <w:t>Țara</w:t>
            </w:r>
          </w:p>
          <w:p w14:paraId="3F3716F3" w14:textId="77777777" w:rsidR="00B053CC" w:rsidRDefault="00B053CC">
            <w:pPr>
              <w:keepNext/>
            </w:pPr>
          </w:p>
        </w:tc>
      </w:tr>
      <w:tr w:rsidR="00B053CC" w14:paraId="4AF13F5D" w14:textId="77777777">
        <w:trPr>
          <w:cantSplit/>
        </w:trPr>
        <w:tc>
          <w:tcPr>
            <w:tcW w:w="9636" w:type="dxa"/>
            <w:gridSpan w:val="7"/>
            <w:shd w:val="clear" w:color="auto" w:fill="F4F4F4"/>
          </w:tcPr>
          <w:p w14:paraId="026DD782" w14:textId="77777777" w:rsidR="00B053CC" w:rsidRDefault="00000000">
            <w:pPr>
              <w:keepNext/>
            </w:pPr>
            <w:r>
              <w:rPr>
                <w:sz w:val="16"/>
              </w:rPr>
              <w:t xml:space="preserve"> Date de contact</w:t>
            </w:r>
          </w:p>
        </w:tc>
      </w:tr>
      <w:tr w:rsidR="00B053CC" w14:paraId="2A997DCF" w14:textId="77777777">
        <w:trPr>
          <w:cantSplit/>
          <w:trHeight w:val="510"/>
        </w:trPr>
        <w:tc>
          <w:tcPr>
            <w:tcW w:w="4015" w:type="dxa"/>
            <w:gridSpan w:val="2"/>
          </w:tcPr>
          <w:p w14:paraId="2418A1EA" w14:textId="77777777" w:rsidR="00B053CC" w:rsidRDefault="00000000">
            <w:pPr>
              <w:keepNext/>
            </w:pPr>
            <w:r>
              <w:rPr>
                <w:b/>
                <w:color w:val="0D5F78"/>
              </w:rPr>
              <w:t>Telefon / fax</w:t>
            </w:r>
          </w:p>
          <w:p w14:paraId="6008514B" w14:textId="77777777" w:rsidR="00B053CC" w:rsidRDefault="00B053CC">
            <w:pPr>
              <w:keepNext/>
            </w:pPr>
          </w:p>
        </w:tc>
        <w:tc>
          <w:tcPr>
            <w:tcW w:w="5621" w:type="dxa"/>
            <w:gridSpan w:val="5"/>
          </w:tcPr>
          <w:p w14:paraId="3A23886E" w14:textId="77777777" w:rsidR="00B053CC" w:rsidRDefault="00000000">
            <w:pPr>
              <w:keepNext/>
            </w:pPr>
            <w:r>
              <w:rPr>
                <w:b/>
                <w:color w:val="0D5F78"/>
              </w:rPr>
              <w:t>E-mail</w:t>
            </w:r>
          </w:p>
          <w:p w14:paraId="0035CA2B" w14:textId="77777777" w:rsidR="00B053CC" w:rsidRDefault="00B053CC">
            <w:pPr>
              <w:keepNext/>
            </w:pPr>
          </w:p>
        </w:tc>
      </w:tr>
      <w:tr w:rsidR="00B053CC" w14:paraId="7FA8D871" w14:textId="77777777">
        <w:trPr>
          <w:cantSplit/>
        </w:trPr>
        <w:tc>
          <w:tcPr>
            <w:tcW w:w="9636" w:type="dxa"/>
            <w:gridSpan w:val="7"/>
            <w:shd w:val="clear" w:color="auto" w:fill="F4F4F4"/>
          </w:tcPr>
          <w:p w14:paraId="5D7C2BCA" w14:textId="77777777" w:rsidR="00B053CC" w:rsidRDefault="00000000">
            <w:pPr>
              <w:keepNext/>
            </w:pPr>
            <w:r>
              <w:rPr>
                <w:sz w:val="16"/>
              </w:rPr>
              <w:t xml:space="preserve"> Reprezentare</w:t>
            </w:r>
          </w:p>
        </w:tc>
      </w:tr>
      <w:tr w:rsidR="00B053CC" w14:paraId="37D924C5" w14:textId="77777777">
        <w:trPr>
          <w:cantSplit/>
          <w:trHeight w:val="510"/>
        </w:trPr>
        <w:tc>
          <w:tcPr>
            <w:tcW w:w="6424" w:type="dxa"/>
            <w:gridSpan w:val="5"/>
          </w:tcPr>
          <w:p w14:paraId="0B84751E" w14:textId="77777777" w:rsidR="00B053CC" w:rsidRDefault="00000000">
            <w:r>
              <w:rPr>
                <w:b/>
                <w:color w:val="0D5F78"/>
              </w:rPr>
              <w:t>În calitate de reprezentant al</w:t>
            </w:r>
          </w:p>
          <w:p w14:paraId="738DC25B" w14:textId="77777777" w:rsidR="00B053CC" w:rsidRDefault="00B053CC"/>
        </w:tc>
        <w:tc>
          <w:tcPr>
            <w:tcW w:w="3212" w:type="dxa"/>
            <w:gridSpan w:val="2"/>
          </w:tcPr>
          <w:p w14:paraId="206621AF" w14:textId="77777777" w:rsidR="00B053CC" w:rsidRDefault="00000000">
            <w:r>
              <w:rPr>
                <w:b/>
                <w:color w:val="0D5F78"/>
              </w:rPr>
              <w:t>CUI / CIF</w:t>
            </w:r>
          </w:p>
          <w:p w14:paraId="0926FD89" w14:textId="77777777" w:rsidR="00B053CC" w:rsidRDefault="00B053CC"/>
        </w:tc>
      </w:tr>
    </w:tbl>
    <w:p w14:paraId="206475A8" w14:textId="77777777" w:rsidR="00B053CC" w:rsidRDefault="00B053CC">
      <w:pPr>
        <w:spacing w:line="168" w:lineRule="auto"/>
      </w:pPr>
    </w:p>
    <w:p w14:paraId="49026A93" w14:textId="77777777" w:rsidR="00B053CC" w:rsidRDefault="00000000">
      <w:pPr>
        <w:spacing w:before="80" w:after="60"/>
        <w:jc w:val="center"/>
      </w:pPr>
      <w:r>
        <w:rPr>
          <w:sz w:val="18"/>
        </w:rPr>
        <w:t>în conformitate cu prevederile Legii nr. 169/2026 privind Codul amenajării teritoriului, urbanismului și construcțiilor</w:t>
      </w:r>
    </w:p>
    <w:p w14:paraId="756A28F7" w14:textId="77777777" w:rsidR="00051E37" w:rsidRDefault="00000000">
      <w:pPr>
        <w:spacing w:after="160"/>
        <w:jc w:val="center"/>
        <w:rPr>
          <w:b/>
          <w:sz w:val="20"/>
          <w:lang w:val="fr-FR"/>
        </w:rPr>
      </w:pPr>
      <w:r w:rsidRPr="00051E37">
        <w:rPr>
          <w:b/>
          <w:sz w:val="20"/>
          <w:lang w:val="fr-FR"/>
        </w:rPr>
        <w:t>SE AUTORIZEAZĂ</w:t>
      </w:r>
    </w:p>
    <w:p w14:paraId="7BFB0FD5" w14:textId="699B567D" w:rsidR="00A038DB" w:rsidRPr="00A038DB" w:rsidRDefault="00000000" w:rsidP="00A038DB">
      <w:pPr>
        <w:spacing w:after="160"/>
        <w:jc w:val="center"/>
        <w:rPr>
          <w:b/>
          <w:sz w:val="20"/>
          <w:lang w:val="fr-FR"/>
        </w:rPr>
      </w:pPr>
      <w:r w:rsidRPr="00051E37">
        <w:rPr>
          <w:b/>
          <w:sz w:val="20"/>
          <w:lang w:val="fr-FR"/>
        </w:rPr>
        <w:t>executarea lucrărilor de construire / desființare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rsidRPr="00A038DB" w14:paraId="73CCC338" w14:textId="77777777">
        <w:trPr>
          <w:cantSplit/>
        </w:trPr>
        <w:tc>
          <w:tcPr>
            <w:tcW w:w="9636" w:type="dxa"/>
          </w:tcPr>
          <w:p w14:paraId="53F622B7" w14:textId="0A31A6FC" w:rsidR="00B053CC" w:rsidRPr="00A038DB" w:rsidRDefault="00A038DB">
            <w:pPr>
              <w:pBdr>
                <w:bottom w:val="dotted" w:sz="6" w:space="0" w:color="999999"/>
              </w:pBdr>
              <w:spacing w:after="80"/>
              <w:rPr>
                <w:b/>
                <w:bCs/>
                <w:color w:val="000000" w:themeColor="text1"/>
                <w:sz w:val="18"/>
                <w:szCs w:val="18"/>
                <w:lang w:val="fr-FR"/>
              </w:rPr>
            </w:pPr>
            <w:r w:rsidRPr="00A038DB">
              <w:rPr>
                <w:b/>
                <w:bCs/>
                <w:color w:val="000000" w:themeColor="text1"/>
                <w:sz w:val="18"/>
                <w:szCs w:val="18"/>
                <w:lang w:val="fr-FR"/>
              </w:rPr>
              <w:t xml:space="preserve">IN VEDEREA REALIZARII OBIECTIVULUI / OBIECTULUI DE INVESTIȚII  </w:t>
            </w:r>
          </w:p>
          <w:p w14:paraId="249E9BD3" w14:textId="77777777" w:rsidR="00B053CC" w:rsidRPr="00051E37" w:rsidRDefault="00B053CC">
            <w:pPr>
              <w:pBdr>
                <w:bottom w:val="dotted" w:sz="6" w:space="0" w:color="999999"/>
              </w:pBdr>
              <w:spacing w:after="80"/>
              <w:rPr>
                <w:lang w:val="fr-FR"/>
              </w:rPr>
            </w:pPr>
          </w:p>
        </w:tc>
      </w:tr>
    </w:tbl>
    <w:p w14:paraId="116A25D2"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2DE69560" w14:textId="77777777">
        <w:trPr>
          <w:cantSplit/>
        </w:trPr>
        <w:tc>
          <w:tcPr>
            <w:tcW w:w="9636" w:type="dxa"/>
            <w:gridSpan w:val="7"/>
            <w:shd w:val="clear" w:color="auto" w:fill="F4F4F4"/>
          </w:tcPr>
          <w:p w14:paraId="3039A11D" w14:textId="77777777" w:rsidR="00B053CC" w:rsidRDefault="00000000">
            <w:pPr>
              <w:keepNext/>
            </w:pPr>
            <w:r w:rsidRPr="00051E37">
              <w:rPr>
                <w:b/>
                <w:sz w:val="16"/>
                <w:lang w:val="fr-FR"/>
              </w:rPr>
              <w:t xml:space="preserve"> </w:t>
            </w:r>
            <w:r>
              <w:rPr>
                <w:b/>
                <w:sz w:val="16"/>
              </w:rPr>
              <w:t xml:space="preserve">3. </w:t>
            </w:r>
            <w:r>
              <w:rPr>
                <w:b/>
                <w:color w:val="000000"/>
                <w:sz w:val="18"/>
              </w:rPr>
              <w:t>PE IMOBILUL — TEREN ȘI/SAU CONSTRUCȚII — SITUAT ÎN</w:t>
            </w:r>
          </w:p>
        </w:tc>
      </w:tr>
      <w:tr w:rsidR="00B053CC" w14:paraId="143FFA37" w14:textId="77777777">
        <w:trPr>
          <w:cantSplit/>
          <w:trHeight w:val="510"/>
        </w:trPr>
        <w:tc>
          <w:tcPr>
            <w:tcW w:w="3212" w:type="dxa"/>
          </w:tcPr>
          <w:p w14:paraId="01FD546D" w14:textId="77777777" w:rsidR="00B053CC" w:rsidRDefault="00000000">
            <w:pPr>
              <w:keepNext/>
            </w:pPr>
            <w:r>
              <w:rPr>
                <w:b/>
                <w:color w:val="0D5F78"/>
              </w:rPr>
              <w:t>Județul</w:t>
            </w:r>
          </w:p>
          <w:p w14:paraId="6E9C9730" w14:textId="77777777" w:rsidR="00B053CC" w:rsidRDefault="00B053CC">
            <w:pPr>
              <w:keepNext/>
            </w:pPr>
          </w:p>
        </w:tc>
        <w:tc>
          <w:tcPr>
            <w:tcW w:w="3212" w:type="dxa"/>
            <w:gridSpan w:val="4"/>
          </w:tcPr>
          <w:p w14:paraId="0860F21F" w14:textId="77777777" w:rsidR="00B053CC" w:rsidRDefault="00000000">
            <w:pPr>
              <w:keepNext/>
            </w:pPr>
            <w:r>
              <w:rPr>
                <w:b/>
                <w:color w:val="0D5F78"/>
              </w:rPr>
              <w:t>Municipiul / orașul / comuna</w:t>
            </w:r>
          </w:p>
          <w:p w14:paraId="0A35460A" w14:textId="77777777" w:rsidR="00B053CC" w:rsidRDefault="00B053CC">
            <w:pPr>
              <w:keepNext/>
            </w:pPr>
          </w:p>
        </w:tc>
        <w:tc>
          <w:tcPr>
            <w:tcW w:w="3212" w:type="dxa"/>
            <w:gridSpan w:val="2"/>
          </w:tcPr>
          <w:p w14:paraId="38CC98A4" w14:textId="77777777" w:rsidR="00B053CC" w:rsidRDefault="00000000">
            <w:pPr>
              <w:keepNext/>
            </w:pPr>
            <w:r>
              <w:rPr>
                <w:b/>
                <w:color w:val="0D5F78"/>
              </w:rPr>
              <w:t>Satul / sectorul</w:t>
            </w:r>
          </w:p>
          <w:p w14:paraId="1C08AF76" w14:textId="77777777" w:rsidR="00B053CC" w:rsidRDefault="00B053CC">
            <w:pPr>
              <w:keepNext/>
            </w:pPr>
          </w:p>
        </w:tc>
      </w:tr>
      <w:tr w:rsidR="00B053CC" w14:paraId="16F9CD62" w14:textId="77777777">
        <w:trPr>
          <w:cantSplit/>
          <w:trHeight w:val="510"/>
        </w:trPr>
        <w:tc>
          <w:tcPr>
            <w:tcW w:w="3212" w:type="dxa"/>
          </w:tcPr>
          <w:p w14:paraId="756EDA3B" w14:textId="77777777" w:rsidR="00B053CC" w:rsidRDefault="00000000">
            <w:pPr>
              <w:keepNext/>
            </w:pPr>
            <w:r>
              <w:rPr>
                <w:b/>
                <w:color w:val="0D5F78"/>
              </w:rPr>
              <w:t>Strada</w:t>
            </w:r>
          </w:p>
          <w:p w14:paraId="38B709DD" w14:textId="77777777" w:rsidR="00B053CC" w:rsidRDefault="00B053CC">
            <w:pPr>
              <w:keepNext/>
            </w:pPr>
          </w:p>
        </w:tc>
        <w:tc>
          <w:tcPr>
            <w:tcW w:w="803" w:type="dxa"/>
          </w:tcPr>
          <w:p w14:paraId="610223A6" w14:textId="77777777" w:rsidR="00B053CC" w:rsidRDefault="00000000">
            <w:pPr>
              <w:keepNext/>
            </w:pPr>
            <w:r>
              <w:rPr>
                <w:b/>
                <w:color w:val="0D5F78"/>
              </w:rPr>
              <w:t>Nr.</w:t>
            </w:r>
          </w:p>
          <w:p w14:paraId="2A1E7245" w14:textId="77777777" w:rsidR="00B053CC" w:rsidRDefault="00B053CC">
            <w:pPr>
              <w:keepNext/>
            </w:pPr>
          </w:p>
        </w:tc>
        <w:tc>
          <w:tcPr>
            <w:tcW w:w="803" w:type="dxa"/>
          </w:tcPr>
          <w:p w14:paraId="6D12882C" w14:textId="77777777" w:rsidR="00B053CC" w:rsidRDefault="00000000">
            <w:pPr>
              <w:keepNext/>
            </w:pPr>
            <w:r>
              <w:rPr>
                <w:b/>
                <w:color w:val="0D5F78"/>
              </w:rPr>
              <w:t>Sc.</w:t>
            </w:r>
          </w:p>
          <w:p w14:paraId="7AFEE848" w14:textId="77777777" w:rsidR="00B053CC" w:rsidRDefault="00B053CC">
            <w:pPr>
              <w:keepNext/>
            </w:pPr>
          </w:p>
        </w:tc>
        <w:tc>
          <w:tcPr>
            <w:tcW w:w="803" w:type="dxa"/>
          </w:tcPr>
          <w:p w14:paraId="20220C5E" w14:textId="77777777" w:rsidR="00B053CC" w:rsidRDefault="00000000">
            <w:pPr>
              <w:keepNext/>
            </w:pPr>
            <w:r>
              <w:rPr>
                <w:b/>
                <w:color w:val="0D5F78"/>
              </w:rPr>
              <w:t>Et.</w:t>
            </w:r>
          </w:p>
          <w:p w14:paraId="55412F84" w14:textId="77777777" w:rsidR="00B053CC" w:rsidRDefault="00B053CC">
            <w:pPr>
              <w:keepNext/>
            </w:pPr>
          </w:p>
        </w:tc>
        <w:tc>
          <w:tcPr>
            <w:tcW w:w="803" w:type="dxa"/>
          </w:tcPr>
          <w:p w14:paraId="40C8ABBA" w14:textId="77777777" w:rsidR="00B053CC" w:rsidRDefault="00000000">
            <w:pPr>
              <w:keepNext/>
            </w:pPr>
            <w:r>
              <w:rPr>
                <w:b/>
                <w:color w:val="0D5F78"/>
              </w:rPr>
              <w:t>Ap.</w:t>
            </w:r>
          </w:p>
          <w:p w14:paraId="6D70D110" w14:textId="77777777" w:rsidR="00B053CC" w:rsidRDefault="00B053CC">
            <w:pPr>
              <w:keepNext/>
            </w:pPr>
          </w:p>
        </w:tc>
        <w:tc>
          <w:tcPr>
            <w:tcW w:w="1606" w:type="dxa"/>
          </w:tcPr>
          <w:p w14:paraId="1C11527E" w14:textId="77777777" w:rsidR="00B053CC" w:rsidRDefault="00000000">
            <w:pPr>
              <w:keepNext/>
            </w:pPr>
            <w:r>
              <w:rPr>
                <w:b/>
                <w:color w:val="0D5F78"/>
              </w:rPr>
              <w:t>Cod poștal</w:t>
            </w:r>
          </w:p>
          <w:p w14:paraId="5F967307" w14:textId="77777777" w:rsidR="00B053CC" w:rsidRDefault="00B053CC">
            <w:pPr>
              <w:keepNext/>
            </w:pPr>
          </w:p>
        </w:tc>
        <w:tc>
          <w:tcPr>
            <w:tcW w:w="1606" w:type="dxa"/>
          </w:tcPr>
          <w:p w14:paraId="29C7C9C8" w14:textId="77777777" w:rsidR="00B053CC" w:rsidRDefault="00000000">
            <w:pPr>
              <w:keepNext/>
            </w:pPr>
            <w:r>
              <w:rPr>
                <w:b/>
                <w:color w:val="0D5F78"/>
              </w:rPr>
              <w:t>Țara</w:t>
            </w:r>
          </w:p>
          <w:p w14:paraId="7094C942" w14:textId="77777777" w:rsidR="00B053CC" w:rsidRDefault="00B053CC">
            <w:pPr>
              <w:keepNext/>
            </w:pPr>
          </w:p>
        </w:tc>
      </w:tr>
      <w:tr w:rsidR="00B053CC" w14:paraId="0BFA35EA" w14:textId="77777777">
        <w:trPr>
          <w:cantSplit/>
          <w:trHeight w:val="510"/>
        </w:trPr>
        <w:tc>
          <w:tcPr>
            <w:tcW w:w="3212" w:type="dxa"/>
          </w:tcPr>
          <w:p w14:paraId="0848EB5E" w14:textId="77777777" w:rsidR="00B053CC" w:rsidRDefault="00000000">
            <w:r>
              <w:rPr>
                <w:b/>
                <w:color w:val="0D5F78"/>
              </w:rPr>
              <w:t>Cartea funciară</w:t>
            </w:r>
          </w:p>
          <w:p w14:paraId="707A228D" w14:textId="77777777" w:rsidR="00B053CC" w:rsidRDefault="00B053CC"/>
        </w:tc>
        <w:tc>
          <w:tcPr>
            <w:tcW w:w="3212" w:type="dxa"/>
            <w:gridSpan w:val="4"/>
          </w:tcPr>
          <w:p w14:paraId="188C7E46" w14:textId="77777777" w:rsidR="00B053CC" w:rsidRDefault="00000000">
            <w:r>
              <w:rPr>
                <w:b/>
                <w:color w:val="0D5F78"/>
              </w:rPr>
              <w:t>Fișa bunului imobil</w:t>
            </w:r>
          </w:p>
          <w:p w14:paraId="60D5116E" w14:textId="77777777" w:rsidR="00B053CC" w:rsidRDefault="00B053CC"/>
        </w:tc>
        <w:tc>
          <w:tcPr>
            <w:tcW w:w="3212" w:type="dxa"/>
            <w:gridSpan w:val="2"/>
          </w:tcPr>
          <w:p w14:paraId="690A862B" w14:textId="77777777" w:rsidR="00B053CC" w:rsidRDefault="00000000">
            <w:r>
              <w:rPr>
                <w:b/>
                <w:color w:val="0D5F78"/>
              </w:rPr>
              <w:t>sau nr. cadastral</w:t>
            </w:r>
          </w:p>
          <w:p w14:paraId="53CA1E53" w14:textId="77777777" w:rsidR="00B053CC" w:rsidRDefault="00B053CC"/>
        </w:tc>
      </w:tr>
    </w:tbl>
    <w:p w14:paraId="18F30ABB"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02755B95" w14:textId="77777777">
        <w:trPr>
          <w:cantSplit/>
        </w:trPr>
        <w:tc>
          <w:tcPr>
            <w:tcW w:w="9636" w:type="dxa"/>
            <w:shd w:val="clear" w:color="auto" w:fill="F4F4F4"/>
          </w:tcPr>
          <w:p w14:paraId="3EEF6EAB" w14:textId="77777777" w:rsidR="00B053CC" w:rsidRDefault="00000000">
            <w:pPr>
              <w:keepNext/>
            </w:pPr>
            <w:r>
              <w:rPr>
                <w:b/>
                <w:sz w:val="16"/>
              </w:rPr>
              <w:t xml:space="preserve"> 4. </w:t>
            </w:r>
            <w:r>
              <w:rPr>
                <w:b/>
                <w:color w:val="000000"/>
                <w:sz w:val="18"/>
              </w:rPr>
              <w:t>LUCRĂRILE SUPUSE AUTORIZĂRII</w:t>
            </w:r>
          </w:p>
        </w:tc>
      </w:tr>
      <w:tr w:rsidR="00B053CC" w14:paraId="648E5476" w14:textId="77777777">
        <w:trPr>
          <w:cantSplit/>
          <w:trHeight w:val="510"/>
        </w:trPr>
        <w:tc>
          <w:tcPr>
            <w:tcW w:w="9636" w:type="dxa"/>
          </w:tcPr>
          <w:p w14:paraId="6B472537" w14:textId="77777777" w:rsidR="00B053CC" w:rsidRDefault="00000000">
            <w:r>
              <w:rPr>
                <w:b/>
                <w:color w:val="0D5F78"/>
              </w:rPr>
              <w:t>în valoare de (lei)</w:t>
            </w:r>
          </w:p>
          <w:p w14:paraId="236B90C4" w14:textId="77777777" w:rsidR="00B053CC" w:rsidRDefault="00000000">
            <w:r>
              <w:rPr>
                <w:i/>
                <w:color w:val="7A7A7A"/>
              </w:rPr>
              <w:t>totalitatea cheltuielilor estimate prin devizul general, fără TVA, inclusiv organizarea de șantier</w:t>
            </w:r>
          </w:p>
          <w:p w14:paraId="709D7B41" w14:textId="77777777" w:rsidR="00B053CC" w:rsidRDefault="00B053CC"/>
        </w:tc>
      </w:tr>
    </w:tbl>
    <w:p w14:paraId="358E9B40" w14:textId="3866F6DD"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1606"/>
        <w:gridCol w:w="3212"/>
      </w:tblGrid>
      <w:tr w:rsidR="00B053CC" w:rsidRPr="00A038DB" w14:paraId="3D6A71CF" w14:textId="77777777">
        <w:trPr>
          <w:cantSplit/>
        </w:trPr>
        <w:tc>
          <w:tcPr>
            <w:tcW w:w="9636" w:type="dxa"/>
            <w:gridSpan w:val="6"/>
            <w:shd w:val="clear" w:color="auto" w:fill="F4F4F4"/>
          </w:tcPr>
          <w:p w14:paraId="3AE6A591" w14:textId="5168A306" w:rsidR="00B053CC" w:rsidRPr="00051E37" w:rsidRDefault="00000000">
            <w:pPr>
              <w:keepNext/>
              <w:rPr>
                <w:lang w:val="fr-FR"/>
              </w:rPr>
            </w:pPr>
            <w:r w:rsidRPr="00051E37">
              <w:rPr>
                <w:b/>
                <w:sz w:val="16"/>
                <w:lang w:val="fr-FR"/>
              </w:rPr>
              <w:t xml:space="preserve"> 5. </w:t>
            </w:r>
            <w:r w:rsidRPr="00051E37">
              <w:rPr>
                <w:b/>
                <w:color w:val="000000"/>
                <w:sz w:val="18"/>
                <w:lang w:val="fr-FR"/>
              </w:rPr>
              <w:t>ÎN BAZA PROIECTULUI PENTRU AUTORIZAREA</w:t>
            </w:r>
            <w:r w:rsidR="00A038DB">
              <w:rPr>
                <w:b/>
                <w:color w:val="000000"/>
                <w:sz w:val="18"/>
                <w:lang w:val="fr-FR"/>
              </w:rPr>
              <w:t xml:space="preserve"> </w:t>
            </w:r>
            <w:r w:rsidRPr="00051E37">
              <w:rPr>
                <w:b/>
                <w:color w:val="000000"/>
                <w:sz w:val="18"/>
                <w:lang w:val="fr-FR"/>
              </w:rPr>
              <w:t>CONSTRUIR</w:t>
            </w:r>
            <w:r w:rsidR="00A038DB">
              <w:rPr>
                <w:b/>
                <w:color w:val="000000"/>
                <w:sz w:val="18"/>
                <w:lang w:val="fr-FR"/>
              </w:rPr>
              <w:t>II</w:t>
            </w:r>
            <w:r w:rsidRPr="00051E37">
              <w:rPr>
                <w:b/>
                <w:color w:val="000000"/>
                <w:sz w:val="18"/>
                <w:lang w:val="fr-FR"/>
              </w:rPr>
              <w:t xml:space="preserve"> </w:t>
            </w:r>
            <w:r w:rsidR="00A038DB">
              <w:rPr>
                <w:b/>
                <w:color w:val="000000"/>
                <w:sz w:val="18"/>
                <w:lang w:val="fr-FR"/>
              </w:rPr>
              <w:t>/ DESFIINȚĂRII</w:t>
            </w:r>
          </w:p>
        </w:tc>
      </w:tr>
      <w:tr w:rsidR="00B053CC" w14:paraId="0BC63676" w14:textId="77777777">
        <w:trPr>
          <w:cantSplit/>
          <w:trHeight w:val="510"/>
        </w:trPr>
        <w:tc>
          <w:tcPr>
            <w:tcW w:w="2409" w:type="dxa"/>
          </w:tcPr>
          <w:p w14:paraId="379CECA3" w14:textId="77777777" w:rsidR="00B053CC" w:rsidRDefault="00000000">
            <w:pPr>
              <w:keepNext/>
            </w:pPr>
            <w:r>
              <w:rPr>
                <w:b/>
                <w:color w:val="0D5F78"/>
              </w:rPr>
              <w:t>P.A.C. / P.A.D. nr.</w:t>
            </w:r>
          </w:p>
          <w:p w14:paraId="1A2F0C46" w14:textId="77777777" w:rsidR="00B053CC" w:rsidRDefault="00B053CC">
            <w:pPr>
              <w:keepNext/>
            </w:pPr>
          </w:p>
        </w:tc>
        <w:tc>
          <w:tcPr>
            <w:tcW w:w="2409" w:type="dxa"/>
            <w:gridSpan w:val="3"/>
          </w:tcPr>
          <w:p w14:paraId="19F691DA" w14:textId="77777777" w:rsidR="00B053CC" w:rsidRDefault="00000000">
            <w:pPr>
              <w:keepNext/>
            </w:pPr>
            <w:r>
              <w:rPr>
                <w:b/>
                <w:color w:val="0D5F78"/>
              </w:rPr>
              <w:t>din data</w:t>
            </w:r>
          </w:p>
          <w:p w14:paraId="2346296B" w14:textId="77777777" w:rsidR="00B053CC" w:rsidRDefault="00B053CC">
            <w:pPr>
              <w:keepNext/>
            </w:pPr>
          </w:p>
        </w:tc>
        <w:tc>
          <w:tcPr>
            <w:tcW w:w="4818" w:type="dxa"/>
            <w:gridSpan w:val="2"/>
          </w:tcPr>
          <w:p w14:paraId="55AFC3D0" w14:textId="77777777" w:rsidR="00B053CC" w:rsidRDefault="00000000">
            <w:pPr>
              <w:keepNext/>
            </w:pPr>
            <w:r>
              <w:rPr>
                <w:b/>
                <w:color w:val="0D5F78"/>
              </w:rPr>
              <w:t>Denumirea / titlul documentației</w:t>
            </w:r>
          </w:p>
          <w:p w14:paraId="52F7E983" w14:textId="77777777" w:rsidR="00B053CC" w:rsidRDefault="00B053CC">
            <w:pPr>
              <w:keepNext/>
            </w:pPr>
          </w:p>
        </w:tc>
      </w:tr>
      <w:tr w:rsidR="00B053CC" w14:paraId="27804066" w14:textId="77777777">
        <w:trPr>
          <w:cantSplit/>
          <w:trHeight w:val="510"/>
        </w:trPr>
        <w:tc>
          <w:tcPr>
            <w:tcW w:w="4015" w:type="dxa"/>
            <w:gridSpan w:val="3"/>
          </w:tcPr>
          <w:p w14:paraId="4E24079C" w14:textId="77777777" w:rsidR="00B053CC" w:rsidRDefault="00000000">
            <w:pPr>
              <w:keepNext/>
            </w:pPr>
            <w:r>
              <w:rPr>
                <w:b/>
                <w:color w:val="0D5F78"/>
              </w:rPr>
              <w:t>elaborată de</w:t>
            </w:r>
          </w:p>
          <w:p w14:paraId="5744D518" w14:textId="77777777" w:rsidR="00B053CC" w:rsidRDefault="00B053CC">
            <w:pPr>
              <w:keepNext/>
            </w:pPr>
          </w:p>
        </w:tc>
        <w:tc>
          <w:tcPr>
            <w:tcW w:w="5621" w:type="dxa"/>
            <w:gridSpan w:val="3"/>
          </w:tcPr>
          <w:p w14:paraId="06AFE95E" w14:textId="77777777" w:rsidR="00B053CC" w:rsidRDefault="00000000">
            <w:pPr>
              <w:keepNext/>
            </w:pPr>
            <w:r>
              <w:rPr>
                <w:b/>
                <w:color w:val="0D5F78"/>
              </w:rPr>
              <w:t>cu sediul în</w:t>
            </w:r>
          </w:p>
          <w:p w14:paraId="259860FD" w14:textId="77777777" w:rsidR="00B053CC" w:rsidRDefault="00000000">
            <w:pPr>
              <w:keepNext/>
            </w:pPr>
            <w:r>
              <w:rPr>
                <w:i/>
                <w:color w:val="7A7A7A"/>
              </w:rPr>
              <w:t>județ, municipiu/oraș/comună, sector/sat, cod poștal, stradă, nr., bl., sc., et., ap.</w:t>
            </w:r>
          </w:p>
          <w:p w14:paraId="61CD9955" w14:textId="77777777" w:rsidR="00B053CC" w:rsidRDefault="00B053CC">
            <w:pPr>
              <w:keepNext/>
            </w:pPr>
          </w:p>
        </w:tc>
      </w:tr>
      <w:tr w:rsidR="00B053CC" w14:paraId="13EFE22B" w14:textId="77777777">
        <w:trPr>
          <w:cantSplit/>
        </w:trPr>
        <w:tc>
          <w:tcPr>
            <w:tcW w:w="9636" w:type="dxa"/>
            <w:gridSpan w:val="6"/>
            <w:shd w:val="clear" w:color="auto" w:fill="F4F4F4"/>
          </w:tcPr>
          <w:p w14:paraId="7E335FD1" w14:textId="77777777" w:rsidR="00B053CC" w:rsidRDefault="00000000">
            <w:pPr>
              <w:keepNext/>
            </w:pPr>
            <w:r>
              <w:rPr>
                <w:sz w:val="16"/>
              </w:rPr>
              <w:t xml:space="preserve"> respectiv de — elaboratorul proiectului, cu drept de semnătură, potrivit Legii nr. 184/2001 privind organizarea și exercitarea profesiei de arhitect, republicată</w:t>
            </w:r>
          </w:p>
        </w:tc>
      </w:tr>
      <w:tr w:rsidR="00B053CC" w14:paraId="0C8340B4" w14:textId="77777777">
        <w:trPr>
          <w:cantSplit/>
          <w:trHeight w:val="510"/>
        </w:trPr>
        <w:tc>
          <w:tcPr>
            <w:tcW w:w="3212" w:type="dxa"/>
            <w:gridSpan w:val="2"/>
          </w:tcPr>
          <w:p w14:paraId="74C44E3B" w14:textId="77777777" w:rsidR="00B053CC" w:rsidRDefault="00000000">
            <w:pPr>
              <w:keepNext/>
            </w:pPr>
            <w:r>
              <w:rPr>
                <w:b/>
                <w:color w:val="0D5F78"/>
              </w:rPr>
              <w:t>Elaboratorul proiectului</w:t>
            </w:r>
          </w:p>
          <w:p w14:paraId="29FA19A2" w14:textId="77777777" w:rsidR="00B053CC" w:rsidRDefault="00000000">
            <w:pPr>
              <w:keepNext/>
            </w:pPr>
            <w:r>
              <w:rPr>
                <w:i/>
                <w:color w:val="7A7A7A"/>
              </w:rPr>
              <w:t>numele și prenumele, în clar</w:t>
            </w:r>
          </w:p>
          <w:p w14:paraId="7AB61A6A" w14:textId="77777777" w:rsidR="00B053CC" w:rsidRDefault="00B053CC">
            <w:pPr>
              <w:keepNext/>
            </w:pPr>
          </w:p>
        </w:tc>
        <w:tc>
          <w:tcPr>
            <w:tcW w:w="3212" w:type="dxa"/>
            <w:gridSpan w:val="3"/>
          </w:tcPr>
          <w:p w14:paraId="3720480C" w14:textId="77777777" w:rsidR="00B053CC" w:rsidRDefault="00000000">
            <w:pPr>
              <w:keepNext/>
            </w:pPr>
            <w:r>
              <w:rPr>
                <w:b/>
                <w:color w:val="0D5F78"/>
              </w:rPr>
              <w:t>Înscris în Tabloul Național al Arhitecților cu nr.</w:t>
            </w:r>
          </w:p>
          <w:p w14:paraId="6C78D1CB" w14:textId="77777777" w:rsidR="00B053CC" w:rsidRDefault="00B053CC">
            <w:pPr>
              <w:keepNext/>
            </w:pPr>
          </w:p>
        </w:tc>
        <w:tc>
          <w:tcPr>
            <w:tcW w:w="3212" w:type="dxa"/>
          </w:tcPr>
          <w:p w14:paraId="721545FD" w14:textId="77777777" w:rsidR="00B053CC" w:rsidRDefault="00000000">
            <w:pPr>
              <w:keepNext/>
            </w:pPr>
            <w:r>
              <w:rPr>
                <w:b/>
                <w:color w:val="0D5F78"/>
              </w:rPr>
              <w:t>În evidența Filialei teritoriale a O.A.R.</w:t>
            </w:r>
          </w:p>
          <w:p w14:paraId="352AF4D2" w14:textId="77777777" w:rsidR="00B053CC" w:rsidRDefault="00000000">
            <w:pPr>
              <w:keepNext/>
            </w:pPr>
            <w:r>
              <w:rPr>
                <w:i/>
                <w:color w:val="7A7A7A"/>
              </w:rPr>
              <w:t>denumirea filialei</w:t>
            </w:r>
          </w:p>
          <w:p w14:paraId="4BFEE425" w14:textId="77777777" w:rsidR="00B053CC" w:rsidRDefault="00B053CC">
            <w:pPr>
              <w:keepNext/>
            </w:pPr>
          </w:p>
        </w:tc>
      </w:tr>
      <w:tr w:rsidR="00B053CC" w14:paraId="76589E14" w14:textId="77777777">
        <w:trPr>
          <w:cantSplit/>
          <w:trHeight w:val="510"/>
        </w:trPr>
        <w:tc>
          <w:tcPr>
            <w:tcW w:w="9636" w:type="dxa"/>
            <w:gridSpan w:val="6"/>
          </w:tcPr>
          <w:p w14:paraId="2255E407" w14:textId="77777777" w:rsidR="00B053CC" w:rsidRDefault="00000000">
            <w:r>
              <w:rPr>
                <w:b/>
                <w:color w:val="0D5F78"/>
              </w:rPr>
              <w:t>În calitate de</w:t>
            </w:r>
          </w:p>
          <w:p w14:paraId="5419A194" w14:textId="77777777" w:rsidR="00B053CC" w:rsidRDefault="00000000">
            <w:r>
              <w:rPr>
                <w:sz w:val="16"/>
              </w:rPr>
              <w:t>☐ arhitect     ☐ arhitect conductor     ☐ arhitect de interior</w:t>
            </w:r>
          </w:p>
        </w:tc>
      </w:tr>
    </w:tbl>
    <w:p w14:paraId="40B55403"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3EA22F4F" w14:textId="77777777">
        <w:trPr>
          <w:cantSplit/>
        </w:trPr>
        <w:tc>
          <w:tcPr>
            <w:tcW w:w="9636" w:type="dxa"/>
            <w:shd w:val="clear" w:color="auto" w:fill="F4F4F4"/>
          </w:tcPr>
          <w:p w14:paraId="0764BC8D" w14:textId="77777777" w:rsidR="00B053CC" w:rsidRDefault="00000000">
            <w:pPr>
              <w:keepNext/>
              <w:spacing w:line="228" w:lineRule="auto"/>
            </w:pPr>
            <w:r w:rsidRPr="00051E37">
              <w:rPr>
                <w:lang w:val="fr-FR"/>
              </w:rPr>
              <w:lastRenderedPageBreak/>
              <w:t xml:space="preserve">Termenul de valabilitate a autorizației este de 3 ani de la data emiterii, interval de timp în care solicitantul are dreptul de a începe lucrările autorizate sau poate solicita o autorizație de modificare. Termenul de valabilitate poate fi suspendat o singură dată în perioada de valabilitate a autorizației, prin notificarea autorității emitente, incluzând motivarea pentru care se solicită suspendarea. </w:t>
            </w:r>
            <w:r>
              <w:t>Suspendarea valabilității nu poate depăși 12 luni.</w:t>
            </w:r>
          </w:p>
        </w:tc>
      </w:tr>
      <w:tr w:rsidR="00B053CC" w:rsidRPr="00A038DB" w14:paraId="19740919" w14:textId="77777777">
        <w:trPr>
          <w:cantSplit/>
        </w:trPr>
        <w:tc>
          <w:tcPr>
            <w:tcW w:w="9636" w:type="dxa"/>
          </w:tcPr>
          <w:p w14:paraId="6EFDCB7A" w14:textId="77777777" w:rsidR="00B053CC" w:rsidRPr="00051E37" w:rsidRDefault="00000000">
            <w:pPr>
              <w:spacing w:line="228" w:lineRule="auto"/>
              <w:rPr>
                <w:lang w:val="fr-FR"/>
              </w:rPr>
            </w:pPr>
            <w:r w:rsidRPr="00051E37">
              <w:rPr>
                <w:i/>
                <w:sz w:val="17"/>
                <w:lang w:val="fr-FR"/>
              </w:rPr>
              <w:t>Durata de execuție a lucrărilor este de ……… luni / zile, calculată de la data începerii efective a lucrărilor, dacă aceasta a fost anunțată, în prealabil, autorității administrației publice care a emis autorizația de construire, situație în care termenul de valabilitate se extinde pe toată durata de execuție a lucrărilor prevăzută prin autorizație. În situația nerespectării obligației de înștiințare, durata de execuție stabilită în autorizație se calculează de la data emiterii autorizației de construire / desființare.</w:t>
            </w:r>
          </w:p>
        </w:tc>
      </w:tr>
    </w:tbl>
    <w:p w14:paraId="138DCEA4" w14:textId="77777777" w:rsidR="00B053CC" w:rsidRPr="00051E37" w:rsidRDefault="00B053CC">
      <w:pPr>
        <w:spacing w:line="168" w:lineRule="auto"/>
        <w:rPr>
          <w:lang w:val="fr-FR"/>
        </w:rPr>
      </w:pPr>
    </w:p>
    <w:p w14:paraId="423D12CA" w14:textId="77777777" w:rsidR="00B053CC" w:rsidRPr="00051E37" w:rsidRDefault="00000000">
      <w:pPr>
        <w:spacing w:after="160"/>
        <w:jc w:val="center"/>
        <w:rPr>
          <w:lang w:val="fr-FR"/>
        </w:rPr>
      </w:pPr>
      <w:r w:rsidRPr="00051E37">
        <w:rPr>
          <w:b/>
          <w:sz w:val="20"/>
          <w:lang w:val="fr-FR"/>
        </w:rPr>
        <w:t>CU PRIVIRE LA AUTORIZAREA EXECUTĂRII LUCRĂRILOR SE FAC URMĂTOARELE PRECIZĂRI: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660707D8" w14:textId="77777777">
        <w:trPr>
          <w:cantSplit/>
        </w:trPr>
        <w:tc>
          <w:tcPr>
            <w:tcW w:w="9636" w:type="dxa"/>
            <w:shd w:val="clear" w:color="auto" w:fill="F4F4F4"/>
          </w:tcPr>
          <w:p w14:paraId="3C06A57A" w14:textId="4F397262" w:rsidR="00B053CC" w:rsidRDefault="00000000">
            <w:pPr>
              <w:keepNext/>
            </w:pPr>
            <w:r w:rsidRPr="00051E37">
              <w:rPr>
                <w:b/>
                <w:sz w:val="16"/>
                <w:lang w:val="fr-FR"/>
              </w:rPr>
              <w:t xml:space="preserve"> </w:t>
            </w:r>
            <w:r w:rsidR="00051E37">
              <w:rPr>
                <w:b/>
                <w:sz w:val="16"/>
              </w:rPr>
              <w:t>6</w:t>
            </w:r>
            <w:r>
              <w:rPr>
                <w:b/>
                <w:sz w:val="16"/>
              </w:rPr>
              <w:t xml:space="preserve">. </w:t>
            </w:r>
            <w:r>
              <w:rPr>
                <w:b/>
                <w:color w:val="000000"/>
                <w:sz w:val="18"/>
              </w:rPr>
              <w:t>PROIECTUL — PARTE INTEGRANTĂ A AUTORIZAȚIEI</w:t>
            </w:r>
          </w:p>
        </w:tc>
      </w:tr>
      <w:tr w:rsidR="00B053CC" w14:paraId="37966793" w14:textId="77777777">
        <w:trPr>
          <w:cantSplit/>
        </w:trPr>
        <w:tc>
          <w:tcPr>
            <w:tcW w:w="9636" w:type="dxa"/>
            <w:shd w:val="clear" w:color="auto" w:fill="F4F4F4"/>
          </w:tcPr>
          <w:p w14:paraId="36C4D118" w14:textId="67BB0AEE" w:rsidR="00B053CC" w:rsidRDefault="00000000">
            <w:pPr>
              <w:keepNext/>
              <w:spacing w:line="228" w:lineRule="auto"/>
            </w:pPr>
            <w:r>
              <w:t>Proiectul de autorizare a construirii</w:t>
            </w:r>
            <w:r w:rsidR="00A038DB">
              <w:t xml:space="preserve"> / desființării</w:t>
            </w:r>
            <w:r>
              <w:t xml:space="preserve"> — P.A.C.</w:t>
            </w:r>
            <w:r w:rsidR="00A038DB">
              <w:t>/P.A.D.</w:t>
            </w:r>
            <w:r>
              <w:t>, vizat spre neschimbare, împreună cu toate avizele și acordurile obținute, face parte integrantă din prezenta autorizație.</w:t>
            </w:r>
          </w:p>
        </w:tc>
      </w:tr>
      <w:tr w:rsidR="00B053CC" w14:paraId="2D916974" w14:textId="77777777">
        <w:trPr>
          <w:cantSplit/>
        </w:trPr>
        <w:tc>
          <w:tcPr>
            <w:tcW w:w="9636" w:type="dxa"/>
          </w:tcPr>
          <w:p w14:paraId="201054C9" w14:textId="230125DA" w:rsidR="00B053CC" w:rsidRDefault="00000000">
            <w:pPr>
              <w:keepNext/>
              <w:spacing w:line="228" w:lineRule="auto"/>
            </w:pPr>
            <w:r>
              <w:rPr>
                <w:i/>
                <w:sz w:val="17"/>
              </w:rPr>
              <w:t>Executarea lucrărilor de construire / desființare cu nerespectarea întocmai a P.A.C. vizat spre neschimbare</w:t>
            </w:r>
            <w:r w:rsidR="00051E37">
              <w:rPr>
                <w:i/>
                <w:sz w:val="17"/>
              </w:rPr>
              <w:t xml:space="preserve">, </w:t>
            </w:r>
            <w:r>
              <w:rPr>
                <w:i/>
                <w:sz w:val="17"/>
              </w:rPr>
              <w:t>inclusiv a avizelor și acordurilor obținute</w:t>
            </w:r>
            <w:r w:rsidR="00051E37">
              <w:rPr>
                <w:i/>
                <w:sz w:val="17"/>
              </w:rPr>
              <w:t xml:space="preserve">, </w:t>
            </w:r>
            <w:r>
              <w:rPr>
                <w:i/>
                <w:sz w:val="17"/>
              </w:rPr>
              <w:t>constituie infracțiune sau contravenție, după caz, în temeiul prevederilor art. 356 alin. (1), respectiv art. 357 alin. (1) din Legea nr. 169/2026 privind Codul amenajării teritoriului, urbanismului și construcțiilor.</w:t>
            </w:r>
          </w:p>
        </w:tc>
      </w:tr>
      <w:tr w:rsidR="00B053CC" w14:paraId="6924DFED" w14:textId="77777777">
        <w:trPr>
          <w:cantSplit/>
        </w:trPr>
        <w:tc>
          <w:tcPr>
            <w:tcW w:w="9636" w:type="dxa"/>
          </w:tcPr>
          <w:p w14:paraId="3E875717" w14:textId="77777777" w:rsidR="00B053CC" w:rsidRDefault="00000000">
            <w:pPr>
              <w:spacing w:line="228" w:lineRule="auto"/>
            </w:pPr>
            <w:r>
              <w:rPr>
                <w:i/>
                <w:sz w:val="17"/>
              </w:rPr>
              <w:t>Începerea executării lucrărilor de construire este permisă exclusiv pe baza unui proiect tehnic de execuție elaborat și verificat în condițiile legii, precum și a detaliilor de execuție, acolo unde acestea sunt obligatorii.</w:t>
            </w:r>
          </w:p>
        </w:tc>
      </w:tr>
    </w:tbl>
    <w:p w14:paraId="521DDDBD" w14:textId="70ECA054"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7CC891B9" w14:textId="77777777">
        <w:trPr>
          <w:cantSplit/>
        </w:trPr>
        <w:tc>
          <w:tcPr>
            <w:tcW w:w="9636" w:type="dxa"/>
            <w:shd w:val="clear" w:color="auto" w:fill="F4F4F4"/>
          </w:tcPr>
          <w:p w14:paraId="5ED06BE8" w14:textId="367F5ECD" w:rsidR="00B053CC" w:rsidRDefault="00000000">
            <w:pPr>
              <w:keepNext/>
            </w:pPr>
            <w:r>
              <w:rPr>
                <w:b/>
                <w:sz w:val="16"/>
              </w:rPr>
              <w:t xml:space="preserve"> </w:t>
            </w:r>
            <w:r w:rsidR="00051E37">
              <w:rPr>
                <w:b/>
                <w:sz w:val="16"/>
              </w:rPr>
              <w:t>7</w:t>
            </w:r>
            <w:r>
              <w:rPr>
                <w:b/>
                <w:sz w:val="16"/>
              </w:rPr>
              <w:t xml:space="preserve">. </w:t>
            </w:r>
            <w:r>
              <w:rPr>
                <w:b/>
                <w:color w:val="000000"/>
                <w:sz w:val="18"/>
              </w:rPr>
              <w:t>TITULARUL AUTORIZAȚIEI ARE URMĂTOARELE OBLIGAȚII</w:t>
            </w:r>
          </w:p>
        </w:tc>
      </w:tr>
      <w:tr w:rsidR="00B053CC" w14:paraId="3E636D39" w14:textId="77777777">
        <w:trPr>
          <w:cantSplit/>
        </w:trPr>
        <w:tc>
          <w:tcPr>
            <w:tcW w:w="9636" w:type="dxa"/>
            <w:shd w:val="clear" w:color="auto" w:fill="F4F4F4"/>
          </w:tcPr>
          <w:p w14:paraId="358B5C5F" w14:textId="77777777" w:rsidR="00B053CC" w:rsidRDefault="00000000">
            <w:pPr>
              <w:keepNext/>
              <w:spacing w:line="228" w:lineRule="auto"/>
            </w:pPr>
            <w:r>
              <w:t>1. să anunțe data începerii lucrărilor autorizate, prin trimiterea înștiințării conform formularului anexat autorizației la autoritatea administrației publice locale emitentă a autorizației, sub sancțiunea calculării duratei de execuție stabilite în autorizație de la data emiterii acesteia;</w:t>
            </w:r>
          </w:p>
        </w:tc>
      </w:tr>
      <w:tr w:rsidR="00B053CC" w14:paraId="52C7B25F" w14:textId="77777777">
        <w:trPr>
          <w:cantSplit/>
        </w:trPr>
        <w:tc>
          <w:tcPr>
            <w:tcW w:w="9636" w:type="dxa"/>
            <w:shd w:val="clear" w:color="auto" w:fill="F4F4F4"/>
          </w:tcPr>
          <w:p w14:paraId="0761ECD7" w14:textId="5827E90A" w:rsidR="00B053CC" w:rsidRDefault="00000000">
            <w:pPr>
              <w:keepNext/>
              <w:spacing w:line="228" w:lineRule="auto"/>
            </w:pPr>
            <w:r>
              <w:t>2. să anunțe data începerii lucrărilor autorizate, prin trimiterea înștiințării conform formular</w:t>
            </w:r>
            <w:r w:rsidR="00051E37">
              <w:t>elor F_A_</w:t>
            </w:r>
            <w:r w:rsidR="00C74459">
              <w:t>07</w:t>
            </w:r>
            <w:r w:rsidR="00051E37">
              <w:t xml:space="preserve">, </w:t>
            </w:r>
            <w:r w:rsidR="00A038DB">
              <w:t xml:space="preserve"> </w:t>
            </w:r>
            <w:r w:rsidR="00051E37">
              <w:t>F_A_</w:t>
            </w:r>
            <w:r w:rsidR="00C74459">
              <w:t>09</w:t>
            </w:r>
            <w:r>
              <w:t xml:space="preserve"> anexat</w:t>
            </w:r>
            <w:r w:rsidR="00051E37">
              <w:t>e</w:t>
            </w:r>
            <w:r>
              <w:t xml:space="preserve"> autorizației la </w:t>
            </w:r>
            <w:r w:rsidR="00051E37">
              <w:t xml:space="preserve">autoritatea publică locală emitentă, respectiv la </w:t>
            </w:r>
            <w:r>
              <w:t>inspectoratul teritorial în construcții, împreună cu dovada achitării cotei legale de 0,1% din valoarea autorizată a lucrărilor de construcții și instalații aferente acestora;</w:t>
            </w:r>
          </w:p>
        </w:tc>
      </w:tr>
      <w:tr w:rsidR="00B053CC" w14:paraId="3416B21E" w14:textId="77777777">
        <w:trPr>
          <w:cantSplit/>
        </w:trPr>
        <w:tc>
          <w:tcPr>
            <w:tcW w:w="9636" w:type="dxa"/>
            <w:shd w:val="clear" w:color="auto" w:fill="F4F4F4"/>
          </w:tcPr>
          <w:p w14:paraId="5212BE2D" w14:textId="24AE9846" w:rsidR="00B053CC" w:rsidRDefault="00000000">
            <w:pPr>
              <w:keepNext/>
              <w:spacing w:line="228" w:lineRule="auto"/>
            </w:pPr>
            <w:r>
              <w:t>3. să anunțe data finalizării lucrărilor autorizate, prin trimiterea înștiințării conform formular</w:t>
            </w:r>
            <w:r w:rsidR="00051E37">
              <w:t>elor</w:t>
            </w:r>
            <w:r>
              <w:t xml:space="preserve"> </w:t>
            </w:r>
            <w:r w:rsidR="00051E37">
              <w:t>F_A_</w:t>
            </w:r>
            <w:r w:rsidR="00C74459">
              <w:t>08</w:t>
            </w:r>
            <w:r w:rsidR="00051E37">
              <w:t>, respective F_A_1</w:t>
            </w:r>
            <w:r w:rsidR="00C74459">
              <w:t>0</w:t>
            </w:r>
            <w:r w:rsidR="00051E37">
              <w:t xml:space="preserve"> </w:t>
            </w:r>
            <w:r>
              <w:t>anexat</w:t>
            </w:r>
            <w:r w:rsidR="00051E37">
              <w:t>e</w:t>
            </w:r>
            <w:r>
              <w:t xml:space="preserve"> autorizației la </w:t>
            </w:r>
            <w:r w:rsidR="00051E37">
              <w:t xml:space="preserve">autoritatea publică locală emitentă, respectiv la </w:t>
            </w:r>
            <w:r>
              <w:t>inspectoratul teritorial în construcții, odată cu convocarea comisiei de recepție;</w:t>
            </w:r>
          </w:p>
        </w:tc>
      </w:tr>
      <w:tr w:rsidR="00B053CC" w14:paraId="795A3779" w14:textId="77777777">
        <w:trPr>
          <w:cantSplit/>
        </w:trPr>
        <w:tc>
          <w:tcPr>
            <w:tcW w:w="9636" w:type="dxa"/>
            <w:shd w:val="clear" w:color="auto" w:fill="F4F4F4"/>
          </w:tcPr>
          <w:p w14:paraId="65BC06B5" w14:textId="77777777" w:rsidR="00B053CC" w:rsidRDefault="00000000">
            <w:pPr>
              <w:keepNext/>
              <w:spacing w:line="228" w:lineRule="auto"/>
            </w:pPr>
            <w:r>
              <w:t>4. să păstreze pe șantier, în perfectă stare, autorizația de construire și proiectul de autorizare a construirii P.A.C. vizat spre neschimbare, împreună cu Proiectul Tehnic P.Th. și Detaliile de execuție pentru realizarea lucrărilor de construcții autorizate, pe care le va prezenta la cererea organelor de control, potrivit legii, pe toată durata executării lucrărilor;</w:t>
            </w:r>
          </w:p>
        </w:tc>
      </w:tr>
      <w:tr w:rsidR="00B053CC" w14:paraId="01908C31" w14:textId="77777777">
        <w:trPr>
          <w:cantSplit/>
        </w:trPr>
        <w:tc>
          <w:tcPr>
            <w:tcW w:w="9636" w:type="dxa"/>
            <w:shd w:val="clear" w:color="auto" w:fill="F4F4F4"/>
          </w:tcPr>
          <w:p w14:paraId="150F287A" w14:textId="77777777" w:rsidR="00B053CC" w:rsidRDefault="00000000">
            <w:pPr>
              <w:keepNext/>
              <w:spacing w:line="228" w:lineRule="auto"/>
            </w:pPr>
            <w:r>
              <w:t>5. în cazul în care, pe parcursul executării lucrărilor, se descoperă vestigii arheologice (fragmente de ziduri, ancadramente de goluri, fundații, pietre cioplite sau sculptate, oseminte, inventar monetar, ceramic etc.), să sisteze executarea lucrărilor, să ia măsuri de pază și de protecție și să anunțe imediat emitentul autorizației, precum și Direcția județeană pentru cultură, culte și patrimoniu;</w:t>
            </w:r>
          </w:p>
        </w:tc>
      </w:tr>
      <w:tr w:rsidR="00B053CC" w:rsidRPr="00A038DB" w14:paraId="519BF7CD" w14:textId="77777777">
        <w:trPr>
          <w:cantSplit/>
        </w:trPr>
        <w:tc>
          <w:tcPr>
            <w:tcW w:w="9636" w:type="dxa"/>
            <w:shd w:val="clear" w:color="auto" w:fill="F4F4F4"/>
          </w:tcPr>
          <w:p w14:paraId="215EEC4D" w14:textId="77777777" w:rsidR="00B053CC" w:rsidRPr="00051E37" w:rsidRDefault="00000000">
            <w:pPr>
              <w:keepNext/>
              <w:spacing w:line="228" w:lineRule="auto"/>
              <w:rPr>
                <w:lang w:val="fr-FR"/>
              </w:rPr>
            </w:pPr>
            <w:r w:rsidRPr="00051E37">
              <w:rPr>
                <w:lang w:val="fr-FR"/>
              </w:rPr>
              <w:t>6. să respecte condițiile impuse de utilizarea și protejarea domeniului public, precum și de protecție a mediului, potrivit normelor generale și locale;</w:t>
            </w:r>
          </w:p>
        </w:tc>
      </w:tr>
      <w:tr w:rsidR="00B053CC" w:rsidRPr="00A038DB" w14:paraId="73EE71AE" w14:textId="77777777">
        <w:trPr>
          <w:cantSplit/>
        </w:trPr>
        <w:tc>
          <w:tcPr>
            <w:tcW w:w="9636" w:type="dxa"/>
            <w:shd w:val="clear" w:color="auto" w:fill="F4F4F4"/>
          </w:tcPr>
          <w:p w14:paraId="677E50CB" w14:textId="77777777" w:rsidR="00B053CC" w:rsidRPr="00051E37" w:rsidRDefault="00000000">
            <w:pPr>
              <w:keepNext/>
              <w:spacing w:line="228" w:lineRule="auto"/>
              <w:rPr>
                <w:lang w:val="fr-FR"/>
              </w:rPr>
            </w:pPr>
            <w:r w:rsidRPr="00051E37">
              <w:rPr>
                <w:lang w:val="fr-FR"/>
              </w:rPr>
              <w:t>7. să transporte la ………………………………………… (se completează de către emitent) materialele care nu se pot recupera sau valorifica, rămase în urma executării lucrărilor de construcții;</w:t>
            </w:r>
          </w:p>
        </w:tc>
      </w:tr>
      <w:tr w:rsidR="00B053CC" w:rsidRPr="00A038DB" w14:paraId="23349AB9" w14:textId="77777777">
        <w:trPr>
          <w:cantSplit/>
        </w:trPr>
        <w:tc>
          <w:tcPr>
            <w:tcW w:w="9636" w:type="dxa"/>
            <w:shd w:val="clear" w:color="auto" w:fill="F4F4F4"/>
          </w:tcPr>
          <w:p w14:paraId="1D8C1CAB" w14:textId="77777777" w:rsidR="00B053CC" w:rsidRPr="00051E37" w:rsidRDefault="00000000">
            <w:pPr>
              <w:keepNext/>
              <w:spacing w:line="228" w:lineRule="auto"/>
              <w:rPr>
                <w:lang w:val="fr-FR"/>
              </w:rPr>
            </w:pPr>
            <w:r w:rsidRPr="00051E37">
              <w:rPr>
                <w:lang w:val="fr-FR"/>
              </w:rPr>
              <w:t>8. să desființeze construcțiile provizorii de șantier în termen de …… zile de la terminarea efectivă a lucrărilor;</w:t>
            </w:r>
          </w:p>
        </w:tc>
      </w:tr>
      <w:tr w:rsidR="00B053CC" w:rsidRPr="00A038DB" w14:paraId="5BF96D6C" w14:textId="77777777">
        <w:trPr>
          <w:cantSplit/>
        </w:trPr>
        <w:tc>
          <w:tcPr>
            <w:tcW w:w="9636" w:type="dxa"/>
            <w:shd w:val="clear" w:color="auto" w:fill="F4F4F4"/>
          </w:tcPr>
          <w:p w14:paraId="34207370" w14:textId="77777777" w:rsidR="00B053CC" w:rsidRPr="00051E37" w:rsidRDefault="00000000">
            <w:pPr>
              <w:keepNext/>
              <w:spacing w:line="228" w:lineRule="auto"/>
              <w:rPr>
                <w:lang w:val="fr-FR"/>
              </w:rPr>
            </w:pPr>
            <w:r w:rsidRPr="00051E37">
              <w:rPr>
                <w:lang w:val="fr-FR"/>
              </w:rPr>
              <w:t>9. la începerea execuției lucrărilor, să monteze la loc vizibil „Panoul de identificare a investiției”;</w:t>
            </w:r>
          </w:p>
        </w:tc>
      </w:tr>
      <w:tr w:rsidR="00B053CC" w:rsidRPr="00A038DB" w14:paraId="7497952E" w14:textId="77777777">
        <w:trPr>
          <w:cantSplit/>
        </w:trPr>
        <w:tc>
          <w:tcPr>
            <w:tcW w:w="9636" w:type="dxa"/>
            <w:shd w:val="clear" w:color="auto" w:fill="F4F4F4"/>
          </w:tcPr>
          <w:p w14:paraId="0AE7AAFE" w14:textId="77777777" w:rsidR="00B053CC" w:rsidRPr="00051E37" w:rsidRDefault="00000000">
            <w:pPr>
              <w:keepNext/>
              <w:spacing w:line="228" w:lineRule="auto"/>
              <w:rPr>
                <w:lang w:val="fr-FR"/>
              </w:rPr>
            </w:pPr>
            <w:r w:rsidRPr="00051E37">
              <w:rPr>
                <w:lang w:val="fr-FR"/>
              </w:rPr>
              <w:t>10. în cazul justificat în care lucrările de construcții nu pot fi finalizate conform duratei de execuție stabilite prin autorizație, se poate solicita prelungirea valabilității autorizației cu cel puțin 15 zile înaintea expirării acesteia, situație în care prelungirea valabilității autorizației se acordă pentru o perioadă de cel mult 12 luni;</w:t>
            </w:r>
          </w:p>
        </w:tc>
      </w:tr>
      <w:tr w:rsidR="00B053CC" w:rsidRPr="00A038DB" w14:paraId="0574861B" w14:textId="77777777">
        <w:trPr>
          <w:cantSplit/>
        </w:trPr>
        <w:tc>
          <w:tcPr>
            <w:tcW w:w="9636" w:type="dxa"/>
            <w:shd w:val="clear" w:color="auto" w:fill="F4F4F4"/>
          </w:tcPr>
          <w:p w14:paraId="76430DC7" w14:textId="77777777" w:rsidR="00B053CC" w:rsidRPr="00051E37" w:rsidRDefault="00000000">
            <w:pPr>
              <w:keepNext/>
              <w:spacing w:line="228" w:lineRule="auto"/>
              <w:rPr>
                <w:lang w:val="fr-FR"/>
              </w:rPr>
            </w:pPr>
            <w:r w:rsidRPr="00051E37">
              <w:rPr>
                <w:lang w:val="fr-FR"/>
              </w:rPr>
              <w:t>11. să prezinte „Certificatul de performanță energetică a clădirii” la efectuarea recepției la terminarea lucrărilor;</w:t>
            </w:r>
          </w:p>
        </w:tc>
      </w:tr>
      <w:tr w:rsidR="00B053CC" w:rsidRPr="00A038DB" w14:paraId="3448EE55" w14:textId="77777777">
        <w:trPr>
          <w:cantSplit/>
        </w:trPr>
        <w:tc>
          <w:tcPr>
            <w:tcW w:w="9636" w:type="dxa"/>
            <w:shd w:val="clear" w:color="auto" w:fill="F4F4F4"/>
          </w:tcPr>
          <w:p w14:paraId="62496231" w14:textId="77777777" w:rsidR="00B053CC" w:rsidRPr="00051E37" w:rsidRDefault="00000000">
            <w:pPr>
              <w:keepNext/>
              <w:spacing w:line="228" w:lineRule="auto"/>
              <w:rPr>
                <w:lang w:val="fr-FR"/>
              </w:rPr>
            </w:pPr>
            <w:r w:rsidRPr="00051E37">
              <w:rPr>
                <w:lang w:val="fr-FR"/>
              </w:rPr>
              <w:t>12. să solicite „Autorizația de securitate la incendiu” după efectuarea recepției la terminarea lucrărilor sau înainte de punerea în funcțiune a clădirilor pentru care s-a obținut „Avizul de securitate la incendiu”;</w:t>
            </w:r>
          </w:p>
        </w:tc>
      </w:tr>
      <w:tr w:rsidR="00B053CC" w:rsidRPr="00A038DB" w14:paraId="360A0804" w14:textId="77777777">
        <w:trPr>
          <w:cantSplit/>
        </w:trPr>
        <w:tc>
          <w:tcPr>
            <w:tcW w:w="9636" w:type="dxa"/>
            <w:shd w:val="clear" w:color="auto" w:fill="F4F4F4"/>
          </w:tcPr>
          <w:p w14:paraId="6CEC085F" w14:textId="77777777" w:rsidR="00B053CC" w:rsidRPr="00051E37" w:rsidRDefault="00000000">
            <w:pPr>
              <w:keepNext/>
              <w:spacing w:line="228" w:lineRule="auto"/>
              <w:rPr>
                <w:lang w:val="fr-FR"/>
              </w:rPr>
            </w:pPr>
            <w:r w:rsidRPr="00051E37">
              <w:rPr>
                <w:lang w:val="fr-FR"/>
              </w:rPr>
              <w:t>13. să regularizeze taxa de autorizare ce revine emitentului, precum și celelalte obligații de plată ce îi revin, potrivit legii, ca urmare a realizării investiției;</w:t>
            </w:r>
          </w:p>
        </w:tc>
      </w:tr>
      <w:tr w:rsidR="00B053CC" w:rsidRPr="00A038DB" w14:paraId="3D170F6F" w14:textId="77777777">
        <w:trPr>
          <w:cantSplit/>
        </w:trPr>
        <w:tc>
          <w:tcPr>
            <w:tcW w:w="9636" w:type="dxa"/>
            <w:shd w:val="clear" w:color="auto" w:fill="F4F4F4"/>
          </w:tcPr>
          <w:p w14:paraId="39E263AF" w14:textId="77777777" w:rsidR="00B053CC" w:rsidRPr="00051E37" w:rsidRDefault="00000000">
            <w:pPr>
              <w:spacing w:line="228" w:lineRule="auto"/>
              <w:rPr>
                <w:lang w:val="fr-FR"/>
              </w:rPr>
            </w:pPr>
            <w:r w:rsidRPr="00051E37">
              <w:rPr>
                <w:lang w:val="fr-FR"/>
              </w:rPr>
              <w:t>14. să declare construcțiile proprietate particulară realizate, în vederea impunerii, la organele financiare teritoriale sau la unitățile subordonate acestora, după terminarea lor completă și nu mai târziu de 15 zile de la data expirării termenului de valabilitate a autorizației de construire / desființare (inclusiv durata de execuție a lucrărilor).</w:t>
            </w:r>
          </w:p>
        </w:tc>
      </w:tr>
    </w:tbl>
    <w:p w14:paraId="38B7ED84"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21A3D41" w14:textId="77777777">
        <w:trPr>
          <w:cantSplit/>
        </w:trPr>
        <w:tc>
          <w:tcPr>
            <w:tcW w:w="9636" w:type="dxa"/>
            <w:gridSpan w:val="5"/>
            <w:shd w:val="clear" w:color="auto" w:fill="F4F4F4"/>
          </w:tcPr>
          <w:p w14:paraId="031FB2C7" w14:textId="638FE2CC" w:rsidR="00B053CC" w:rsidRDefault="00000000">
            <w:pPr>
              <w:keepNext/>
            </w:pPr>
            <w:r w:rsidRPr="00051E37">
              <w:rPr>
                <w:b/>
                <w:sz w:val="16"/>
                <w:lang w:val="fr-FR"/>
              </w:rPr>
              <w:t xml:space="preserve"> </w:t>
            </w:r>
            <w:r w:rsidR="00051E37">
              <w:rPr>
                <w:b/>
                <w:sz w:val="16"/>
              </w:rPr>
              <w:t>8</w:t>
            </w:r>
            <w:r>
              <w:rPr>
                <w:b/>
                <w:sz w:val="16"/>
              </w:rPr>
              <w:t xml:space="preserve">. </w:t>
            </w:r>
            <w:r>
              <w:rPr>
                <w:b/>
                <w:color w:val="000000"/>
                <w:sz w:val="18"/>
              </w:rPr>
              <w:t>SEMNĂTURILE</w:t>
            </w:r>
          </w:p>
        </w:tc>
      </w:tr>
      <w:tr w:rsidR="00B053CC" w14:paraId="7F69F5FF" w14:textId="77777777">
        <w:trPr>
          <w:cantSplit/>
          <w:trHeight w:val="680"/>
        </w:trPr>
        <w:tc>
          <w:tcPr>
            <w:tcW w:w="3212" w:type="dxa"/>
            <w:gridSpan w:val="2"/>
          </w:tcPr>
          <w:p w14:paraId="73ACD2F6" w14:textId="77777777" w:rsidR="00B053CC" w:rsidRDefault="00000000">
            <w:pPr>
              <w:keepNext/>
              <w:jc w:val="center"/>
            </w:pPr>
            <w:r>
              <w:rPr>
                <w:b/>
                <w:color w:val="0D5F78"/>
              </w:rPr>
              <w:t>Conducătorul autorității emitente</w:t>
            </w:r>
          </w:p>
          <w:p w14:paraId="48260AF2" w14:textId="77777777" w:rsidR="00B053CC" w:rsidRDefault="00B053CC">
            <w:pPr>
              <w:keepNext/>
              <w:spacing w:after="200"/>
            </w:pPr>
          </w:p>
          <w:p w14:paraId="767ECF2F" w14:textId="77777777" w:rsidR="00B053CC" w:rsidRDefault="00B053CC">
            <w:pPr>
              <w:keepNext/>
              <w:pBdr>
                <w:bottom w:val="dotted" w:sz="6" w:space="0" w:color="999999"/>
              </w:pBdr>
              <w:jc w:val="center"/>
            </w:pPr>
          </w:p>
          <w:p w14:paraId="79DF4624" w14:textId="77777777" w:rsidR="00B053CC" w:rsidRDefault="00000000">
            <w:pPr>
              <w:keepNext/>
              <w:jc w:val="center"/>
            </w:pPr>
            <w:r>
              <w:rPr>
                <w:i/>
                <w:color w:val="595959"/>
              </w:rPr>
              <w:t>funcția, numele și semnătura</w:t>
            </w:r>
          </w:p>
        </w:tc>
        <w:tc>
          <w:tcPr>
            <w:tcW w:w="3212" w:type="dxa"/>
            <w:gridSpan w:val="2"/>
          </w:tcPr>
          <w:p w14:paraId="0592CDE4" w14:textId="77777777" w:rsidR="00B053CC" w:rsidRDefault="00000000">
            <w:pPr>
              <w:keepNext/>
              <w:jc w:val="center"/>
            </w:pPr>
            <w:r>
              <w:rPr>
                <w:b/>
                <w:color w:val="0D5F78"/>
              </w:rPr>
              <w:t>Secretar general</w:t>
            </w:r>
          </w:p>
          <w:p w14:paraId="6BF14C36" w14:textId="77777777" w:rsidR="00B053CC" w:rsidRDefault="00B053CC">
            <w:pPr>
              <w:keepNext/>
              <w:spacing w:after="200"/>
            </w:pPr>
          </w:p>
          <w:p w14:paraId="2305B026" w14:textId="77777777" w:rsidR="00B053CC" w:rsidRDefault="00B053CC">
            <w:pPr>
              <w:keepNext/>
              <w:pBdr>
                <w:bottom w:val="dotted" w:sz="6" w:space="0" w:color="999999"/>
              </w:pBdr>
              <w:jc w:val="center"/>
            </w:pPr>
          </w:p>
          <w:p w14:paraId="2C437773" w14:textId="77777777" w:rsidR="00B053CC" w:rsidRDefault="00000000">
            <w:pPr>
              <w:keepNext/>
              <w:jc w:val="center"/>
            </w:pPr>
            <w:r>
              <w:rPr>
                <w:i/>
                <w:color w:val="595959"/>
              </w:rPr>
              <w:t>numele și semnătura</w:t>
            </w:r>
          </w:p>
        </w:tc>
        <w:tc>
          <w:tcPr>
            <w:tcW w:w="3212" w:type="dxa"/>
          </w:tcPr>
          <w:p w14:paraId="334A41DB" w14:textId="77777777" w:rsidR="00B053CC" w:rsidRDefault="00000000">
            <w:pPr>
              <w:keepNext/>
              <w:jc w:val="center"/>
            </w:pPr>
            <w:r>
              <w:rPr>
                <w:b/>
                <w:color w:val="0D5F78"/>
              </w:rPr>
              <w:t>Arhitect-șef</w:t>
            </w:r>
          </w:p>
          <w:p w14:paraId="42CD488C" w14:textId="77777777" w:rsidR="00B053CC" w:rsidRDefault="00B053CC">
            <w:pPr>
              <w:keepNext/>
              <w:spacing w:after="200"/>
            </w:pPr>
          </w:p>
          <w:p w14:paraId="58650277" w14:textId="77777777" w:rsidR="00B053CC" w:rsidRDefault="00B053CC">
            <w:pPr>
              <w:keepNext/>
              <w:pBdr>
                <w:bottom w:val="dotted" w:sz="6" w:space="0" w:color="999999"/>
              </w:pBdr>
              <w:jc w:val="center"/>
            </w:pPr>
          </w:p>
          <w:p w14:paraId="361C86BE" w14:textId="77777777" w:rsidR="00B053CC" w:rsidRDefault="00000000">
            <w:pPr>
              <w:keepNext/>
              <w:jc w:val="center"/>
            </w:pPr>
            <w:r>
              <w:rPr>
                <w:i/>
                <w:color w:val="595959"/>
              </w:rPr>
              <w:t>numele și semnătura</w:t>
            </w:r>
          </w:p>
        </w:tc>
      </w:tr>
      <w:tr w:rsidR="00B053CC" w:rsidRPr="00051E37" w14:paraId="3EBB5EE2" w14:textId="77777777">
        <w:trPr>
          <w:cantSplit/>
          <w:trHeight w:val="510"/>
        </w:trPr>
        <w:tc>
          <w:tcPr>
            <w:tcW w:w="2409" w:type="dxa"/>
          </w:tcPr>
          <w:p w14:paraId="1F0F22B6" w14:textId="77777777" w:rsidR="00B053CC" w:rsidRDefault="00000000">
            <w:r>
              <w:rPr>
                <w:b/>
                <w:color w:val="0D5F78"/>
              </w:rPr>
              <w:t>Achitat taxa de (lei)</w:t>
            </w:r>
          </w:p>
          <w:p w14:paraId="22B36953" w14:textId="77777777" w:rsidR="00B053CC" w:rsidRDefault="00B053CC"/>
        </w:tc>
        <w:tc>
          <w:tcPr>
            <w:tcW w:w="3212" w:type="dxa"/>
            <w:gridSpan w:val="2"/>
          </w:tcPr>
          <w:p w14:paraId="57DC5A63" w14:textId="77777777" w:rsidR="00B053CC" w:rsidRDefault="00000000">
            <w:r>
              <w:rPr>
                <w:b/>
                <w:color w:val="0D5F78"/>
              </w:rPr>
              <w:t>Chitanța nr. / data</w:t>
            </w:r>
          </w:p>
          <w:p w14:paraId="3B845B83" w14:textId="77777777" w:rsidR="00B053CC" w:rsidRDefault="00B053CC"/>
        </w:tc>
        <w:tc>
          <w:tcPr>
            <w:tcW w:w="4015" w:type="dxa"/>
            <w:gridSpan w:val="2"/>
          </w:tcPr>
          <w:p w14:paraId="5FB7785F" w14:textId="77777777" w:rsidR="00B053CC" w:rsidRPr="00051E37" w:rsidRDefault="00000000">
            <w:pPr>
              <w:rPr>
                <w:lang w:val="fr-FR"/>
              </w:rPr>
            </w:pPr>
            <w:r w:rsidRPr="00051E37">
              <w:rPr>
                <w:b/>
                <w:color w:val="0D5F78"/>
                <w:lang w:val="fr-FR"/>
              </w:rPr>
              <w:t>Transmis solicitantului la data</w:t>
            </w:r>
          </w:p>
          <w:p w14:paraId="1C91AECE" w14:textId="77777777" w:rsidR="00B053CC" w:rsidRPr="00051E37" w:rsidRDefault="00000000">
            <w:pPr>
              <w:rPr>
                <w:lang w:val="fr-FR"/>
              </w:rPr>
            </w:pPr>
            <w:r w:rsidRPr="00051E37">
              <w:rPr>
                <w:i/>
                <w:color w:val="7A7A7A"/>
                <w:lang w:val="fr-FR"/>
              </w:rPr>
              <w:t>direct / prin poștă / digital</w:t>
            </w:r>
          </w:p>
          <w:p w14:paraId="1BEBC398" w14:textId="77777777" w:rsidR="00B053CC" w:rsidRPr="00051E37" w:rsidRDefault="00B053CC">
            <w:pPr>
              <w:rPr>
                <w:lang w:val="fr-FR"/>
              </w:rPr>
            </w:pPr>
          </w:p>
        </w:tc>
      </w:tr>
    </w:tbl>
    <w:p w14:paraId="3533D493" w14:textId="77777777" w:rsidR="00B053CC" w:rsidRPr="00051E37" w:rsidRDefault="00B053CC">
      <w:pPr>
        <w:spacing w:line="168" w:lineRule="auto"/>
        <w:rPr>
          <w:lang w:val="fr-FR"/>
        </w:rPr>
      </w:pPr>
    </w:p>
    <w:p w14:paraId="206EE864" w14:textId="77777777" w:rsidR="00B053CC" w:rsidRPr="00051E37" w:rsidRDefault="00000000">
      <w:pPr>
        <w:rPr>
          <w:lang w:val="fr-FR"/>
        </w:rPr>
      </w:pPr>
      <w:r w:rsidRPr="00051E37">
        <w:rPr>
          <w:lang w:val="fr-FR"/>
        </w:rPr>
        <w:br w:type="page"/>
      </w:r>
    </w:p>
    <w:p w14:paraId="07608872" w14:textId="77777777" w:rsidR="00051E37" w:rsidRDefault="00000000">
      <w:pPr>
        <w:spacing w:before="80" w:after="60"/>
        <w:jc w:val="center"/>
        <w:rPr>
          <w:sz w:val="18"/>
          <w:lang w:val="fr-FR"/>
        </w:rPr>
      </w:pPr>
      <w:r w:rsidRPr="00051E37">
        <w:rPr>
          <w:sz w:val="18"/>
          <w:lang w:val="fr-FR"/>
        </w:rPr>
        <w:lastRenderedPageBreak/>
        <w:t xml:space="preserve">în conformitate cu prevederile Legii nr. 169/2026 privind Codul amenajării teritoriului, urbanismului și construcțiilor, </w:t>
      </w:r>
    </w:p>
    <w:p w14:paraId="59D607C3" w14:textId="4D13B055" w:rsidR="00B053CC" w:rsidRPr="00051E37" w:rsidRDefault="00000000">
      <w:pPr>
        <w:spacing w:before="80" w:after="60"/>
        <w:jc w:val="center"/>
        <w:rPr>
          <w:lang w:val="fr-FR"/>
        </w:rPr>
      </w:pPr>
      <w:r w:rsidRPr="00051E37">
        <w:rPr>
          <w:sz w:val="18"/>
          <w:lang w:val="fr-FR"/>
        </w:rPr>
        <w:t>cu referire la</w:t>
      </w:r>
    </w:p>
    <w:p w14:paraId="02F4AFF7" w14:textId="01A0348A" w:rsidR="00B053CC" w:rsidRDefault="00000000">
      <w:pPr>
        <w:spacing w:after="160"/>
        <w:jc w:val="center"/>
        <w:rPr>
          <w:b/>
          <w:sz w:val="20"/>
          <w:lang w:val="fr-FR"/>
        </w:rPr>
      </w:pPr>
      <w:r w:rsidRPr="00051E37">
        <w:rPr>
          <w:b/>
          <w:sz w:val="20"/>
          <w:lang w:val="fr-FR"/>
        </w:rPr>
        <w:t>AUTORIZAȚIA DE CONSTRUIRE / DESFIINȚARE</w:t>
      </w:r>
      <w:r w:rsidR="00051E37">
        <w:rPr>
          <w:b/>
          <w:sz w:val="20"/>
          <w:lang w:val="fr-FR"/>
        </w:rPr>
        <w:t xml:space="preserve"> nr……….din data………….</w:t>
      </w:r>
    </w:p>
    <w:p w14:paraId="4575D55E" w14:textId="26D0531B" w:rsidR="00051E37" w:rsidRPr="00051E37" w:rsidRDefault="00051E37">
      <w:pPr>
        <w:spacing w:after="160"/>
        <w:jc w:val="center"/>
        <w:rPr>
          <w:sz w:val="20"/>
          <w:szCs w:val="20"/>
          <w:lang w:val="fr-FR"/>
        </w:rPr>
      </w:pPr>
      <w:r w:rsidRPr="00051E37">
        <w:rPr>
          <w:sz w:val="20"/>
          <w:szCs w:val="20"/>
          <w:lang w:val="fr-FR"/>
        </w:rPr>
        <w:t xml:space="preserve">se prelungește </w:t>
      </w:r>
    </w:p>
    <w:p w14:paraId="2E83E08F" w14:textId="144A9D00" w:rsidR="00051E37" w:rsidRPr="00051E37" w:rsidRDefault="00051E37">
      <w:pPr>
        <w:spacing w:after="160"/>
        <w:jc w:val="center"/>
        <w:rPr>
          <w:sz w:val="20"/>
          <w:szCs w:val="20"/>
          <w:lang w:val="fr-FR"/>
        </w:rPr>
      </w:pPr>
      <w:r w:rsidRPr="00051E37">
        <w:rPr>
          <w:sz w:val="20"/>
          <w:szCs w:val="20"/>
          <w:lang w:val="fr-FR"/>
        </w:rPr>
        <w:t>☐ durata de execuție     ☐ valabilitatea autorizației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3212"/>
        <w:gridCol w:w="3212"/>
      </w:tblGrid>
      <w:tr w:rsidR="00B053CC" w14:paraId="663CBDD0" w14:textId="77777777">
        <w:trPr>
          <w:cantSplit/>
        </w:trPr>
        <w:tc>
          <w:tcPr>
            <w:tcW w:w="9636" w:type="dxa"/>
            <w:gridSpan w:val="3"/>
            <w:shd w:val="clear" w:color="auto" w:fill="F4F4F4"/>
          </w:tcPr>
          <w:p w14:paraId="000F4E55" w14:textId="7DC7C797" w:rsidR="00B053CC" w:rsidRDefault="00000000">
            <w:pPr>
              <w:keepNext/>
            </w:pPr>
            <w:r w:rsidRPr="00051E37">
              <w:rPr>
                <w:b/>
                <w:sz w:val="16"/>
                <w:lang w:val="fr-FR"/>
              </w:rPr>
              <w:t xml:space="preserve"> </w:t>
            </w:r>
            <w:r w:rsidR="00051E37">
              <w:rPr>
                <w:b/>
                <w:sz w:val="16"/>
              </w:rPr>
              <w:t>9</w:t>
            </w:r>
            <w:r>
              <w:rPr>
                <w:b/>
                <w:sz w:val="16"/>
              </w:rPr>
              <w:t xml:space="preserve">. </w:t>
            </w:r>
            <w:r w:rsidR="00051E37">
              <w:rPr>
                <w:b/>
                <w:color w:val="000000"/>
                <w:sz w:val="18"/>
              </w:rPr>
              <w:t xml:space="preserve"> </w:t>
            </w:r>
            <w:r>
              <w:rPr>
                <w:b/>
                <w:color w:val="000000"/>
                <w:sz w:val="18"/>
              </w:rPr>
              <w:t>PRELUNG</w:t>
            </w:r>
            <w:r w:rsidR="00051E37">
              <w:rPr>
                <w:b/>
                <w:color w:val="000000"/>
                <w:sz w:val="18"/>
              </w:rPr>
              <w:t>IRE ACORDATĂ</w:t>
            </w:r>
          </w:p>
        </w:tc>
      </w:tr>
      <w:tr w:rsidR="00B053CC" w14:paraId="1910529A" w14:textId="77777777">
        <w:trPr>
          <w:cantSplit/>
          <w:trHeight w:val="510"/>
        </w:trPr>
        <w:tc>
          <w:tcPr>
            <w:tcW w:w="3212" w:type="dxa"/>
          </w:tcPr>
          <w:p w14:paraId="4F811823" w14:textId="77777777" w:rsidR="00B053CC" w:rsidRDefault="00000000">
            <w:pPr>
              <w:keepNext/>
            </w:pPr>
            <w:r>
              <w:rPr>
                <w:b/>
                <w:color w:val="0D5F78"/>
              </w:rPr>
              <w:t>de la data de</w:t>
            </w:r>
          </w:p>
          <w:p w14:paraId="2687DEDE" w14:textId="77777777" w:rsidR="00B053CC" w:rsidRDefault="00B053CC">
            <w:pPr>
              <w:keepNext/>
            </w:pPr>
          </w:p>
        </w:tc>
        <w:tc>
          <w:tcPr>
            <w:tcW w:w="3212" w:type="dxa"/>
          </w:tcPr>
          <w:p w14:paraId="457DB08E" w14:textId="77777777" w:rsidR="00B053CC" w:rsidRDefault="00000000">
            <w:pPr>
              <w:keepNext/>
            </w:pPr>
            <w:r>
              <w:rPr>
                <w:b/>
                <w:color w:val="0D5F78"/>
              </w:rPr>
              <w:t>până la data de</w:t>
            </w:r>
          </w:p>
          <w:p w14:paraId="01EB237D" w14:textId="77777777" w:rsidR="00B053CC" w:rsidRDefault="00B053CC">
            <w:pPr>
              <w:keepNext/>
            </w:pPr>
          </w:p>
        </w:tc>
        <w:tc>
          <w:tcPr>
            <w:tcW w:w="3212" w:type="dxa"/>
          </w:tcPr>
          <w:p w14:paraId="34BD151A" w14:textId="77777777" w:rsidR="00B053CC" w:rsidRDefault="00000000">
            <w:pPr>
              <w:keepNext/>
            </w:pPr>
            <w:r>
              <w:rPr>
                <w:b/>
                <w:color w:val="0D5F78"/>
              </w:rPr>
              <w:t>Data prelungirii valabilității</w:t>
            </w:r>
          </w:p>
          <w:p w14:paraId="54DF641B" w14:textId="77777777" w:rsidR="00B053CC" w:rsidRDefault="00B053CC">
            <w:pPr>
              <w:keepNext/>
            </w:pPr>
          </w:p>
        </w:tc>
      </w:tr>
      <w:tr w:rsidR="00B053CC" w14:paraId="30931BCD" w14:textId="77777777">
        <w:trPr>
          <w:cantSplit/>
        </w:trPr>
        <w:tc>
          <w:tcPr>
            <w:tcW w:w="9636" w:type="dxa"/>
            <w:gridSpan w:val="3"/>
            <w:shd w:val="clear" w:color="auto" w:fill="F4F4F4"/>
          </w:tcPr>
          <w:p w14:paraId="223D9BEA" w14:textId="77777777" w:rsidR="00B053CC" w:rsidRDefault="00000000">
            <w:pPr>
              <w:spacing w:line="228" w:lineRule="auto"/>
            </w:pPr>
            <w:r>
              <w:t>După această dată, o nouă prelungire a valabilității nu este posibilă, solicitantul urmând să obțină, în condițiile legii, o altă autorizație de construire / desființare.</w:t>
            </w:r>
          </w:p>
        </w:tc>
      </w:tr>
    </w:tbl>
    <w:p w14:paraId="169E5F5E"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D904387" w14:textId="77777777">
        <w:trPr>
          <w:cantSplit/>
        </w:trPr>
        <w:tc>
          <w:tcPr>
            <w:tcW w:w="9636" w:type="dxa"/>
            <w:gridSpan w:val="5"/>
            <w:shd w:val="clear" w:color="auto" w:fill="F4F4F4"/>
          </w:tcPr>
          <w:p w14:paraId="54BD4F19" w14:textId="481447CF" w:rsidR="00B053CC" w:rsidRDefault="00000000">
            <w:pPr>
              <w:keepNext/>
            </w:pPr>
            <w:r>
              <w:rPr>
                <w:b/>
                <w:sz w:val="16"/>
              </w:rPr>
              <w:t xml:space="preserve"> </w:t>
            </w:r>
            <w:r w:rsidR="00051E37">
              <w:rPr>
                <w:b/>
                <w:sz w:val="16"/>
              </w:rPr>
              <w:t>10.</w:t>
            </w:r>
            <w:r>
              <w:rPr>
                <w:b/>
                <w:sz w:val="16"/>
              </w:rPr>
              <w:t xml:space="preserve"> </w:t>
            </w:r>
            <w:r>
              <w:rPr>
                <w:b/>
                <w:color w:val="000000"/>
                <w:sz w:val="18"/>
              </w:rPr>
              <w:t>SEMNĂTURILE</w:t>
            </w:r>
          </w:p>
        </w:tc>
      </w:tr>
      <w:tr w:rsidR="00B053CC" w14:paraId="50AFB641" w14:textId="77777777">
        <w:trPr>
          <w:cantSplit/>
          <w:trHeight w:val="680"/>
        </w:trPr>
        <w:tc>
          <w:tcPr>
            <w:tcW w:w="3212" w:type="dxa"/>
            <w:gridSpan w:val="2"/>
          </w:tcPr>
          <w:p w14:paraId="227B7CE5" w14:textId="77777777" w:rsidR="00B053CC" w:rsidRDefault="00000000">
            <w:pPr>
              <w:keepNext/>
              <w:jc w:val="center"/>
            </w:pPr>
            <w:r>
              <w:rPr>
                <w:b/>
                <w:color w:val="0D5F78"/>
              </w:rPr>
              <w:t>Conducătorul autorității emitente</w:t>
            </w:r>
          </w:p>
          <w:p w14:paraId="76731190" w14:textId="77777777" w:rsidR="00B053CC" w:rsidRDefault="00B053CC">
            <w:pPr>
              <w:keepNext/>
              <w:spacing w:after="200"/>
            </w:pPr>
          </w:p>
          <w:p w14:paraId="3775C03E" w14:textId="77777777" w:rsidR="00B053CC" w:rsidRDefault="00B053CC">
            <w:pPr>
              <w:keepNext/>
              <w:pBdr>
                <w:bottom w:val="dotted" w:sz="6" w:space="0" w:color="999999"/>
              </w:pBdr>
              <w:jc w:val="center"/>
            </w:pPr>
          </w:p>
          <w:p w14:paraId="3B5CD8F9" w14:textId="77777777" w:rsidR="00B053CC" w:rsidRDefault="00000000">
            <w:pPr>
              <w:keepNext/>
              <w:jc w:val="center"/>
            </w:pPr>
            <w:r>
              <w:rPr>
                <w:i/>
                <w:color w:val="595959"/>
              </w:rPr>
              <w:t>funcția, numele și semnătura</w:t>
            </w:r>
          </w:p>
        </w:tc>
        <w:tc>
          <w:tcPr>
            <w:tcW w:w="3212" w:type="dxa"/>
            <w:gridSpan w:val="2"/>
          </w:tcPr>
          <w:p w14:paraId="73FCA91D" w14:textId="77777777" w:rsidR="00B053CC" w:rsidRDefault="00000000">
            <w:pPr>
              <w:keepNext/>
              <w:jc w:val="center"/>
            </w:pPr>
            <w:r>
              <w:rPr>
                <w:b/>
                <w:color w:val="0D5F78"/>
              </w:rPr>
              <w:t>Secretar general</w:t>
            </w:r>
          </w:p>
          <w:p w14:paraId="3EF0A383" w14:textId="77777777" w:rsidR="00B053CC" w:rsidRDefault="00B053CC">
            <w:pPr>
              <w:keepNext/>
              <w:spacing w:after="200"/>
            </w:pPr>
          </w:p>
          <w:p w14:paraId="30BDBAAC" w14:textId="77777777" w:rsidR="00B053CC" w:rsidRDefault="00B053CC">
            <w:pPr>
              <w:keepNext/>
              <w:pBdr>
                <w:bottom w:val="dotted" w:sz="6" w:space="0" w:color="999999"/>
              </w:pBdr>
              <w:jc w:val="center"/>
            </w:pPr>
          </w:p>
          <w:p w14:paraId="79AF2967" w14:textId="77777777" w:rsidR="00B053CC" w:rsidRDefault="00000000">
            <w:pPr>
              <w:keepNext/>
              <w:jc w:val="center"/>
            </w:pPr>
            <w:r>
              <w:rPr>
                <w:i/>
                <w:color w:val="595959"/>
              </w:rPr>
              <w:t>numele și semnătura</w:t>
            </w:r>
          </w:p>
        </w:tc>
        <w:tc>
          <w:tcPr>
            <w:tcW w:w="3212" w:type="dxa"/>
          </w:tcPr>
          <w:p w14:paraId="4FD45B37" w14:textId="77777777" w:rsidR="00B053CC" w:rsidRDefault="00000000">
            <w:pPr>
              <w:keepNext/>
              <w:jc w:val="center"/>
            </w:pPr>
            <w:r>
              <w:rPr>
                <w:b/>
                <w:color w:val="0D5F78"/>
              </w:rPr>
              <w:t>Arhitect-șef</w:t>
            </w:r>
          </w:p>
          <w:p w14:paraId="20BC1E21" w14:textId="77777777" w:rsidR="00B053CC" w:rsidRDefault="00B053CC">
            <w:pPr>
              <w:keepNext/>
              <w:spacing w:after="200"/>
            </w:pPr>
          </w:p>
          <w:p w14:paraId="6BDCA6F6" w14:textId="77777777" w:rsidR="00B053CC" w:rsidRDefault="00B053CC">
            <w:pPr>
              <w:keepNext/>
              <w:pBdr>
                <w:bottom w:val="dotted" w:sz="6" w:space="0" w:color="999999"/>
              </w:pBdr>
              <w:jc w:val="center"/>
            </w:pPr>
          </w:p>
          <w:p w14:paraId="0AFE1671" w14:textId="77777777" w:rsidR="00B053CC" w:rsidRDefault="00000000">
            <w:pPr>
              <w:keepNext/>
              <w:jc w:val="center"/>
            </w:pPr>
            <w:r>
              <w:rPr>
                <w:i/>
                <w:color w:val="595959"/>
              </w:rPr>
              <w:t>numele și semnătura</w:t>
            </w:r>
          </w:p>
        </w:tc>
      </w:tr>
      <w:tr w:rsidR="00B053CC" w:rsidRPr="00051E37" w14:paraId="6C1AD602" w14:textId="77777777">
        <w:trPr>
          <w:cantSplit/>
          <w:trHeight w:val="510"/>
        </w:trPr>
        <w:tc>
          <w:tcPr>
            <w:tcW w:w="2409" w:type="dxa"/>
          </w:tcPr>
          <w:p w14:paraId="7FEFC735" w14:textId="77777777" w:rsidR="00B053CC" w:rsidRDefault="00000000">
            <w:r>
              <w:rPr>
                <w:b/>
                <w:color w:val="0D5F78"/>
              </w:rPr>
              <w:t>Achitat taxa de (lei)</w:t>
            </w:r>
          </w:p>
          <w:p w14:paraId="2CBA362A" w14:textId="77777777" w:rsidR="00B053CC" w:rsidRDefault="00B053CC"/>
        </w:tc>
        <w:tc>
          <w:tcPr>
            <w:tcW w:w="3212" w:type="dxa"/>
            <w:gridSpan w:val="2"/>
          </w:tcPr>
          <w:p w14:paraId="7EBCB11C" w14:textId="77777777" w:rsidR="00B053CC" w:rsidRDefault="00000000">
            <w:r>
              <w:rPr>
                <w:b/>
                <w:color w:val="0D5F78"/>
              </w:rPr>
              <w:t>Chitanța nr. / data</w:t>
            </w:r>
          </w:p>
          <w:p w14:paraId="27E386CB" w14:textId="77777777" w:rsidR="00B053CC" w:rsidRDefault="00B053CC"/>
        </w:tc>
        <w:tc>
          <w:tcPr>
            <w:tcW w:w="4015" w:type="dxa"/>
            <w:gridSpan w:val="2"/>
          </w:tcPr>
          <w:p w14:paraId="5EB6EAE4" w14:textId="77777777" w:rsidR="00B053CC" w:rsidRPr="00051E37" w:rsidRDefault="00000000">
            <w:pPr>
              <w:rPr>
                <w:lang w:val="fr-FR"/>
              </w:rPr>
            </w:pPr>
            <w:r w:rsidRPr="00051E37">
              <w:rPr>
                <w:b/>
                <w:color w:val="0D5F78"/>
                <w:lang w:val="fr-FR"/>
              </w:rPr>
              <w:t>Transmis solicitantului la data</w:t>
            </w:r>
          </w:p>
          <w:p w14:paraId="2A5E222B" w14:textId="77777777" w:rsidR="00B053CC" w:rsidRPr="00051E37" w:rsidRDefault="00000000">
            <w:pPr>
              <w:rPr>
                <w:lang w:val="fr-FR"/>
              </w:rPr>
            </w:pPr>
            <w:r w:rsidRPr="00051E37">
              <w:rPr>
                <w:i/>
                <w:color w:val="7A7A7A"/>
                <w:lang w:val="fr-FR"/>
              </w:rPr>
              <w:t>direct / prin poștă / digital</w:t>
            </w:r>
          </w:p>
          <w:p w14:paraId="78519054" w14:textId="77777777" w:rsidR="00B053CC" w:rsidRPr="00051E37" w:rsidRDefault="00B053CC">
            <w:pPr>
              <w:rPr>
                <w:lang w:val="fr-FR"/>
              </w:rPr>
            </w:pPr>
          </w:p>
        </w:tc>
      </w:tr>
    </w:tbl>
    <w:p w14:paraId="5C90EF5B" w14:textId="77777777" w:rsidR="00B053CC" w:rsidRPr="00051E37" w:rsidRDefault="00B053CC">
      <w:pPr>
        <w:spacing w:line="168" w:lineRule="auto"/>
        <w:rPr>
          <w:lang w:val="fr-FR"/>
        </w:rPr>
      </w:pPr>
    </w:p>
    <w:sectPr w:rsidR="00B053CC" w:rsidRPr="00051E37" w:rsidSect="00034616">
      <w:footerReference w:type="default" r:id="rId8"/>
      <w:pgSz w:w="11906" w:h="16838"/>
      <w:pgMar w:top="450"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B28A8" w14:textId="77777777" w:rsidR="00CD59AC" w:rsidRDefault="00CD59AC">
      <w:r>
        <w:separator/>
      </w:r>
    </w:p>
  </w:endnote>
  <w:endnote w:type="continuationSeparator" w:id="0">
    <w:p w14:paraId="3323BAF2" w14:textId="77777777" w:rsidR="00CD59AC" w:rsidRDefault="00CD5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8AAB" w14:textId="42291AB9" w:rsidR="00B053CC" w:rsidRDefault="00000000">
    <w:pPr>
      <w:pStyle w:val="Subsol"/>
      <w:tabs>
        <w:tab w:val="right" w:pos="9639"/>
      </w:tabs>
    </w:pPr>
    <w:r>
      <w:rPr>
        <w:color w:val="595959"/>
      </w:rPr>
      <w:t>F_A_04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051E37">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051E37">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F8CE" w14:textId="77777777" w:rsidR="00CD59AC" w:rsidRDefault="00CD59AC">
      <w:r>
        <w:separator/>
      </w:r>
    </w:p>
  </w:footnote>
  <w:footnote w:type="continuationSeparator" w:id="0">
    <w:p w14:paraId="7D69F04F" w14:textId="77777777" w:rsidR="00CD59AC" w:rsidRDefault="00CD5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38747671">
    <w:abstractNumId w:val="8"/>
  </w:num>
  <w:num w:numId="2" w16cid:durableId="560481878">
    <w:abstractNumId w:val="6"/>
  </w:num>
  <w:num w:numId="3" w16cid:durableId="1335182265">
    <w:abstractNumId w:val="5"/>
  </w:num>
  <w:num w:numId="4" w16cid:durableId="641345574">
    <w:abstractNumId w:val="4"/>
  </w:num>
  <w:num w:numId="5" w16cid:durableId="1850869895">
    <w:abstractNumId w:val="7"/>
  </w:num>
  <w:num w:numId="6" w16cid:durableId="991300461">
    <w:abstractNumId w:val="3"/>
  </w:num>
  <w:num w:numId="7" w16cid:durableId="1428309452">
    <w:abstractNumId w:val="2"/>
  </w:num>
  <w:num w:numId="8" w16cid:durableId="2090421410">
    <w:abstractNumId w:val="1"/>
  </w:num>
  <w:num w:numId="9" w16cid:durableId="293491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E37"/>
    <w:rsid w:val="0006063C"/>
    <w:rsid w:val="0015074B"/>
    <w:rsid w:val="0029639D"/>
    <w:rsid w:val="00326F90"/>
    <w:rsid w:val="00681B37"/>
    <w:rsid w:val="006C103E"/>
    <w:rsid w:val="008F086B"/>
    <w:rsid w:val="00A038DB"/>
    <w:rsid w:val="00AA1D8D"/>
    <w:rsid w:val="00B053CC"/>
    <w:rsid w:val="00B47730"/>
    <w:rsid w:val="00C74459"/>
    <w:rsid w:val="00CB0664"/>
    <w:rsid w:val="00CD59AC"/>
    <w:rsid w:val="00E61A6B"/>
    <w:rsid w:val="00F65E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2DC77"/>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Stema" Type="http://schemas.openxmlformats.org/officeDocument/2006/relationships/image" Target="media/stem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1253</Words>
  <Characters>7148</Characters>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2026-08-24T15:02:00Z</dcterms:modified>
  <cp:category/>
</cp:coreProperties>
</file>